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significant AI updates to enhance search engine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a series of progressive AI-driven updates to its search engine, marking what the company describes as some of the most significant enhancements in its search capabilities to date. These advancements, intended to refine the user experience, are set to be accessible from Thursday to users of the Google app on both Android and iOS platforms in the United Kingdom.</w:t>
      </w:r>
      <w:r/>
    </w:p>
    <w:p>
      <w:r/>
      <w:r>
        <w:t>Among the notable features introduced is the ability for users to employ their voice to pose questions while directing their phone's camera at particular objects or subjects. Further, Google is extending its innovative technology to integrate with video interactions. Through its Search Labs programme, early testers will have the opportunity to trial a tool that allows users to ask questions while recording a video. Google's AI capabilities will then process the video alongside the question to generate an AI Overview, an AI-produced response to the user's query, as well as directing users to useful resources online.</w:t>
      </w:r>
      <w:r/>
    </w:p>
    <w:p>
      <w:r/>
      <w:r>
        <w:t>This development is part of a broader push amongst leading tech companies to integrate generative AI technologies into their services, an ongoing competition seeking to maintain user engagement and appeal to new audiences. This movement is a response to recent ambitious steps by other tech giants, such as OpenAI, which recently announced a record-breaking $6.6 billion funding round, highlighting sustained interest and investment in AI innovations.</w:t>
      </w:r>
      <w:r/>
    </w:p>
    <w:p>
      <w:r/>
      <w:r>
        <w:t>In addition to these interactive features, Google is also rolling out redesigned, AI-organised search results pages. Initiating in the United States and beginning with searches related to recipes and meal inspiration, these pages will deliver a comprehensive, full-page experience that conveniently aggregates information ranging from articles to videos and forums, all tailored to user preferences.</w:t>
      </w:r>
      <w:r/>
    </w:p>
    <w:p>
      <w:r/>
      <w:r>
        <w:t>As part of efforts to enhance publisher visibility and address critiques suggesting potential for reduced webpage traffic due to the AI Overviews' prominence, Google has begun incorporating direct links to supporting webpages within the AI Overview texts. The company reported that adjustments in the design had led to increased traffic to linked sites during trials.</w:t>
      </w:r>
      <w:r/>
    </w:p>
    <w:p>
      <w:r/>
      <w:r>
        <w:t>Moreover, Google is set to incorporate advertisements within the AI Overviews on mobile search platforms in the United States, a move aimed at accommodating business interests leveraging Google Search. This initiative will be accompanied by measures to ensure that users find it more straightforward to navigate to relevant external sites of interest.</w:t>
      </w:r>
      <w:r/>
    </w:p>
    <w:p>
      <w:r/>
      <w:r>
        <w:t>Meanwhile, in another development within the tech world, the introduction of the AAWireless TWO dongle has been announced. This device, designed to facilitate wireless connections between smartphones and car systems compatible with Android Auto, arrives with a refined, more compact design and new functionality. It features a multifunctional button whose tasks, such as pairing or switching phones, can be customised via an updated app. However, support for Wireless CarPlay remains absent, as developers cited hardware limitations and announced a future “TWO Plus” adapter to address this need, expected in early 2025.</w:t>
      </w:r>
      <w:r/>
    </w:p>
    <w:p>
      <w:r/>
      <w:r>
        <w:t>The AAWireless TWO is slated for launch in the United States on October 20, priced at $64.99, and will be available exclusively on Amazon. Despite the advancements, prospective buyers who are iPhone users might consider awaiting the next model for broader compatibility features.</w:t>
      </w:r>
      <w:r/>
    </w:p>
    <w:p>
      <w:r/>
      <w:r>
        <w:t>Overall, these progressive updates demonstrate Google's ongoing commitment to evolving its search functionalities through AI, as it seeks to maintain its dominance in the search engine market amidst rapidly advancing AI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https://www.businessinsider.com/google-search-lens-ai-gemini-overviews-new-features-2024-10</w:t>
        </w:r>
      </w:hyperlink>
      <w:r>
        <w:t xml:space="preserve"> - Corroborates the introduction of AI-driven updates to Google Search, including the use of voice and camera to ask questions, and the redesign of search results pages with AI-organized content.</w:t>
      </w:r>
      <w:r/>
    </w:p>
    <w:p>
      <w:pPr>
        <w:pStyle w:val="ListNumber"/>
        <w:spacing w:line="240" w:lineRule="auto"/>
        <w:ind w:left="720"/>
      </w:pPr>
      <w:r/>
      <w:hyperlink r:id="rId11">
        <w:r>
          <w:rPr>
            <w:color w:val="0000EE"/>
            <w:u w:val="single"/>
          </w:rPr>
          <w:t>https://www.yahoo.com/tech/google-brings-more-ai-search-180342930.html</w:t>
        </w:r>
      </w:hyperlink>
      <w:r>
        <w:t xml:space="preserve"> - Supports the feature allowing users to ask questions while pointing their phone camera at objects or recording a video, and the integration of AI-organized search results pages starting with recipe searches.</w:t>
      </w:r>
      <w:r/>
    </w:p>
    <w:p>
      <w:pPr>
        <w:pStyle w:val="ListNumber"/>
        <w:spacing w:line="240" w:lineRule="auto"/>
        <w:ind w:left="720"/>
      </w:pPr>
      <w:r/>
      <w:hyperlink r:id="rId10">
        <w:r>
          <w:rPr>
            <w:color w:val="0000EE"/>
            <w:u w:val="single"/>
          </w:rPr>
          <w:t>https://www.businessinsider.com/google-search-lens-ai-gemini-overviews-new-features-2024-10</w:t>
        </w:r>
      </w:hyperlink>
      <w:r>
        <w:t xml:space="preserve"> - Details the broader push to integrate generative AI technologies and the competition among tech companies, including OpenAI's recent funding round.</w:t>
      </w:r>
      <w:r/>
    </w:p>
    <w:p>
      <w:pPr>
        <w:pStyle w:val="ListNumber"/>
        <w:spacing w:line="240" w:lineRule="auto"/>
        <w:ind w:left="720"/>
      </w:pPr>
      <w:r/>
      <w:hyperlink r:id="rId11">
        <w:r>
          <w:rPr>
            <w:color w:val="0000EE"/>
            <w:u w:val="single"/>
          </w:rPr>
          <w:t>https://www.yahoo.com/tech/google-brings-more-ai-search-180342930.html</w:t>
        </w:r>
      </w:hyperlink>
      <w:r>
        <w:t xml:space="preserve"> - Confirms the redesign of search results pages, starting in the United States with searches related to recipes and meal inspiration, and the aggregation of various types of content.</w:t>
      </w:r>
      <w:r/>
    </w:p>
    <w:p>
      <w:pPr>
        <w:pStyle w:val="ListNumber"/>
        <w:spacing w:line="240" w:lineRule="auto"/>
        <w:ind w:left="720"/>
      </w:pPr>
      <w:r/>
      <w:hyperlink r:id="rId10">
        <w:r>
          <w:rPr>
            <w:color w:val="0000EE"/>
            <w:u w:val="single"/>
          </w:rPr>
          <w:t>https://www.businessinsider.com/google-search-lens-ai-gemini-overviews-new-features-2024-10</w:t>
        </w:r>
      </w:hyperlink>
      <w:r>
        <w:t xml:space="preserve"> - Explains the incorporation of direct links to supporting webpages within AI Overview texts to enhance publisher visibility and increase traffic to linked sites.</w:t>
      </w:r>
      <w:r/>
    </w:p>
    <w:p>
      <w:pPr>
        <w:pStyle w:val="ListNumber"/>
        <w:spacing w:line="240" w:lineRule="auto"/>
        <w:ind w:left="720"/>
      </w:pPr>
      <w:r/>
      <w:hyperlink r:id="rId11">
        <w:r>
          <w:rPr>
            <w:color w:val="0000EE"/>
            <w:u w:val="single"/>
          </w:rPr>
          <w:t>https://www.yahoo.com/tech/google-brings-more-ai-search-180342930.html</w:t>
        </w:r>
      </w:hyperlink>
      <w:r>
        <w:t xml:space="preserve"> - Supports the introduction of advertisements within AI Overviews on mobile search platforms in the United States to accommodate business interests.</w:t>
      </w:r>
      <w:r/>
    </w:p>
    <w:p>
      <w:pPr>
        <w:pStyle w:val="ListNumber"/>
        <w:spacing w:line="240" w:lineRule="auto"/>
        <w:ind w:left="720"/>
      </w:pPr>
      <w:r/>
      <w:hyperlink r:id="rId10">
        <w:r>
          <w:rPr>
            <w:color w:val="0000EE"/>
            <w:u w:val="single"/>
          </w:rPr>
          <w:t>https://www.businessinsider.com/google-search-lens-ai-gemini-overviews-new-features-2024-10</w:t>
        </w:r>
      </w:hyperlink>
      <w:r>
        <w:t xml:space="preserve"> - Describes the enhanced shopping features on Google Lens, including providing more information such as reviews and price comparisons when searching for items.</w:t>
      </w:r>
      <w:r/>
    </w:p>
    <w:p>
      <w:pPr>
        <w:pStyle w:val="ListNumber"/>
        <w:spacing w:line="240" w:lineRule="auto"/>
        <w:ind w:left="720"/>
      </w:pPr>
      <w:r/>
      <w:hyperlink r:id="rId11">
        <w:r>
          <w:rPr>
            <w:color w:val="0000EE"/>
            <w:u w:val="single"/>
          </w:rPr>
          <w:t>https://www.yahoo.com/tech/google-brings-more-ai-search-180342930.html</w:t>
        </w:r>
      </w:hyperlink>
      <w:r>
        <w:t xml:space="preserve"> - Mentions the ongoing competition among tech firms to introduce new AI-powered tools and the significance of these updates in maintaining user engagement.</w:t>
      </w:r>
      <w:r/>
    </w:p>
    <w:p>
      <w:pPr>
        <w:pStyle w:val="ListNumber"/>
        <w:spacing w:line="240" w:lineRule="auto"/>
        <w:ind w:left="720"/>
      </w:pPr>
      <w:r/>
      <w:hyperlink r:id="rId12">
        <w:r>
          <w:rPr>
            <w:color w:val="0000EE"/>
            <w:u w:val="single"/>
          </w:rPr>
          <w:t>https://www.searchenginejournal.com/google-confirms-ai-overviews-affected-by-core-updates/525239/</w:t>
        </w:r>
      </w:hyperlink>
      <w:r>
        <w:t xml:space="preserve"> - Provides context on how core algorithm updates impact AI Overviews, which is relevant to the broader integration of AI in Google Search.</w:t>
      </w:r>
      <w:r/>
    </w:p>
    <w:p>
      <w:pPr>
        <w:pStyle w:val="ListNumber"/>
        <w:spacing w:line="240" w:lineRule="auto"/>
        <w:ind w:left="720"/>
      </w:pPr>
      <w:r/>
      <w:hyperlink r:id="rId10">
        <w:r>
          <w:rPr>
            <w:color w:val="0000EE"/>
            <w:u w:val="single"/>
          </w:rPr>
          <w:t>https://www.businessinsider.com/google-search-lens-ai-gemini-overviews-new-features-2024-10</w:t>
        </w:r>
      </w:hyperlink>
      <w:r>
        <w:t xml:space="preserve"> - Details the use of Google's Gemini AI models in the new search features and the personalized experience based on location and other data points.</w:t>
      </w:r>
      <w:r/>
    </w:p>
    <w:p>
      <w:pPr>
        <w:pStyle w:val="ListNumber"/>
        <w:spacing w:line="240" w:lineRule="auto"/>
        <w:ind w:left="720"/>
      </w:pPr>
      <w:r/>
      <w:hyperlink r:id="rId13">
        <w:r>
          <w:rPr>
            <w:color w:val="0000EE"/>
            <w:u w:val="single"/>
          </w:rPr>
          <w:t>https://www.irishnews.com/news/uk/google-brings-more-ai-to-search-engine-in-significant-update-2XLI4SJIZVNDXO7OJDMYYKHBYI/</w:t>
        </w:r>
      </w:hyperlink>
      <w:r>
        <w:t xml:space="preserve"> - Please view link - unable to able to access data</w:t>
      </w:r>
      <w:r/>
    </w:p>
    <w:p>
      <w:pPr>
        <w:pStyle w:val="ListNumber"/>
        <w:spacing w:line="240" w:lineRule="auto"/>
        <w:ind w:left="720"/>
      </w:pPr>
      <w:r/>
      <w:hyperlink r:id="rId14">
        <w:r>
          <w:rPr>
            <w:color w:val="0000EE"/>
            <w:u w:val="single"/>
          </w:rPr>
          <w:t>https://www.zdnet.com/article/popular-android-auto-wireless-adapter-gets-an-upgrade-and-button-heres-whats-new/#ftag=RSSbaffb68</w:t>
        </w:r>
      </w:hyperlink>
      <w:r>
        <w:t xml:space="preserve"> - Please view link - unable to able to access data</w:t>
      </w:r>
      <w:r/>
    </w:p>
    <w:p>
      <w:pPr>
        <w:pStyle w:val="ListNumber"/>
        <w:spacing w:line="240" w:lineRule="auto"/>
        <w:ind w:left="720"/>
      </w:pPr>
      <w:r/>
      <w:hyperlink r:id="rId15">
        <w:r>
          <w:rPr>
            <w:color w:val="0000EE"/>
            <w:u w:val="single"/>
          </w:rPr>
          <w:t>https://www.zdnet.com/article/one-of-the-best-android-auto-wireless-adapters-just-got-a-useful-and-premium-upgrade/#ftag=RSSbaffb68</w:t>
        </w:r>
      </w:hyperlink>
      <w:r>
        <w:t xml:space="preserve"> - Please view link - unable to able to access data</w:t>
      </w:r>
      <w:r/>
    </w:p>
    <w:p>
      <w:pPr>
        <w:pStyle w:val="ListNumber"/>
        <w:spacing w:line="240" w:lineRule="auto"/>
        <w:ind w:left="720"/>
      </w:pPr>
      <w:r/>
      <w:hyperlink r:id="rId16">
        <w:r>
          <w:rPr>
            <w:color w:val="0000EE"/>
            <w:u w:val="single"/>
          </w:rPr>
          <w:t>https://www.zdnet.com/article/googles-new-ai-feature-lets-you-search-the-web-by-uploading-a-video/#ftag=RSSbaffb68</w:t>
        </w:r>
      </w:hyperlink>
      <w:r>
        <w:t xml:space="preserve"> - Please view link - unable to able to access data</w:t>
      </w:r>
      <w:r/>
    </w:p>
    <w:p>
      <w:pPr>
        <w:pStyle w:val="ListNumber"/>
        <w:spacing w:line="240" w:lineRule="auto"/>
        <w:ind w:left="720"/>
      </w:pPr>
      <w:r/>
      <w:hyperlink r:id="rId17">
        <w:r>
          <w:rPr>
            <w:color w:val="0000EE"/>
            <w:u w:val="single"/>
          </w:rPr>
          <w:t>https://www.bbc.com/news/articles/c93pdw7y12no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google-search-lens-ai-gemini-overviews-new-features-2024-10" TargetMode="External"/><Relationship Id="rId11" Type="http://schemas.openxmlformats.org/officeDocument/2006/relationships/hyperlink" Target="https://www.yahoo.com/tech/google-brings-more-ai-search-180342930.html" TargetMode="External"/><Relationship Id="rId12" Type="http://schemas.openxmlformats.org/officeDocument/2006/relationships/hyperlink" Target="https://www.searchenginejournal.com/google-confirms-ai-overviews-affected-by-core-updates/525239/" TargetMode="External"/><Relationship Id="rId13" Type="http://schemas.openxmlformats.org/officeDocument/2006/relationships/hyperlink" Target="https://www.irishnews.com/news/uk/google-brings-more-ai-to-search-engine-in-significant-update-2XLI4SJIZVNDXO7OJDMYYKHBYI/" TargetMode="External"/><Relationship Id="rId14" Type="http://schemas.openxmlformats.org/officeDocument/2006/relationships/hyperlink" Target="https://www.zdnet.com/article/popular-android-auto-wireless-adapter-gets-an-upgrade-and-button-heres-whats-new/#ftag=RSSbaffb68" TargetMode="External"/><Relationship Id="rId15" Type="http://schemas.openxmlformats.org/officeDocument/2006/relationships/hyperlink" Target="https://www.zdnet.com/article/one-of-the-best-android-auto-wireless-adapters-just-got-a-useful-and-premium-upgrade/#ftag=RSSbaffb68" TargetMode="External"/><Relationship Id="rId16" Type="http://schemas.openxmlformats.org/officeDocument/2006/relationships/hyperlink" Target="https://www.zdnet.com/article/googles-new-ai-feature-lets-you-search-the-web-by-uploading-a-video/#ftag=RSSbaffb68" TargetMode="External"/><Relationship Id="rId17" Type="http://schemas.openxmlformats.org/officeDocument/2006/relationships/hyperlink" Target="https://www.bbc.com/news/articles/c93pdw7y12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