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robotic pool cleaner tackles storm-induced debris in Florida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Robotic Pool Cleaner Tackles Storm-Induced Debris in Florida</w:t>
      </w:r>
      <w:r/>
    </w:p>
    <w:p>
      <w:r/>
      <w:r>
        <w:t>In the aftermath of a recent encounter with Hurricane Helene, residents in Florida found themselves facing the typical challenges of hurricane season: heavy thunderstorms and unexpected damages, one of which was the dramatic felling of a longleaf pine tree. A resident, whose home backs onto a public preserve, experienced this firsthand when lightning struck the tree, sending splintered fragments across his backyard and into his pool.</w:t>
      </w:r>
      <w:r/>
    </w:p>
    <w:p>
      <w:r/>
      <w:r>
        <w:t>The tree’s destruction left the pool overwhelmed with debris, some pieces weighing up to ten pounds, creating a significant challenge for maintenance. Given the quantity and size of the debris, the pool owner was advised not to operate the standard pool skimmer and filter due to potential damage. However, this situation provided the perfect opportunity to test the capabilities of a high-end robotic pool cleaner, the Beatbot Aquasense Pro.</w:t>
      </w:r>
      <w:r/>
    </w:p>
    <w:p>
      <w:r/>
      <w:r>
        <w:t>The Beatbot Aquasense Pro represents a leap in technology for autonomous outdoor maintenance equipment. Retailing at $2,199, with current discounts reducing the price to $1,759 at Amazon, this robotic cleaner is equipped with advanced features for comprehensive pool maintenance, designed for both routine cleaning and exceptional circumstances such as storm aftermaths.</w:t>
      </w:r>
      <w:r/>
    </w:p>
    <w:p>
      <w:r/>
      <w:r>
        <w:t>Key features of the Beatbot Aquasense Pro include:</w:t>
      </w:r>
      <w:r/>
      <w:r/>
    </w:p>
    <w:p>
      <w:pPr>
        <w:pStyle w:val="ListBullet"/>
        <w:spacing w:line="240" w:lineRule="auto"/>
        <w:ind w:left="720"/>
      </w:pPr>
      <w:r/>
      <w:r>
        <w:rPr>
          <w:b/>
        </w:rPr>
        <w:t>5-in-1 Cleaning System</w:t>
      </w:r>
      <w:r>
        <w:t>: Capable of cleaning not only the pool floor but also the water surface, walls, and waterline, making it versatile for all-around maintenance.</w:t>
      </w:r>
      <w:r/>
    </w:p>
    <w:p>
      <w:pPr>
        <w:pStyle w:val="ListBullet"/>
        <w:spacing w:line="240" w:lineRule="auto"/>
        <w:ind w:left="720"/>
      </w:pPr>
      <w:r/>
      <w:r>
        <w:rPr>
          <w:b/>
        </w:rPr>
        <w:t>Extended Operation</w:t>
      </w:r>
      <w:r>
        <w:t>: A robust 10,400 mAh lithium-ion battery powers the device, allowing for up to 9.5 hours of surface cleaning or 5 hours of deep cleaning. The battery recharges fully in approximately 3.5 hours.</w:t>
      </w:r>
      <w:r/>
    </w:p>
    <w:p>
      <w:pPr>
        <w:pStyle w:val="ListBullet"/>
        <w:spacing w:line="240" w:lineRule="auto"/>
        <w:ind w:left="720"/>
      </w:pPr>
      <w:r/>
      <w:r>
        <w:rPr>
          <w:b/>
        </w:rPr>
        <w:t>Advanced Navigation and Sensors</w:t>
      </w:r>
      <w:r>
        <w:t>: Utilizing SonicSense™ AI Pool Mapping, the robot uses dual ultrasonic sensors and a quad-core Cortex-A7 CPU to plan efficient cleaning routes, ensuring complete coverage of varied pool shapes.</w:t>
      </w:r>
      <w:r/>
    </w:p>
    <w:p>
      <w:pPr>
        <w:pStyle w:val="ListBullet"/>
        <w:spacing w:line="240" w:lineRule="auto"/>
        <w:ind w:left="720"/>
      </w:pPr>
      <w:r/>
      <w:r>
        <w:rPr>
          <w:b/>
        </w:rPr>
        <w:t>Powerful Suction</w:t>
      </w:r>
      <w:r>
        <w:t>: The NonaDrive™ 9-Motor System delivers a suction power of 5,500 GPH, effectively managing both fine particles and larger debris.</w:t>
      </w:r>
      <w:r/>
    </w:p>
    <w:p>
      <w:pPr>
        <w:pStyle w:val="ListBullet"/>
        <w:spacing w:line="240" w:lineRule="auto"/>
        <w:ind w:left="720"/>
      </w:pPr>
      <w:r/>
      <w:r>
        <w:rPr>
          <w:b/>
        </w:rPr>
        <w:t>Large Debris Capacity</w:t>
      </w:r>
      <w:r>
        <w:t>: It includes a 3.7-litre debris basket, easily accessible for removal and capable of storing significant amounts of debris.</w:t>
      </w:r>
      <w:r/>
    </w:p>
    <w:p>
      <w:pPr>
        <w:pStyle w:val="ListBullet"/>
        <w:spacing w:line="240" w:lineRule="auto"/>
        <w:ind w:left="720"/>
      </w:pPr>
      <w:r/>
      <w:r>
        <w:rPr>
          <w:b/>
        </w:rPr>
        <w:t>User Connectivity</w:t>
      </w:r>
      <w:r>
        <w:t>: With 2.4GHz Wi-Fi connectivity, the cleaner can be controlled via an app that allows users to track its progress, schedule cleanings, and check battery life. However, the connectivity is limited to the mentioned frequency.</w:t>
      </w:r>
      <w:r/>
      <w:r/>
    </w:p>
    <w:p>
      <w:r/>
      <w:r>
        <w:t>Despite its technological prowess, the device is not without drawbacks. Weighing in at 24 pounds, it may present handling difficulties, particularly when lifting out of the pool. The 2.4GHz Wi-Fi connection also limits its smart capabilities, as connectivity issues were encountered during intense weather situations.</w:t>
      </w:r>
      <w:r/>
    </w:p>
    <w:p>
      <w:r/>
      <w:r>
        <w:t>For users like the Florida resident, the Aquasense Pro proved invaluable. After clearing the largest wood fragments manually, the robotic cleaner efficiently swept through the pool, removing overwhelming debris and leaving the pool nearly spotless after a couple of cleaning cycles. The resident reported that the debris basket was filled to its maximum capacity after each session, demonstrating the robot’s high efficiency.</w:t>
      </w:r>
      <w:r/>
    </w:p>
    <w:p>
      <w:r/>
      <w:r>
        <w:t>For customers hesitant due to the high price tag, Beatbot offers a more affordable variant for $1,299, currently available for $959, sans the surface cleaning feature. This option provides a cost-effective alternative for those who primarily need floor and wall cleaning capabilities.</w:t>
      </w:r>
      <w:r/>
    </w:p>
    <w:p>
      <w:r/>
      <w:r>
        <w:t>In conclusion, while the Beatbot Aquasense Pro requires a significant financial investment, its utility in managing extreme post-storm debris, alongside everyday pool maintenance, makes it a noteworthy consideration for pool owners seeking advanced cleaning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https://www.amazon.com/Beatbot-AquaSense-Pro-Intelligent-Optimization/dp/B0D38X6SLW</w:t>
        </w:r>
      </w:hyperlink>
      <w:r>
        <w:t xml:space="preserve"> - Details the 5-in-1 cleaning system of the Beatbot Aquasense Pro, including its ability to clean the pool floor, water surface, walls, and waterline.</w:t>
      </w:r>
      <w:r/>
    </w:p>
    <w:p>
      <w:pPr>
        <w:pStyle w:val="ListNumber"/>
        <w:spacing w:line="240" w:lineRule="auto"/>
        <w:ind w:left="720"/>
      </w:pPr>
      <w:r/>
      <w:hyperlink r:id="rId11">
        <w:r>
          <w:rPr>
            <w:color w:val="0000EE"/>
            <w:u w:val="single"/>
          </w:rPr>
          <w:t>https://www.reddit.com/r/pools/comments/1d2p8al/beatbot_aquasense/</w:t>
        </w:r>
      </w:hyperlink>
      <w:r>
        <w:t xml:space="preserve"> - Discusses the advanced features and user experiences with the Beatbot Aquasense Pro, including its cleaning capabilities and battery life.</w:t>
      </w:r>
      <w:r/>
    </w:p>
    <w:p>
      <w:pPr>
        <w:pStyle w:val="ListNumber"/>
        <w:spacing w:line="240" w:lineRule="auto"/>
        <w:ind w:left="720"/>
      </w:pPr>
      <w:r/>
      <w:hyperlink r:id="rId12">
        <w:r>
          <w:rPr>
            <w:color w:val="0000EE"/>
            <w:u w:val="single"/>
          </w:rPr>
          <w:t>https://www.forbes.com/sites/bradmoon/2024/06/15/aquasense-pro-review-sleek-premium-pool-robot-with-half-baked-ai/</w:t>
        </w:r>
      </w:hyperlink>
      <w:r>
        <w:t xml:space="preserve"> - Reviews the Beatbot Aquasense Pro, highlighting its extended operation times, advanced navigation, and powerful suction capabilities.</w:t>
      </w:r>
      <w:r/>
    </w:p>
    <w:p>
      <w:pPr>
        <w:pStyle w:val="ListNumber"/>
        <w:spacing w:line="240" w:lineRule="auto"/>
        <w:ind w:left="720"/>
      </w:pPr>
      <w:r/>
      <w:hyperlink r:id="rId13">
        <w:r>
          <w:rPr>
            <w:color w:val="0000EE"/>
            <w:u w:val="single"/>
          </w:rPr>
          <w:t>https://beatbot.com/products/aquasense-pro?srsltid=AfmBOooROLLsM5hcvt7F8pAMYxe4cgCUZ1MFoF7u9gpOZL7874ne8Vto</w:t>
        </w:r>
      </w:hyperlink>
      <w:r>
        <w:t xml:space="preserve"> - Provides details on the robust 10,400 mAh lithium-ion battery and the device's ability to perform up to 9.5 hours of surface cleaning or 5 hours of deep cleaning.</w:t>
      </w:r>
      <w:r/>
    </w:p>
    <w:p>
      <w:pPr>
        <w:pStyle w:val="ListNumber"/>
        <w:spacing w:line="240" w:lineRule="auto"/>
        <w:ind w:left="720"/>
      </w:pPr>
      <w:r/>
      <w:hyperlink r:id="rId14">
        <w:r>
          <w:rPr>
            <w:color w:val="0000EE"/>
            <w:u w:val="single"/>
          </w:rPr>
          <w:t>https://eu.beatbot.com/products/aquasense-pro</w:t>
        </w:r>
      </w:hyperlink>
      <w:r>
        <w:t xml:space="preserve"> - Explains the advanced navigation and sensors of the Beatbot Aquasense Pro, including its use of SonicSense AI Pool Mapping and a quad-core CPU.</w:t>
      </w:r>
      <w:r/>
    </w:p>
    <w:p>
      <w:pPr>
        <w:pStyle w:val="ListNumber"/>
        <w:spacing w:line="240" w:lineRule="auto"/>
        <w:ind w:left="720"/>
      </w:pPr>
      <w:r/>
      <w:hyperlink r:id="rId10">
        <w:r>
          <w:rPr>
            <w:color w:val="0000EE"/>
            <w:u w:val="single"/>
          </w:rPr>
          <w:t>https://www.amazon.com/Beatbot-AquaSense-Pro-Intelligent-Optimization/dp/B0D38X6SLW</w:t>
        </w:r>
      </w:hyperlink>
      <w:r>
        <w:t xml:space="preserve"> - Mentions the NonaDrive 9-Motor System and its suction power of 5,500 GPH, effective for managing both fine particles and larger debris.</w:t>
      </w:r>
      <w:r/>
    </w:p>
    <w:p>
      <w:pPr>
        <w:pStyle w:val="ListNumber"/>
        <w:spacing w:line="240" w:lineRule="auto"/>
        <w:ind w:left="720"/>
      </w:pPr>
      <w:r/>
      <w:hyperlink r:id="rId12">
        <w:r>
          <w:rPr>
            <w:color w:val="0000EE"/>
            <w:u w:val="single"/>
          </w:rPr>
          <w:t>https://www.forbes.com/sites/bradmoon/2024/06/15/aquasense-pro-review-sleek-premium-pool-robot-with-half-baked-ai/</w:t>
        </w:r>
      </w:hyperlink>
      <w:r>
        <w:t xml:space="preserve"> - Discusses the large debris capacity of the device, including its 3.7-litre debris basket and its efficiency in storing significant amounts of debris.</w:t>
      </w:r>
      <w:r/>
    </w:p>
    <w:p>
      <w:pPr>
        <w:pStyle w:val="ListNumber"/>
        <w:spacing w:line="240" w:lineRule="auto"/>
        <w:ind w:left="720"/>
      </w:pPr>
      <w:r/>
      <w:hyperlink r:id="rId14">
        <w:r>
          <w:rPr>
            <w:color w:val="0000EE"/>
            <w:u w:val="single"/>
          </w:rPr>
          <w:t>https://eu.beatbot.com/products/aquasense-pro</w:t>
        </w:r>
      </w:hyperlink>
      <w:r>
        <w:t xml:space="preserve"> - Details the user connectivity features, including 2.4GHz Wi-Fi connectivity and the app that allows users to track progress, schedule cleanings, and check battery life.</w:t>
      </w:r>
      <w:r/>
    </w:p>
    <w:p>
      <w:pPr>
        <w:pStyle w:val="ListNumber"/>
        <w:spacing w:line="240" w:lineRule="auto"/>
        <w:ind w:left="720"/>
      </w:pPr>
      <w:r/>
      <w:hyperlink r:id="rId11">
        <w:r>
          <w:rPr>
            <w:color w:val="0000EE"/>
            <w:u w:val="single"/>
          </w:rPr>
          <w:t>https://www.reddit.com/r/pools/comments/1d2p8al/beatbot_aquasense/</w:t>
        </w:r>
      </w:hyperlink>
      <w:r>
        <w:t xml:space="preserve"> - Highlights the potential drawbacks, such as handling difficulties due to its weight and limitations in Wi-Fi connectivity during intense weather situations.</w:t>
      </w:r>
      <w:r/>
    </w:p>
    <w:p>
      <w:pPr>
        <w:pStyle w:val="ListNumber"/>
        <w:spacing w:line="240" w:lineRule="auto"/>
        <w:ind w:left="720"/>
      </w:pPr>
      <w:r/>
      <w:hyperlink r:id="rId12">
        <w:r>
          <w:rPr>
            <w:color w:val="0000EE"/>
            <w:u w:val="single"/>
          </w:rPr>
          <w:t>https://www.forbes.com/sites/bradmoon/2024/06/15/aquasense-pro-review-sleek-premium-pool-robot-with-half-baked-ai/</w:t>
        </w:r>
      </w:hyperlink>
      <w:r>
        <w:t xml:space="preserve"> - Mentions the efficiency of the Aquasense Pro in clearing debris and its high capacity debris basket, as reported by users.</w:t>
      </w:r>
      <w:r/>
    </w:p>
    <w:p>
      <w:pPr>
        <w:pStyle w:val="ListNumber"/>
        <w:spacing w:line="240" w:lineRule="auto"/>
        <w:ind w:left="720"/>
      </w:pPr>
      <w:r/>
      <w:hyperlink r:id="rId13">
        <w:r>
          <w:rPr>
            <w:color w:val="0000EE"/>
            <w:u w:val="single"/>
          </w:rPr>
          <w:t>https://beatbot.com/products/aquasense-pro?srsltid=AfmBOooROLLsM5hcvt7F8pAMYxe4cgCUZ1MFoF7u9gpOZL7874ne8Vto</w:t>
        </w:r>
      </w:hyperlink>
      <w:r>
        <w:t xml:space="preserve"> - Provides information on the more affordable variant of the Beatbot Aquasense Pro, available for $1,299, which is sans the surface cleaning feature.</w:t>
      </w:r>
      <w:r/>
    </w:p>
    <w:p>
      <w:pPr>
        <w:pStyle w:val="ListNumber"/>
        <w:spacing w:line="240" w:lineRule="auto"/>
        <w:ind w:left="720"/>
      </w:pPr>
      <w:r/>
      <w:hyperlink r:id="rId15">
        <w:r>
          <w:rPr>
            <w:color w:val="0000EE"/>
            <w:u w:val="single"/>
          </w:rPr>
          <w:t>https://www.zdnet.com/home-and-office/kitchen-household/one-of-the-best-pool-cleaning-robots-ive-tested-is-450-off-for-prime-day/#ftag=RSSbaffb68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Beatbot-AquaSense-Pro-Intelligent-Optimization/dp/B0D38X6SLW" TargetMode="External"/><Relationship Id="rId11" Type="http://schemas.openxmlformats.org/officeDocument/2006/relationships/hyperlink" Target="https://www.reddit.com/r/pools/comments/1d2p8al/beatbot_aquasense/" TargetMode="External"/><Relationship Id="rId12" Type="http://schemas.openxmlformats.org/officeDocument/2006/relationships/hyperlink" Target="https://www.forbes.com/sites/bradmoon/2024/06/15/aquasense-pro-review-sleek-premium-pool-robot-with-half-baked-ai/" TargetMode="External"/><Relationship Id="rId13" Type="http://schemas.openxmlformats.org/officeDocument/2006/relationships/hyperlink" Target="https://beatbot.com/products/aquasense-pro?srsltid=AfmBOooROLLsM5hcvt7F8pAMYxe4cgCUZ1MFoF7u9gpOZL7874ne8Vto" TargetMode="External"/><Relationship Id="rId14" Type="http://schemas.openxmlformats.org/officeDocument/2006/relationships/hyperlink" Target="https://eu.beatbot.com/products/aquasense-pro" TargetMode="External"/><Relationship Id="rId15" Type="http://schemas.openxmlformats.org/officeDocument/2006/relationships/hyperlink" Target="https://www.zdnet.com/home-and-office/kitchen-household/one-of-the-best-pool-cleaning-robots-ive-tested-is-450-off-for-prime-day/#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