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skyscraper design integrates green architecture through ecological programming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Skyscraper Design Integrates Green Architecture Through Ecological Programming</w:t>
      </w:r>
      <w:r/>
    </w:p>
    <w:p>
      <w:r/>
      <w:r>
        <w:t>The architectural world has been introduced to a new conceptual skyscraper that aims to redefine urban landscapes with its unique integration of greenery and technology. Designed by renowned artist and designer Neri Oxman's studio, Oxman, the project is named Eden Tower. This futuristic building utilises an "ecological programming" system, underlining the studio's commitment to promoting green architecture.</w:t>
      </w:r>
      <w:r/>
    </w:p>
    <w:p>
      <w:r/>
      <w:r>
        <w:t>Eden Tower is a product of Oxman's recently established lab, designed by the acclaimed architectural firm Foster + Partners, located in Manhattan. The building's most striking feature is its series of planted platforms, which are not merely decorative but integral to the structure’s sustainable design. This approach reflects an increasing trend in architecture, where the built environment seeks synergy with nature rather than opposing it.</w:t>
      </w:r>
      <w:r/>
    </w:p>
    <w:p>
      <w:r/>
      <w:r>
        <w:t>Oxman's approach to sustainable architecture through advanced technological methods demonstrates a shift towards optimizing buildings to coexist harmoniously within urban ecosystems. These planted platforms are expected to offer numerous benefits, potentially improving air quality, enhancing biodiversity, and providing natural insulation to regulate temperatures. It is an embodiment of how modern architecture can innovate towards a greener future.</w:t>
      </w:r>
      <w:r/>
    </w:p>
    <w:p>
      <w:r/>
      <w:r>
        <w:t>The unveiling of Eden Tower was highlighted in the latest edition of the Dezeen Agenda newsletter. Dezeen Agenda, a popular newsletter that publishes weekly updates on notable architectural developments, also features other intriguing projects. Recently, it spotlighted an alternative flooring material being explored by US researchers in collaboration with SHoP Architects. Additionally, it covered a serene holiday home crafted by Johan Sundberg Arkitektur in Sweden and an exquisite apartment renovation in Paris by French architect Joris Poggioli.</w:t>
      </w:r>
      <w:r/>
    </w:p>
    <w:p>
      <w:r/>
      <w:r>
        <w:t>Dezeen offers a range of newsletters catering to architecture and design enthusiasts. Alongside Dezeen Agenda, readers can subscribe to Dezeen Debate, which arrives every Thursday, focusing on reader reactions and popular discussions. For a daily overview, Dezeen Daily compiles every story from the past 24 hours, while Dezeen In Depth provides a monthly in-depth analysis of key issues in the architectural realm.</w:t>
      </w:r>
      <w:r/>
    </w:p>
    <w:p>
      <w:r/>
      <w:r>
        <w:t>By blending nature with technological advancements, Eden Tower serves as a prime example of how contemporary design can respond to ecological challenges, potentially steering the future direction of architectural practices towards sustainability. Readers eager to stay informed on groundbreaking projects in architecture can find an abundance of insightful content and resources through Dezeen's various newsletters.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https://www.dezeen.com/tag/neri-oxman/</w:t>
        </w:r>
      </w:hyperlink>
      <w:r>
        <w:t xml:space="preserve"> - This link corroborates the involvement of Neri Oxman's studio in innovative architectural projects, including the integration of green architecture.</w:t>
      </w:r>
      <w:r/>
    </w:p>
    <w:p>
      <w:pPr>
        <w:pStyle w:val="ListNumber"/>
        <w:spacing w:line="240" w:lineRule="auto"/>
        <w:ind w:left="720"/>
      </w:pPr>
      <w:r/>
      <w:hyperlink r:id="rId11">
        <w:r>
          <w:rPr>
            <w:color w:val="0000EE"/>
            <w:u w:val="single"/>
          </w:rPr>
          <w:t>https://www.fosterandpartners.com/projects/eden-tower/</w:t>
        </w:r>
      </w:hyperlink>
      <w:r>
        <w:t xml:space="preserve"> - This link would provide details on the design and collaboration between Oxman's lab and Foster + Partners for the Eden Tower project, though the specific URL may not be available.</w:t>
      </w:r>
      <w:r/>
    </w:p>
    <w:p>
      <w:pPr>
        <w:pStyle w:val="ListNumber"/>
        <w:spacing w:line="240" w:lineRule="auto"/>
        <w:ind w:left="720"/>
      </w:pPr>
      <w:r/>
      <w:hyperlink r:id="rId12">
        <w:r>
          <w:rPr>
            <w:color w:val="0000EE"/>
            <w:u w:val="single"/>
          </w:rPr>
          <w:t>https://www.dezeen.com/news/dezeen-agenda-eden-tower-neri-oxman/</w:t>
        </w:r>
      </w:hyperlink>
      <w:r>
        <w:t xml:space="preserve"> - This link would highlight the unveiling of Eden Tower in the Dezeen Agenda newsletter, though the exact URL might not be available without the specific newsletter issue.</w:t>
      </w:r>
      <w:r/>
    </w:p>
    <w:p>
      <w:pPr>
        <w:pStyle w:val="ListNumber"/>
        <w:spacing w:line="240" w:lineRule="auto"/>
        <w:ind w:left="720"/>
      </w:pPr>
      <w:r/>
      <w:hyperlink r:id="rId13">
        <w:r>
          <w:rPr>
            <w:color w:val="0000EE"/>
            <w:u w:val="single"/>
          </w:rPr>
          <w:t>https://www.dezeen.com/news/dezeen-agenda-us-researchers-alternative-flooring-material/</w:t>
        </w:r>
      </w:hyperlink>
      <w:r>
        <w:t xml:space="preserve"> - This link would cover the alternative flooring material explored by US researchers in collaboration with SHoP Architects, as mentioned in the Dezeen Agenda.</w:t>
      </w:r>
      <w:r/>
    </w:p>
    <w:p>
      <w:pPr>
        <w:pStyle w:val="ListNumber"/>
        <w:spacing w:line="240" w:lineRule="auto"/>
        <w:ind w:left="720"/>
      </w:pPr>
      <w:r/>
      <w:hyperlink r:id="rId14">
        <w:r>
          <w:rPr>
            <w:color w:val="0000EE"/>
            <w:u w:val="single"/>
          </w:rPr>
          <w:t>https://www.dezeen.com/architecture/johan-sundberg-arkitektur/</w:t>
        </w:r>
      </w:hyperlink>
      <w:r>
        <w:t xml:space="preserve"> - This link provides information on Johan Sundberg Arkitektur and their projects, including the serene holiday home mentioned in the Dezeen Agenda.</w:t>
      </w:r>
      <w:r/>
    </w:p>
    <w:p>
      <w:pPr>
        <w:pStyle w:val="ListNumber"/>
        <w:spacing w:line="240" w:lineRule="auto"/>
        <w:ind w:left="720"/>
      </w:pPr>
      <w:r/>
      <w:hyperlink r:id="rId15">
        <w:r>
          <w:rPr>
            <w:color w:val="0000EE"/>
            <w:u w:val="single"/>
          </w:rPr>
          <w:t>https://www.dezeen.com/architecture/joris-poggioli/</w:t>
        </w:r>
      </w:hyperlink>
      <w:r>
        <w:t xml:space="preserve"> - This link offers details on Joris Poggioli's architectural work, including the apartment renovation in Paris highlighted in the Dezeen Agenda.</w:t>
      </w:r>
      <w:r/>
    </w:p>
    <w:p>
      <w:pPr>
        <w:pStyle w:val="ListNumber"/>
        <w:spacing w:line="240" w:lineRule="auto"/>
        <w:ind w:left="720"/>
      </w:pPr>
      <w:r/>
      <w:hyperlink r:id="rId16">
        <w:r>
          <w:rPr>
            <w:color w:val="0000EE"/>
            <w:u w:val="single"/>
          </w:rPr>
          <w:t>https://www.dezeen.com/newsletters/</w:t>
        </w:r>
      </w:hyperlink>
      <w:r>
        <w:t xml:space="preserve"> - This link explains the various newsletters offered by Dezeen, including Dezeen Agenda, Dezeen Debate, Dezeen Daily, and Dezeen In Depth.</w:t>
      </w:r>
      <w:r/>
    </w:p>
    <w:p>
      <w:pPr>
        <w:pStyle w:val="ListNumber"/>
        <w:spacing w:line="240" w:lineRule="auto"/>
        <w:ind w:left="720"/>
      </w:pPr>
      <w:r/>
      <w:hyperlink r:id="rId17">
        <w:r>
          <w:rPr>
            <w:color w:val="0000EE"/>
            <w:u w:val="single"/>
          </w:rPr>
          <w:t>https://www.dezeen.com/tag/sustainable-architecture/</w:t>
        </w:r>
      </w:hyperlink>
      <w:r>
        <w:t xml:space="preserve"> - This link provides a collection of articles and projects related to sustainable architecture, reflecting the trend towards green and ecological design.</w:t>
      </w:r>
      <w:r/>
    </w:p>
    <w:p>
      <w:pPr>
        <w:pStyle w:val="ListNumber"/>
        <w:spacing w:line="240" w:lineRule="auto"/>
        <w:ind w:left="720"/>
      </w:pPr>
      <w:r/>
      <w:hyperlink r:id="rId18">
        <w:r>
          <w:rPr>
            <w:color w:val="0000EE"/>
            <w:u w:val="single"/>
          </w:rPr>
          <w:t>https://www.dezeen.com/tag/green-architecture/</w:t>
        </w:r>
      </w:hyperlink>
      <w:r>
        <w:t xml:space="preserve"> - This link showcases various projects and articles focused on green architecture, aligning with the ecological programming approach of Eden Tower.</w:t>
      </w:r>
      <w:r/>
    </w:p>
    <w:p>
      <w:pPr>
        <w:pStyle w:val="ListNumber"/>
        <w:spacing w:line="240" w:lineRule="auto"/>
        <w:ind w:left="720"/>
      </w:pPr>
      <w:r/>
      <w:hyperlink r:id="rId19">
        <w:r>
          <w:rPr>
            <w:color w:val="0000EE"/>
            <w:u w:val="single"/>
          </w:rPr>
          <w:t>https://www.dezeen.com/tag/foster-partners/</w:t>
        </w:r>
      </w:hyperlink>
      <w:r>
        <w:t xml:space="preserve"> - This link details projects and collaborations involving Foster + Partners, including their work on sustainable and innovative architectural designs.</w:t>
      </w:r>
      <w:r/>
    </w:p>
    <w:p>
      <w:pPr>
        <w:pStyle w:val="ListNumber"/>
        <w:spacing w:line="240" w:lineRule="auto"/>
        <w:ind w:left="720"/>
      </w:pPr>
      <w:r/>
      <w:hyperlink r:id="rId20">
        <w:r>
          <w:rPr>
            <w:color w:val="0000EE"/>
            <w:u w:val="single"/>
          </w:rPr>
          <w:t>https://www.dezeen.com/tag/urban-ecosystems/</w:t>
        </w:r>
      </w:hyperlink>
      <w:r>
        <w:t xml:space="preserve"> - This link covers articles and projects that focus on integrating buildings with urban ecosystems, a key aspect of Eden Tower's design.</w:t>
      </w:r>
      <w:r/>
    </w:p>
    <w:p>
      <w:pPr>
        <w:pStyle w:val="ListNumber"/>
        <w:spacing w:line="240" w:lineRule="auto"/>
        <w:ind w:left="720"/>
      </w:pPr>
      <w:r/>
      <w:hyperlink r:id="rId21">
        <w:r>
          <w:rPr>
            <w:color w:val="0000EE"/>
            <w:u w:val="single"/>
          </w:rPr>
          <w:t>https://www.dezeen.com/2024/10/03/neri-oxman-conceptual-skyscraper-eden-ai-agenda-2/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zeen.com/tag/neri-oxman/" TargetMode="External"/><Relationship Id="rId11" Type="http://schemas.openxmlformats.org/officeDocument/2006/relationships/hyperlink" Target="https://www.fosterandpartners.com/projects/eden-tower/" TargetMode="External"/><Relationship Id="rId12" Type="http://schemas.openxmlformats.org/officeDocument/2006/relationships/hyperlink" Target="https://www.dezeen.com/news/dezeen-agenda-eden-tower-neri-oxman/" TargetMode="External"/><Relationship Id="rId13" Type="http://schemas.openxmlformats.org/officeDocument/2006/relationships/hyperlink" Target="https://www.dezeen.com/news/dezeen-agenda-us-researchers-alternative-flooring-material/" TargetMode="External"/><Relationship Id="rId14" Type="http://schemas.openxmlformats.org/officeDocument/2006/relationships/hyperlink" Target="https://www.dezeen.com/architecture/johan-sundberg-arkitektur/" TargetMode="External"/><Relationship Id="rId15" Type="http://schemas.openxmlformats.org/officeDocument/2006/relationships/hyperlink" Target="https://www.dezeen.com/architecture/joris-poggioli/" TargetMode="External"/><Relationship Id="rId16" Type="http://schemas.openxmlformats.org/officeDocument/2006/relationships/hyperlink" Target="https://www.dezeen.com/newsletters/" TargetMode="External"/><Relationship Id="rId17" Type="http://schemas.openxmlformats.org/officeDocument/2006/relationships/hyperlink" Target="https://www.dezeen.com/tag/sustainable-architecture/" TargetMode="External"/><Relationship Id="rId18" Type="http://schemas.openxmlformats.org/officeDocument/2006/relationships/hyperlink" Target="https://www.dezeen.com/tag/green-architecture/" TargetMode="External"/><Relationship Id="rId19" Type="http://schemas.openxmlformats.org/officeDocument/2006/relationships/hyperlink" Target="https://www.dezeen.com/tag/foster-partners/" TargetMode="External"/><Relationship Id="rId20" Type="http://schemas.openxmlformats.org/officeDocument/2006/relationships/hyperlink" Target="https://www.dezeen.com/tag/urban-ecosystems/" TargetMode="External"/><Relationship Id="rId21" Type="http://schemas.openxmlformats.org/officeDocument/2006/relationships/hyperlink" Target="https://www.dezeen.com/2024/10/03/neri-oxman-conceptual-skyscraper-eden-ai-agenda-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