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Investigation reveals manipulated video targeting Kamala Harris is a misinformation tactic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 digitally manipulated video falsely purporting to be a pro-abortion campaign advertisement featuring US Vice President Kamala Harris has been extensively shared across various social media platforms. BBC Verify has conducted an investigation into the authenticity of the video, concluding that it was fabricated by repurposing an existing commercial from a UK department store, to which an AI-generated voice-over was added. </w:t>
      </w:r>
      <w:r/>
    </w:p>
    <w:p>
      <w:r/>
      <w:r>
        <w:t>The original footage, which features cheerful and festive settings typical of department store advertisements, was manipulated to convey a misleading message. The video includes an altered visual and audio component, suggesting it was endorsed by Vice President Harris. This prompted numerous online discussions and debates as the video gained traction across social media, leading many viewers initially to believe its erroneous claims. The proliferation of the video exemplifies the ongoing challenge of misinformation online, as digital tools that can create realistic yet false content become more accessible and sophisticated.</w:t>
      </w:r>
      <w:r/>
    </w:p>
    <w:p>
      <w:r/>
      <w:r>
        <w:t xml:space="preserve">It remains unclear who created the manipulated video or for what specific purpose it was designed. The incident underscores the difficulties faced by social media platforms and users in navigating and verifying content in the digital age. Authorities and multiple institutions continue to remind users to critically assess the content they come across online and seek verified sources of information. </w:t>
      </w:r>
      <w:r/>
    </w:p>
    <w:p>
      <w:r/>
      <w:r>
        <w:t xml:space="preserve">The deceptive nature of the video was quickly recognised thanks to the efforts of verification teams who identified the original department store advert elements, allowing them to pinpoint the added layers of AI-generated content. Such fabrication incidents highlight the need for vigilance and critical assessment when engaging with digital content, especially when it targets high-profile figures like Kamala Harris. The potential repercussions of such false representations could influence public perception or stir controversy based on inaccurate information. </w:t>
      </w:r>
      <w:r/>
    </w:p>
    <w:p>
      <w:r/>
      <w:r>
        <w:t>As misinformation remains a persistent issue, ongoing efforts to educate users and improve digital literacy are more crucial than ever. However, in this instance, the timely intervention by verification specialists helped to curtail the spread of incorrect information and brought clarity to its origins before causing further confusion.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https://www.euronews.com/next/2024/07/29/musk-shares-manipulated-video-of-kamala-harris-raising-concerns-about-ai-in-politics</w:t>
        </w:r>
      </w:hyperlink>
      <w:r>
        <w:t xml:space="preserve"> - Corroborates the existence and impact of a manipulated video featuring Kamala Harris, highlighting concerns about AI-generated content in politics.</w:t>
      </w:r>
      <w:r/>
    </w:p>
    <w:p>
      <w:pPr>
        <w:pStyle w:val="ListNumber"/>
        <w:spacing w:line="240" w:lineRule="auto"/>
        <w:ind w:left="720"/>
      </w:pPr>
      <w:r/>
      <w:hyperlink r:id="rId11">
        <w:r>
          <w:rPr>
            <w:color w:val="0000EE"/>
            <w:u w:val="single"/>
          </w:rPr>
          <w:t>https://apnews.com/article/parody-ad-ai-harris-musk-x-misleading-3a5df582f911a808d34f68b766aa3b8e</w:t>
        </w:r>
      </w:hyperlink>
      <w:r>
        <w:t xml:space="preserve"> - Details the creation and sharing of the manipulated video, including its content and the reactions it sparked.</w:t>
      </w:r>
      <w:r/>
    </w:p>
    <w:p>
      <w:pPr>
        <w:pStyle w:val="ListNumber"/>
        <w:spacing w:line="240" w:lineRule="auto"/>
        <w:ind w:left="720"/>
      </w:pPr>
      <w:r/>
      <w:hyperlink r:id="rId12">
        <w:r>
          <w:rPr>
            <w:color w:val="0000EE"/>
            <w:u w:val="single"/>
          </w:rPr>
          <w:t>https://www.nbcnews.com/tech/misinformation/kamala-harris-deepfake-shared-musk-sparks-free-speech-debate-rcna164119</w:t>
        </w:r>
      </w:hyperlink>
      <w:r>
        <w:t xml:space="preserve"> - Discusses the deepfake video, its implications, and the debate around free speech and misinformation it has triggered.</w:t>
      </w:r>
      <w:r/>
    </w:p>
    <w:p>
      <w:pPr>
        <w:pStyle w:val="ListNumber"/>
        <w:spacing w:line="240" w:lineRule="auto"/>
        <w:ind w:left="720"/>
      </w:pPr>
      <w:r/>
      <w:hyperlink r:id="rId13">
        <w:r>
          <w:rPr>
            <w:color w:val="0000EE"/>
            <w:u w:val="single"/>
          </w:rPr>
          <w:t>https://www.nytimes.com/2024/07/27/us/politics/elon-musk-kamala-harris-deepfake.html</w:t>
        </w:r>
      </w:hyperlink>
      <w:r>
        <w:t xml:space="preserve"> - Provides information on Elon Musk's role in sharing the manipulated video and the potential violation of X's policies.</w:t>
      </w:r>
      <w:r/>
    </w:p>
    <w:p>
      <w:pPr>
        <w:pStyle w:val="ListNumber"/>
        <w:spacing w:line="240" w:lineRule="auto"/>
        <w:ind w:left="720"/>
      </w:pPr>
      <w:r/>
      <w:hyperlink r:id="rId14">
        <w:r>
          <w:rPr>
            <w:color w:val="0000EE"/>
            <w:u w:val="single"/>
          </w:rPr>
          <w:t>https://www.politico.com/news/2024/09/18/california-deepfake-ban-lawsuit-harris-00179975</w:t>
        </w:r>
      </w:hyperlink>
      <w:r>
        <w:t xml:space="preserve"> - Mentions the legal aftermath and the lawsuit filed by the creator of the video against California's laws on deepfakes.</w:t>
      </w:r>
      <w:r/>
    </w:p>
    <w:p>
      <w:pPr>
        <w:pStyle w:val="ListNumber"/>
        <w:spacing w:line="240" w:lineRule="auto"/>
        <w:ind w:left="720"/>
      </w:pPr>
      <w:r/>
      <w:hyperlink r:id="rId10">
        <w:r>
          <w:rPr>
            <w:color w:val="0000EE"/>
            <w:u w:val="single"/>
          </w:rPr>
          <w:t>https://www.euronews.com/next/2024/07/29/musk-shares-manipulated-video-of-kamala-harris-raising-concerns-about-ai-in-politics</w:t>
        </w:r>
      </w:hyperlink>
      <w:r>
        <w:t xml:space="preserve"> - Explains how the video was recognized as a parody and the concerns it raised about AI-generated content.</w:t>
      </w:r>
      <w:r/>
    </w:p>
    <w:p>
      <w:pPr>
        <w:pStyle w:val="ListNumber"/>
        <w:spacing w:line="240" w:lineRule="auto"/>
        <w:ind w:left="720"/>
      </w:pPr>
      <w:r/>
      <w:hyperlink r:id="rId11">
        <w:r>
          <w:rPr>
            <w:color w:val="0000EE"/>
            <w:u w:val="single"/>
          </w:rPr>
          <w:t>https://apnews.com/article/parody-ad-ai-harris-musk-x-misleading-3a5df582f911a808d34f68b766aa3b8e</w:t>
        </w:r>
      </w:hyperlink>
      <w:r>
        <w:t xml:space="preserve"> - Highlights the lack of federal regulation on AI tools and the governance issues surrounding their use in political contexts.</w:t>
      </w:r>
      <w:r/>
    </w:p>
    <w:p>
      <w:pPr>
        <w:pStyle w:val="ListNumber"/>
        <w:spacing w:line="240" w:lineRule="auto"/>
        <w:ind w:left="720"/>
      </w:pPr>
      <w:r/>
      <w:hyperlink r:id="rId12">
        <w:r>
          <w:rPr>
            <w:color w:val="0000EE"/>
            <w:u w:val="single"/>
          </w:rPr>
          <w:t>https://www.nbcnews.com/tech/misinformation/kamala-harris-deepfake-shared-musk-sparks-free-speech-debate-rcna164119</w:t>
        </w:r>
      </w:hyperlink>
      <w:r>
        <w:t xml:space="preserve"> - Discusses the expert opinions on whether the video could deceive viewers and its implications for free speech.</w:t>
      </w:r>
      <w:r/>
    </w:p>
    <w:p>
      <w:pPr>
        <w:pStyle w:val="ListNumber"/>
        <w:spacing w:line="240" w:lineRule="auto"/>
        <w:ind w:left="720"/>
      </w:pPr>
      <w:r/>
      <w:hyperlink r:id="rId13">
        <w:r>
          <w:rPr>
            <w:color w:val="0000EE"/>
            <w:u w:val="single"/>
          </w:rPr>
          <w:t>https://www.nytimes.com/2024/07/27/us/politics/elon-musk-kamala-harris-deepfake.html</w:t>
        </w:r>
      </w:hyperlink>
      <w:r>
        <w:t xml:space="preserve"> - Details the specific content of the manipulated video, including the false statements attributed to Kamala Harris.</w:t>
      </w:r>
      <w:r/>
    </w:p>
    <w:p>
      <w:pPr>
        <w:pStyle w:val="ListNumber"/>
        <w:spacing w:line="240" w:lineRule="auto"/>
        <w:ind w:left="720"/>
      </w:pPr>
      <w:r/>
      <w:hyperlink r:id="rId10">
        <w:r>
          <w:rPr>
            <w:color w:val="0000EE"/>
            <w:u w:val="single"/>
          </w:rPr>
          <w:t>https://www.euronews.com/next/2024/07/29/musk-shares-manipulated-video-of-kamala-harris-raising-concerns-about-ai-in-politics</w:t>
        </w:r>
      </w:hyperlink>
      <w:r>
        <w:t xml:space="preserve"> - Mentions the need for vigilance and critical assessment when engaging with digital content, especially targeting high-profile figures.</w:t>
      </w:r>
      <w:r/>
    </w:p>
    <w:p>
      <w:pPr>
        <w:pStyle w:val="ListNumber"/>
        <w:spacing w:line="240" w:lineRule="auto"/>
        <w:ind w:left="720"/>
      </w:pPr>
      <w:r/>
      <w:hyperlink r:id="rId11">
        <w:r>
          <w:rPr>
            <w:color w:val="0000EE"/>
            <w:u w:val="single"/>
          </w:rPr>
          <w:t>https://apnews.com/article/parody-ad-ai-harris-musk-x-misleading-3a5df582f911a808d34f68b766aa3b8e</w:t>
        </w:r>
      </w:hyperlink>
      <w:r>
        <w:t xml:space="preserve"> - Emphasizes the ongoing challenge of misinformation online and the importance of verifying content.</w:t>
      </w:r>
      <w:r/>
    </w:p>
    <w:p>
      <w:pPr>
        <w:pStyle w:val="ListNumber"/>
        <w:spacing w:line="240" w:lineRule="auto"/>
        <w:ind w:left="720"/>
      </w:pPr>
      <w:r/>
      <w:hyperlink r:id="rId15">
        <w:r>
          <w:rPr>
            <w:color w:val="0000EE"/>
            <w:u w:val="single"/>
          </w:rPr>
          <w:t>https://www.bbc.com/news/videos/cqjrwkw128no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news.com/next/2024/07/29/musk-shares-manipulated-video-of-kamala-harris-raising-concerns-about-ai-in-politics" TargetMode="External"/><Relationship Id="rId11" Type="http://schemas.openxmlformats.org/officeDocument/2006/relationships/hyperlink" Target="https://apnews.com/article/parody-ad-ai-harris-musk-x-misleading-3a5df582f911a808d34f68b766aa3b8e" TargetMode="External"/><Relationship Id="rId12" Type="http://schemas.openxmlformats.org/officeDocument/2006/relationships/hyperlink" Target="https://www.nbcnews.com/tech/misinformation/kamala-harris-deepfake-shared-musk-sparks-free-speech-debate-rcna164119" TargetMode="External"/><Relationship Id="rId13" Type="http://schemas.openxmlformats.org/officeDocument/2006/relationships/hyperlink" Target="https://www.nytimes.com/2024/07/27/us/politics/elon-musk-kamala-harris-deepfake.html" TargetMode="External"/><Relationship Id="rId14" Type="http://schemas.openxmlformats.org/officeDocument/2006/relationships/hyperlink" Target="https://www.politico.com/news/2024/09/18/california-deepfake-ban-lawsuit-harris-00179975" TargetMode="External"/><Relationship Id="rId15" Type="http://schemas.openxmlformats.org/officeDocument/2006/relationships/hyperlink" Target="https://www.bbc.com/news/videos/cqjrwkw128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