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Jennifer Aniston deepfake video exposes AI deception in media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viral video featuring Hollywood actress Jennifer Aniston has been exposed as a sophisticated deepfake scam, raising concerns about the deceptive use of artificial intelligence in media. The video, which quickly amassed around one million views on Facebook, falsely portrayed Aniston discussing how she maintains her fitness in her fifties, attributing her physique to collagen supplements.</w:t>
      </w:r>
      <w:r/>
    </w:p>
    <w:p>
      <w:r/>
      <w:r>
        <w:t>The video appeared on a wellness-oriented Facebook page and showed what seemed to be Aniston, now 55, in conversation with fellow actress Nicole Kidman. However, the original clip was part of a Hollywood Reporter roundtable discussion with Aniston, Kidman, Naomi Watts, and Sofia Vergara, where they were discussing the acting industry. The scammers manipulated the video by replacing the audio with an AI-generated voice that convincingly mimicked Aniston's tone and speaking style.</w:t>
      </w:r>
      <w:r/>
    </w:p>
    <w:p>
      <w:r/>
      <w:r>
        <w:t>The intention behind the altered video was commercial; it aimed to promote and sell health supplements by making false claims about their benefits. British fitness influencer Ben Carpenter, renowned for debunking misleading wellness content on social media, was alerted to the scam by a concerned follower. Carpenter has since been vocal about the false nature of the video, striving to rectify the misinformation spread by the deepfake.</w:t>
      </w:r>
      <w:r/>
    </w:p>
    <w:p>
      <w:r/>
      <w:r>
        <w:t>Jennifer Aniston, known for her enviable physique, has discussed the benefits of collagen before, particularly as part of her role as Chief Creative Officer for Vital Proteins. However, the company focuses on collagen for health and skin benefits rather than weight loss, distancing itself from the exaggerated claims made in the deepfake.</w:t>
      </w:r>
      <w:r/>
    </w:p>
    <w:p>
      <w:r/>
      <w:r>
        <w:t>The incident highlights broader issues surrounding deepfake technology, showcasing how easily it can be used to manipulate public perception, especially targeting a demographic that idealises celebrities and may be more vulnerable to misinformation related to health and wellness.</w:t>
      </w:r>
      <w:r/>
    </w:p>
    <w:p>
      <w:r/>
      <w:r>
        <w:t>As artificial intelligence continues to develop, the ability to discern real from fake content becomes increasingly vital. The manipulation of not just images but also voices of beloved public figures without their knowledge underscores the potential for significant misinformation in the digital age.</w:t>
      </w:r>
      <w:r/>
    </w:p>
    <w:p>
      <w:r/>
      <w:r>
        <w:t>Representatives of Jennifer Aniston have yet to comment on the situation. However, the incident serves as a digital cautionary tale, reminding audiences of the complexity and potential deceitful nature of AI-generated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https://www.usmagazine.com/celebrity-news/news/jennifer-aniston-bikini-body-ai-deepfake-exposed-by-influencer/</w:t>
        </w:r>
      </w:hyperlink>
      <w:r>
        <w:t xml:space="preserve"> - Corroborates the details of the viral video featuring Jennifer Aniston, including its origin from a Hollywood Reporter roundtable discussion and the manipulation by deepfake scammers to promote collagen supplements.</w:t>
      </w:r>
      <w:r/>
    </w:p>
    <w:p>
      <w:pPr>
        <w:pStyle w:val="ListNumber"/>
        <w:spacing w:line="240" w:lineRule="auto"/>
        <w:ind w:left="720"/>
      </w:pPr>
      <w:r/>
      <w:hyperlink r:id="rId11">
        <w:r>
          <w:rPr>
            <w:color w:val="0000EE"/>
            <w:u w:val="single"/>
          </w:rPr>
          <w:t>https://www.aol.com/jennifer-aniston-bikini-body-deepfake-141121452.html</w:t>
        </w:r>
      </w:hyperlink>
      <w:r>
        <w:t xml:space="preserve"> - Supports the information about the deepfake video going viral on Facebook and its exposure by a British fitness influencer.</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Provides details on how the original audio was replaced with an AI-generated voice mimicking Jennifer Aniston's tone and speaking style.</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Explains the commercial intention behind the altered video, which was to promote and sell health supplements with false claims.</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Mentions British fitness influencer Ben Carpenter's role in debunking the misleading wellness content and rectifying the misinformation.</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Clarifies that Jennifer Aniston has discussed collagen benefits before, but only for health and skin, not weight loss, as part of her role with Vital Proteins.</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Highlights the broader issues surrounding deepfake technology and its potential to manipulate public perception, especially targeting vulnerable demographics.</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Emphasizes the importance of discerning real from fake content as AI technology advances.</w:t>
      </w:r>
      <w:r/>
    </w:p>
    <w:p>
      <w:pPr>
        <w:pStyle w:val="ListNumber"/>
        <w:spacing w:line="240" w:lineRule="auto"/>
        <w:ind w:left="720"/>
      </w:pPr>
      <w:r/>
      <w:hyperlink r:id="rId11">
        <w:r>
          <w:rPr>
            <w:color w:val="0000EE"/>
            <w:u w:val="single"/>
          </w:rPr>
          <w:t>https://www.aol.com/jennifer-aniston-bikini-body-deepfake-141121452.html</w:t>
        </w:r>
      </w:hyperlink>
      <w:r>
        <w:t xml:space="preserve"> - Supports the incident as a cautionary tale about the deceitful nature of AI-generated content.</w:t>
      </w:r>
      <w:r/>
    </w:p>
    <w:p>
      <w:pPr>
        <w:pStyle w:val="ListNumber"/>
        <w:spacing w:line="240" w:lineRule="auto"/>
        <w:ind w:left="720"/>
      </w:pPr>
      <w:r/>
      <w:hyperlink r:id="rId12">
        <w:r>
          <w:rPr>
            <w:color w:val="0000EE"/>
            <w:u w:val="single"/>
          </w:rPr>
          <w:t>https://www.verifythis.com/article/news/verify/scams-verify/jennifer-aniston-taylor-swift-selena-gomez-giveaway-videos-are-deepfake-scams/536-da095323-c4ef-48c5-9b09-ede370d8fe15</w:t>
        </w:r>
      </w:hyperlink>
      <w:r>
        <w:t xml:space="preserve"> - Provides context on the increasing sophistication of deepfake scams and how to spot them, relevant to the broader issue highlighted in the article.</w:t>
      </w:r>
      <w:r/>
    </w:p>
    <w:p>
      <w:pPr>
        <w:pStyle w:val="ListNumber"/>
        <w:spacing w:line="240" w:lineRule="auto"/>
        <w:ind w:left="720"/>
      </w:pPr>
      <w:r/>
      <w:hyperlink r:id="rId13">
        <w:r>
          <w:rPr>
            <w:color w:val="0000EE"/>
            <w:u w:val="single"/>
          </w:rPr>
          <w:t>https://www.emergingtechbrew.com/stories/2024/02/15/scammers-celebrity-deepfakes-bitdefender</w:t>
        </w:r>
      </w:hyperlink>
      <w:r>
        <w:t xml:space="preserve"> - Corroborates the trend of using celebrity deepfakes for scams, including the manipulation of voices and videos to deceive users, which is a broader context for the Jennifer Aniston deepfake incident.</w:t>
      </w:r>
      <w:r/>
    </w:p>
    <w:p>
      <w:pPr>
        <w:pStyle w:val="ListNumber"/>
        <w:spacing w:line="240" w:lineRule="auto"/>
        <w:ind w:left="720"/>
      </w:pPr>
      <w:r/>
      <w:hyperlink r:id="rId10">
        <w:r>
          <w:rPr>
            <w:color w:val="0000EE"/>
            <w:u w:val="single"/>
          </w:rPr>
          <w:t>https://www.usmagazine.com/celebrity-news/news/jennifer-aniston-bikini-body-ai-deepfake-exposed-by-influencer/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magazine.com/celebrity-news/news/jennifer-aniston-bikini-body-ai-deepfake-exposed-by-influencer/" TargetMode="External"/><Relationship Id="rId11" Type="http://schemas.openxmlformats.org/officeDocument/2006/relationships/hyperlink" Target="https://www.aol.com/jennifer-aniston-bikini-body-deepfake-141121452.html" TargetMode="External"/><Relationship Id="rId12" Type="http://schemas.openxmlformats.org/officeDocument/2006/relationships/hyperlink" Target="https://www.verifythis.com/article/news/verify/scams-verify/jennifer-aniston-taylor-swift-selena-gomez-giveaway-videos-are-deepfake-scams/536-da095323-c4ef-48c5-9b09-ede370d8fe15" TargetMode="External"/><Relationship Id="rId13" Type="http://schemas.openxmlformats.org/officeDocument/2006/relationships/hyperlink" Target="https://www.emergingtechbrew.com/stories/2024/02/15/scammers-celebrity-deepfakes-bitdefe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