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Kapture CX partners with Google Cloud to enhance customer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Kapture CX, a prominent GenAI-powered customer experience (CX) automation platform in India, has announced a strategic partnership with Google Cloud to enhance customer experiences across multiple industries. The collaboration sees Kapture CX integrating Google Cloud’s Dialogflow CX (advanced) and the Contact Center AI (CCAI) Platform into its suite of offerings. This integration is designed to elevate the quality of customer interactions by enabling more natural, contextually rich, and personalised conversations, even with virtual agents.</w:t>
      </w:r>
      <w:r/>
    </w:p>
    <w:p>
      <w:r/>
      <w:r>
        <w:t>This development comes as businesses across various sectors such as retail and BFSI (Banking, Financial Services, and Insurance) strive to meet the increasing demands of digital-savvy customers. Kapture CX's platform, now available on the Google Cloud Marketplace, aims to provide a seamless, omnichannel experience, crucial for maintaining customer loyalty in the digital age. The integration of Google's AI technologies will offer these businesses enhanced capabilities in delivering customer service, from efficient ticket management to scalable virtual agent deployment.</w:t>
      </w:r>
      <w:r/>
    </w:p>
    <w:p>
      <w:r/>
      <w:r>
        <w:t>Gaurav Juneja, the Chief Revenue Officer and Head of Partnerships at Kapture CX, expressed his enthusiasm for the partnership, highlighting the potential for this collaboration to boost customer satisfaction and operational efficiency. He stated, “Joining hands with Google Cloud is an extension to our present commitment to achieving high-end customer satisfaction and reducing cost by improving operational efficiency. This integration marks a pivotal step in our journey that will help us combine our expertise with Google’s cutting-edge AI and empower businesses to delight the customers with a turnkey omnichannel contact centre.”</w:t>
      </w:r>
      <w:r/>
    </w:p>
    <w:p>
      <w:r/>
      <w:r>
        <w:t>Google's Dialogflow CX will be integrated with features from the Vertex AI Agent Builder, allowing businesses to facilitate more evolved customer engagement. This technology enables companies to manage customer interactions across diverse channels such as web, messaging, and email efficiently. The integration of the CCAI Platform adds a layer of security and privacy, with a unified data approach to handling customer interactions, which is essential for managing large volumes of support queries.</w:t>
      </w:r>
      <w:r/>
    </w:p>
    <w:p>
      <w:r/>
      <w:r>
        <w:t>Bikram Singh Bedi, Vice President and Country Managing Director at Google Cloud India, commented on the collaborative effort, saying, “We are always excited to see our customers build innovative products using our technology, and Kapture CX is doing just that by offering solutions to its diverse customers across sectors.”</w:t>
      </w:r>
      <w:r/>
    </w:p>
    <w:p>
      <w:r/>
      <w:r>
        <w:t>This innovative step by Kapture CX, buoyed by Google's advanced AI capabilities, illustrates a significant move towards digital transformation for many businesses in India. The integration offers a sophisticated platform for managing customer interactions, empowering brands to enhance their customer experience capabilities significantly. With over 1000 customers already utilising their solutions, Kapture CX continues to cement its standing as a pivotal player in the CX technology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https://www.dqindia.com/news/kapture-cx-teams-up-with-google-cloud-to-customer-experiences-7285023</w:t>
        </w:r>
      </w:hyperlink>
      <w:r>
        <w:t xml:space="preserve"> - Corroborates the partnership between Kapture CX and Google Cloud, including the integration of Google Cloud's Dialogflow CX and Contact Center AI (CCAI) into Kapture CX's platform.</w:t>
      </w:r>
      <w:r/>
    </w:p>
    <w:p>
      <w:pPr>
        <w:pStyle w:val="ListNumber"/>
        <w:spacing w:line="240" w:lineRule="auto"/>
        <w:ind w:left="720"/>
      </w:pPr>
      <w:r/>
      <w:hyperlink r:id="rId11">
        <w:r>
          <w:rPr>
            <w:color w:val="0000EE"/>
            <w:u w:val="single"/>
          </w:rPr>
          <w:t>https://www.kapture.cx/press-releases/kapture-revolutionizes-cx-in-bfsi-vertical-to-contribute-close-to-25-of-the-quarterly-new-revenue/</w:t>
        </w:r>
      </w:hyperlink>
      <w:r>
        <w:t xml:space="preserve"> - Provides details on Kapture CX's presence in the BFSI sector and its integration with advanced Gen AI capabilities for customer support.</w:t>
      </w:r>
      <w:r/>
    </w:p>
    <w:p>
      <w:pPr>
        <w:pStyle w:val="ListNumber"/>
        <w:spacing w:line="240" w:lineRule="auto"/>
        <w:ind w:left="720"/>
      </w:pPr>
      <w:r/>
      <w:hyperlink r:id="rId12">
        <w:r>
          <w:rPr>
            <w:color w:val="0000EE"/>
            <w:u w:val="single"/>
          </w:rPr>
          <w:t>https://apacnewsnetwork.com/2024/10/kapture-cx-google-cloud-partner-to-boost-ai-powered-customer-experience/</w:t>
        </w:r>
      </w:hyperlink>
      <w:r>
        <w:t xml:space="preserve"> - Mentions the collaboration and the onboarding of Kapture CX's software onto the Google Cloud Marketplace to integrate AI-driven customer experience solutions.</w:t>
      </w:r>
      <w:r/>
    </w:p>
    <w:p>
      <w:pPr>
        <w:pStyle w:val="ListNumber"/>
        <w:spacing w:line="240" w:lineRule="auto"/>
        <w:ind w:left="720"/>
      </w:pPr>
      <w:r/>
      <w:hyperlink r:id="rId13">
        <w:r>
          <w:rPr>
            <w:color w:val="0000EE"/>
            <w:u w:val="single"/>
          </w:rPr>
          <w:t>https://www.kapture.cx/integrations/</w:t>
        </w:r>
      </w:hyperlink>
      <w:r>
        <w:t xml:space="preserve"> - Details the various integrations Kapture CX offers, including those with Google Cloud Platform, to enhance customer support capabilities.</w:t>
      </w:r>
      <w:r/>
    </w:p>
    <w:p>
      <w:pPr>
        <w:pStyle w:val="ListNumber"/>
        <w:spacing w:line="240" w:lineRule="auto"/>
        <w:ind w:left="720"/>
      </w:pPr>
      <w:r/>
      <w:hyperlink r:id="rId14">
        <w:r>
          <w:rPr>
            <w:color w:val="0000EE"/>
            <w:u w:val="single"/>
          </w:rPr>
          <w:t>https://cxotoday.com/press-release/kapture-cx-collaborates-with-google-cloud-to-provide-superior-customer-experience-across-industries/</w:t>
        </w:r>
      </w:hyperlink>
      <w:r>
        <w:t xml:space="preserve"> - Corroborates the integration of Google Cloud's Dialog Flow CX and Contact Center AI (CCAI) Platform into Kapture CX's offerings.</w:t>
      </w:r>
      <w:r/>
    </w:p>
    <w:p>
      <w:pPr>
        <w:pStyle w:val="ListNumber"/>
        <w:spacing w:line="240" w:lineRule="auto"/>
        <w:ind w:left="720"/>
      </w:pPr>
      <w:r/>
      <w:hyperlink r:id="rId11">
        <w:r>
          <w:rPr>
            <w:color w:val="0000EE"/>
            <w:u w:val="single"/>
          </w:rPr>
          <w:t>https://www.kapture.cx/press-releases/kapture-revolutionizes-cx-in-bfsi-vertical-to-contribute-close-to-25-of-the-quarterly-new-revenue/</w:t>
        </w:r>
      </w:hyperlink>
      <w:r>
        <w:t xml:space="preserve"> - Explains how Kapture CX's platform is available on the Google Cloud Marketplace and SAP Store, enhancing CX for large enterprises.</w:t>
      </w:r>
      <w:r/>
    </w:p>
    <w:p>
      <w:pPr>
        <w:pStyle w:val="ListNumber"/>
        <w:spacing w:line="240" w:lineRule="auto"/>
        <w:ind w:left="720"/>
      </w:pPr>
      <w:r/>
      <w:hyperlink r:id="rId10">
        <w:r>
          <w:rPr>
            <w:color w:val="0000EE"/>
            <w:u w:val="single"/>
          </w:rPr>
          <w:t>https://www.dqindia.com/news/kapture-cx-teams-up-with-google-cloud-to-customer-experiences-7285023</w:t>
        </w:r>
      </w:hyperlink>
      <w:r>
        <w:t xml:space="preserve"> - Highlights Gaurav Juneja's comments on the partnership and its potential to boost customer satisfaction and operational efficiency.</w:t>
      </w:r>
      <w:r/>
    </w:p>
    <w:p>
      <w:pPr>
        <w:pStyle w:val="ListNumber"/>
        <w:spacing w:line="240" w:lineRule="auto"/>
        <w:ind w:left="720"/>
      </w:pPr>
      <w:r/>
      <w:hyperlink r:id="rId12">
        <w:r>
          <w:rPr>
            <w:color w:val="0000EE"/>
            <w:u w:val="single"/>
          </w:rPr>
          <w:t>https://apacnewsnetwork.com/2024/10/kapture-cx-google-cloud-partner-to-boost-ai-powered-customer-experience/</w:t>
        </w:r>
      </w:hyperlink>
      <w:r>
        <w:t xml:space="preserve"> - Mentions the integration of Google's Dialogflow CX with features from the Vertex AI Agent Builder for enhanced customer engagement.</w:t>
      </w:r>
      <w:r/>
    </w:p>
    <w:p>
      <w:pPr>
        <w:pStyle w:val="ListNumber"/>
        <w:spacing w:line="240" w:lineRule="auto"/>
        <w:ind w:left="720"/>
      </w:pPr>
      <w:r/>
      <w:hyperlink r:id="rId14">
        <w:r>
          <w:rPr>
            <w:color w:val="0000EE"/>
            <w:u w:val="single"/>
          </w:rPr>
          <w:t>https://cxotoday.com/press-release/kapture-cx-collaborates-with-google-cloud-to-provide-superior-customer-experience-across-industries/</w:t>
        </w:r>
      </w:hyperlink>
      <w:r>
        <w:t xml:space="preserve"> - Details the security and privacy aspects of the CCAI Platform integration, including a unified data approach for handling customer interactions.</w:t>
      </w:r>
      <w:r/>
    </w:p>
    <w:p>
      <w:pPr>
        <w:pStyle w:val="ListNumber"/>
        <w:spacing w:line="240" w:lineRule="auto"/>
        <w:ind w:left="720"/>
      </w:pPr>
      <w:r/>
      <w:hyperlink r:id="rId13">
        <w:r>
          <w:rPr>
            <w:color w:val="0000EE"/>
            <w:u w:val="single"/>
          </w:rPr>
          <w:t>https://www.kapture.cx/integrations/</w:t>
        </w:r>
      </w:hyperlink>
      <w:r>
        <w:t xml:space="preserve"> - Explains how the integration offers a sophisticated platform for managing customer interactions across diverse channels such as web, messaging, and email.</w:t>
      </w:r>
      <w:r/>
    </w:p>
    <w:p>
      <w:pPr>
        <w:pStyle w:val="ListNumber"/>
        <w:spacing w:line="240" w:lineRule="auto"/>
        <w:ind w:left="720"/>
      </w:pPr>
      <w:r/>
      <w:hyperlink r:id="rId11">
        <w:r>
          <w:rPr>
            <w:color w:val="0000EE"/>
            <w:u w:val="single"/>
          </w:rPr>
          <w:t>https://www.kapture.cx/press-releases/kapture-revolutionizes-cx-in-bfsi-vertical-to-contribute-close-to-25-of-the-quarterly-new-revenue/</w:t>
        </w:r>
      </w:hyperlink>
      <w:r>
        <w:t xml:space="preserve"> - Highlights Bikram Singh Bedi's comments on the collaborative effort and the innovative use of Google Cloud technology by Kapture CX.</w:t>
      </w:r>
      <w:r/>
    </w:p>
    <w:p>
      <w:pPr>
        <w:pStyle w:val="ListNumber"/>
        <w:spacing w:line="240" w:lineRule="auto"/>
        <w:ind w:left="720"/>
      </w:pPr>
      <w:r/>
      <w:hyperlink r:id="rId15">
        <w:r>
          <w:rPr>
            <w:color w:val="0000EE"/>
            <w:u w:val="single"/>
          </w:rPr>
          <w:t>https://www.passionateinmarketing.com/kapture-cx-collaborates-with-google-cloud-to-provide-superior-customer-experience-across-industries/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qindia.com/news/kapture-cx-teams-up-with-google-cloud-to-customer-experiences-7285023" TargetMode="External"/><Relationship Id="rId11" Type="http://schemas.openxmlformats.org/officeDocument/2006/relationships/hyperlink" Target="https://www.kapture.cx/press-releases/kapture-revolutionizes-cx-in-bfsi-vertical-to-contribute-close-to-25-of-the-quarterly-new-revenue/" TargetMode="External"/><Relationship Id="rId12" Type="http://schemas.openxmlformats.org/officeDocument/2006/relationships/hyperlink" Target="https://apacnewsnetwork.com/2024/10/kapture-cx-google-cloud-partner-to-boost-ai-powered-customer-experience/" TargetMode="External"/><Relationship Id="rId13" Type="http://schemas.openxmlformats.org/officeDocument/2006/relationships/hyperlink" Target="https://www.kapture.cx/integrations/" TargetMode="External"/><Relationship Id="rId14" Type="http://schemas.openxmlformats.org/officeDocument/2006/relationships/hyperlink" Target="https://cxotoday.com/press-release/kapture-cx-collaborates-with-google-cloud-to-provide-superior-customer-experience-across-industries/" TargetMode="External"/><Relationship Id="rId15" Type="http://schemas.openxmlformats.org/officeDocument/2006/relationships/hyperlink" Target="https://www.passionateinmarketing.com/kapture-cx-collaborates-with-google-cloud-to-provide-superior-customer-experience-across-industr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