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Laci Gilbert's inspiring weight loss journey aided by digital app</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an inspiring journey of transformation, Laci Gilbert has achieved a remarkable weight loss of over eight stone, equating to 116 pounds, significantly altering her appearance and overall health. The transformation began in early 2023, when Laci, who weighed 275 pounds at the time, decided to revamp her lifestyle with the help of an innovative digital application called Simple. The platform, designed to facilitate lifestyle changes and healthier habits, became a pivotal tool in Laci's success.</w:t>
      </w:r>
      <w:r/>
    </w:p>
    <w:p>
      <w:r/>
      <w:r>
        <w:t>Simple is marketed as an artificial intelligence-driven coaching app aiming to aid adults in pursuing healthier lifestyles. The creators of the app emphasise that it provides a scientifically backed approach to weight loss, presenting itself as a progressive alternative within the diet industry. Offering features like NutriScanner to analyse the nutritional content of food, and an AI wellness coach named Avo for personalised workout and meal planning, Simple helps users like Laci make informed, incremental changes that accumulate into significant results.</w:t>
      </w:r>
      <w:r/>
    </w:p>
    <w:p>
      <w:r/>
      <w:r>
        <w:t>Laci credits the app not only for her physical transformation but also for notable improvements in mental focus, sleep quality, and reduced joint pain. "This journey has improved my health, appearance, self-esteem, and overall life quality," she remarked, also noting a decreased risk of obesity-related illnesses like diabetes and heart disease.</w:t>
      </w:r>
      <w:r/>
    </w:p>
    <w:p>
      <w:r/>
      <w:r>
        <w:t>Support for the app's effectiveness is bolstered by over 17 million downloads globally, with testimonials from users such as Chris, a university cook who has lost 41 pounds so far. Chris targets a goal weight of 220 pounds from an initial 295 pounds and reports Simple's support for intermittent fasting as particularly beneficial, despite the challenges posed by his occupation. He praised the app's recipe suggestions and feedback mechanisms for helping him maintain discipline and make healthier food choices.</w:t>
      </w:r>
      <w:r/>
    </w:p>
    <w:p>
      <w:r/>
      <w:r>
        <w:t>Despite success stories like those of Laci and Chris, some users have reported difficulties, particularly with subscription cancellations and occasional app glitches. The developers continue to work on resolving such issues to improve user experience.</w:t>
      </w:r>
      <w:r/>
    </w:p>
    <w:p>
      <w:r/>
      <w:r>
        <w:t>For those interested in exploring various approaches to healthier living, subscription food boxes such as Hello Fresh and Green Chef present alternative solutions. These services deliver meal kits and recipes tailored to diverse dietary preferences, aiming to facilitate healthy meal preparation at home.</w:t>
      </w:r>
      <w:r/>
    </w:p>
    <w:p>
      <w:r/>
      <w:r>
        <w:t>The Simple app, currently available at a discounted rate, continues to attract users looking to embark on their own health journeys, encouraged by stories of transformation and improved well-being from its extensive user base.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https://www.express.co.uk/life-style/health/1957155/woman-sheds-six-stone-without-dieting</w:t>
        </w:r>
      </w:hyperlink>
      <w:r>
        <w:t xml:space="preserve"> - Corroborates Laci Gilbert's weight loss journey and her use of the Simple app.</w:t>
      </w:r>
      <w:r/>
    </w:p>
    <w:p>
      <w:pPr>
        <w:pStyle w:val="ListNumber"/>
        <w:spacing w:line="240" w:lineRule="auto"/>
        <w:ind w:left="720"/>
      </w:pPr>
      <w:r/>
      <w:hyperlink r:id="rId10">
        <w:r>
          <w:rPr>
            <w:color w:val="0000EE"/>
            <w:u w:val="single"/>
          </w:rPr>
          <w:t>https://www.express.co.uk/life-style/health/1957155/woman-sheds-six-stone-without-dieting</w:t>
        </w:r>
      </w:hyperlink>
      <w:r>
        <w:t xml:space="preserve"> - Provides details on Laci's initial weight and the timing of her transformation.</w:t>
      </w:r>
      <w:r/>
    </w:p>
    <w:p>
      <w:pPr>
        <w:pStyle w:val="ListNumber"/>
        <w:spacing w:line="240" w:lineRule="auto"/>
        <w:ind w:left="720"/>
      </w:pPr>
      <w:r/>
      <w:hyperlink r:id="rId11">
        <w:r>
          <w:rPr>
            <w:color w:val="0000EE"/>
            <w:u w:val="single"/>
          </w:rPr>
          <w:t>https://www.simple.app/</w:t>
        </w:r>
      </w:hyperlink>
      <w:r>
        <w:t xml:space="preserve"> - Details the features and purpose of the Simple app, including its AI-driven coaching and NutriScanner.</w:t>
      </w:r>
      <w:r/>
    </w:p>
    <w:p>
      <w:pPr>
        <w:pStyle w:val="ListNumber"/>
        <w:spacing w:line="240" w:lineRule="auto"/>
        <w:ind w:left="720"/>
      </w:pPr>
      <w:r/>
      <w:hyperlink r:id="rId12">
        <w:r>
          <w:rPr>
            <w:color w:val="0000EE"/>
            <w:u w:val="single"/>
          </w:rPr>
          <w:t>https://www.simple.app/features</w:t>
        </w:r>
      </w:hyperlink>
      <w:r>
        <w:t xml:space="preserve"> - Explains the app's features such as NutriScanner and AI wellness coach Avo.</w:t>
      </w:r>
      <w:r/>
    </w:p>
    <w:p>
      <w:pPr>
        <w:pStyle w:val="ListNumber"/>
        <w:spacing w:line="240" w:lineRule="auto"/>
        <w:ind w:left="720"/>
      </w:pPr>
      <w:r/>
      <w:hyperlink r:id="rId10">
        <w:r>
          <w:rPr>
            <w:color w:val="0000EE"/>
            <w:u w:val="single"/>
          </w:rPr>
          <w:t>https://www.express.co.uk/life-style/health/1957155/woman-sheds-six-stone-without-dieting</w:t>
        </w:r>
      </w:hyperlink>
      <w:r>
        <w:t xml:space="preserve"> - Supports Laci's improvements in mental focus, sleep quality, and reduced joint pain.</w:t>
      </w:r>
      <w:r/>
    </w:p>
    <w:p>
      <w:pPr>
        <w:pStyle w:val="ListNumber"/>
        <w:spacing w:line="240" w:lineRule="auto"/>
        <w:ind w:left="720"/>
      </w:pPr>
      <w:r/>
      <w:hyperlink r:id="rId13">
        <w:r>
          <w:rPr>
            <w:color w:val="0000EE"/>
            <w:u w:val="single"/>
          </w:rPr>
          <w:t>https://www.simple.app/testimonials</w:t>
        </w:r>
      </w:hyperlink>
      <w:r>
        <w:t xml:space="preserve"> - Provides testimonials from users like Chris, who has lost weight using the Simple app.</w:t>
      </w:r>
      <w:r/>
    </w:p>
    <w:p>
      <w:pPr>
        <w:pStyle w:val="ListNumber"/>
        <w:spacing w:line="240" w:lineRule="auto"/>
        <w:ind w:left="720"/>
      </w:pPr>
      <w:r/>
      <w:hyperlink r:id="rId10">
        <w:r>
          <w:rPr>
            <w:color w:val="0000EE"/>
            <w:u w:val="single"/>
          </w:rPr>
          <w:t>https://www.express.co.uk/life-style/health/1957155/woman-sheds-six-stone-without-dieting</w:t>
        </w:r>
      </w:hyperlink>
      <w:r>
        <w:t xml:space="preserve"> - Mentions Chris's experience with intermittent fasting and the app's recipe suggestions.</w:t>
      </w:r>
      <w:r/>
    </w:p>
    <w:p>
      <w:pPr>
        <w:pStyle w:val="ListNumber"/>
        <w:spacing w:line="240" w:lineRule="auto"/>
        <w:ind w:left="720"/>
      </w:pPr>
      <w:r/>
      <w:hyperlink r:id="rId14">
        <w:r>
          <w:rPr>
            <w:color w:val="0000EE"/>
            <w:u w:val="single"/>
          </w:rPr>
          <w:t>https://www.trustpilot.com/review/simple.app</w:t>
        </w:r>
      </w:hyperlink>
      <w:r>
        <w:t xml:space="preserve"> - Discusses user feedback, including difficulties with subscription cancellations and app glitches.</w:t>
      </w:r>
      <w:r/>
    </w:p>
    <w:p>
      <w:pPr>
        <w:pStyle w:val="ListNumber"/>
        <w:spacing w:line="240" w:lineRule="auto"/>
        <w:ind w:left="720"/>
      </w:pPr>
      <w:r/>
      <w:hyperlink r:id="rId15">
        <w:r>
          <w:rPr>
            <w:color w:val="0000EE"/>
            <w:u w:val="single"/>
          </w:rPr>
          <w:t>https://www.hellofresh.com/</w:t>
        </w:r>
      </w:hyperlink>
      <w:r>
        <w:t xml:space="preserve"> - Describes alternative solutions like Hello Fresh subscription food boxes for healthier living.</w:t>
      </w:r>
      <w:r/>
    </w:p>
    <w:p>
      <w:pPr>
        <w:pStyle w:val="ListNumber"/>
        <w:spacing w:line="240" w:lineRule="auto"/>
        <w:ind w:left="720"/>
      </w:pPr>
      <w:r/>
      <w:hyperlink r:id="rId16">
        <w:r>
          <w:rPr>
            <w:color w:val="0000EE"/>
            <w:u w:val="single"/>
          </w:rPr>
          <w:t>https://www.greenchef.com/</w:t>
        </w:r>
      </w:hyperlink>
      <w:r>
        <w:t xml:space="preserve"> - Describes alternative solutions like Green Chef subscription food boxes for healthier living.</w:t>
      </w:r>
      <w:r/>
    </w:p>
    <w:p>
      <w:pPr>
        <w:pStyle w:val="ListNumber"/>
        <w:spacing w:line="240" w:lineRule="auto"/>
        <w:ind w:left="720"/>
      </w:pPr>
      <w:r/>
      <w:hyperlink r:id="rId17">
        <w:r>
          <w:rPr>
            <w:color w:val="0000EE"/>
            <w:u w:val="single"/>
          </w:rPr>
          <w:t>https://www.walesonline.co.uk/whats-on/shopping/woman-eight-stone-loss-app-30062115</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express.co.uk/life-style/health/1957155/woman-sheds-six-stone-without-dieting" TargetMode="External"/><Relationship Id="rId11" Type="http://schemas.openxmlformats.org/officeDocument/2006/relationships/hyperlink" Target="https://www.simple.app/" TargetMode="External"/><Relationship Id="rId12" Type="http://schemas.openxmlformats.org/officeDocument/2006/relationships/hyperlink" Target="https://www.simple.app/features" TargetMode="External"/><Relationship Id="rId13" Type="http://schemas.openxmlformats.org/officeDocument/2006/relationships/hyperlink" Target="https://www.simple.app/testimonials" TargetMode="External"/><Relationship Id="rId14" Type="http://schemas.openxmlformats.org/officeDocument/2006/relationships/hyperlink" Target="https://www.trustpilot.com/review/simple.app" TargetMode="External"/><Relationship Id="rId15" Type="http://schemas.openxmlformats.org/officeDocument/2006/relationships/hyperlink" Target="https://www.hellofresh.com/" TargetMode="External"/><Relationship Id="rId16" Type="http://schemas.openxmlformats.org/officeDocument/2006/relationships/hyperlink" Target="https://www.greenchef.com/" TargetMode="External"/><Relationship Id="rId17" Type="http://schemas.openxmlformats.org/officeDocument/2006/relationships/hyperlink" Target="https://www.walesonline.co.uk/whats-on/shopping/woman-eight-stone-loss-app-3006211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