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Memory Shots: An innovative AI tool to aid dementia patients through visual memory reconstruction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Memory Shots: An Innovative AI Tool to Aid Dementia Patients through Visual Memory Reconstruction</w:t>
      </w:r>
      <w:r/>
    </w:p>
    <w:p>
      <w:r/>
      <w:r>
        <w:rPr>
          <w:b/>
        </w:rPr>
        <w:t>Rochester, NY</w:t>
      </w:r>
      <w:r>
        <w:t xml:space="preserve"> – In a noteworthy collaboration, Belgian creative agency Happiness, part of the FCB alliance, and photography titan Kodak have launched an innovative project titled "Memory Shots". This tool leverages artificial intelligence (AI) to assist individuals with dementia in reconstructing visual memories as a therapeutic endeavour. The initiative targets the communication challenges inherent in dementia and aims to revive cherished memories by providing visual stimuli.</w:t>
      </w:r>
      <w:r/>
    </w:p>
    <w:p>
      <w:r/>
      <w:r>
        <w:t>On the Memory Shots platform, users can craft AI-generated images by inputting descriptive prompts, such as specifying a year and scenario, for example, "a photograph from 1973 depicting a woman sitting on a lawn with a dog". The system then creates visual representations based on the vintage style of Kodak cameras from that period. These digitally crafted images serve as a medium to facilitate richer communication between the dementia patients and their caregivers or loved ones. Caregivers are encouraged to discuss with the individuals whether the generated image aligns with their memory, and make adjustments as needed.</w:t>
      </w:r>
      <w:r/>
    </w:p>
    <w:p>
      <w:r/>
      <w:r>
        <w:t>The project is not just a professional endeavour for its creators but also a personal mission. Geoffrey Hantson, Chief Creative Officer at Happiness, who has a parent with dementia, is among the driving forces behind Memory Shots. Hantson highlighted the dual nature of dementia as not just a battle with memory loss but also a barrier to effective communication, which he suggests the tool directly tackles.</w:t>
      </w:r>
      <w:r/>
    </w:p>
    <w:p>
      <w:r/>
      <w:r>
        <w:t>He recalled a poignant memory involving his father, who once expressed fond recollections of owning a horse as a child, yet no photographs of that time existed. This prompted the idea of using AI to fabricate imagery from memories that lack photographic evidence, inquiring, "How would patients react?"</w:t>
      </w:r>
      <w:r/>
    </w:p>
    <w:p>
      <w:r/>
      <w:r>
        <w:t>Memory Shots is grounded in the principles of reminiscence therapy, a therapeutic approach rooted in evoking memories through sensory stimuli like music, photos, and stories. This kind of therapy, while not reversing dementia, is shown to reduce stress, alleviate anxiety, and potentially increase remission from depressive symptoms, as evidenced by research published in 2021 by Frontiers in Psychology. Collaboration with Belgian dementia organisations and academic institutions, such as the University of Leuven, ensured the tool was carefully tailored for optimal benefit.</w:t>
      </w:r>
      <w:r/>
    </w:p>
    <w:p>
      <w:r/>
      <w:r>
        <w:t>Belgian dementia centres that have integrated Memory Shots report that it significantly enriches patient interactions, fostering deeper and more emotionally resonant conversations that extend well beyond typical dialogue lengths. Testing with Hantson’s father resulted in moments of genuine joy and laughter - reactions that had become rare over time.</w:t>
      </w:r>
      <w:r/>
    </w:p>
    <w:p>
      <w:r/>
      <w:r>
        <w:t>While Memory Shots is freely accessible to the public, its application has swiftly permeated 70% of dementia treatment centres within Belgium. Encouraged by its success, current plans are underway to initiate academic studies to explore the peculiar ability of Memory Shots to encourage sustained conversation and memory recall among dementia patients.</w:t>
      </w:r>
      <w:r/>
    </w:p>
    <w:p>
      <w:r/>
      <w:r>
        <w:t>Hantson envisages a global reach for Memory Shots, aspiring for its adoption across international dementia care facilities. The ongoing research will help elucidate new insights into why constructing pictures induces unique cognitive responses in dementia patients, potentially setting a new standard in therapeutic practices.</w:t>
      </w:r>
      <w:r/>
    </w:p>
    <w:p>
      <w:r/>
      <w:r>
        <w:t>Memory Shots stands as a testament to the intersection of creativity, technology, and healthcare, showing promise as a formidable tool in enhancing the quality of life for people with dementia and their caregivers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https://www.mmm-online.com/home/channel/memory-shots-kodak-happiness-ai-tool-for-dementia-patients/</w:t>
        </w:r>
      </w:hyperlink>
      <w:r>
        <w:t xml:space="preserve"> - This article corroborates the launch of 'Memory Shots' by Kodak and Happiness, an AI tool to help dementia patients reconstruct memories.</w:t>
      </w:r>
      <w:r/>
    </w:p>
    <w:p>
      <w:pPr>
        <w:pStyle w:val="ListNumber"/>
        <w:spacing w:line="240" w:lineRule="auto"/>
        <w:ind w:left="720"/>
      </w:pPr>
      <w:r/>
      <w:hyperlink r:id="rId11">
        <w:r>
          <w:rPr>
            <w:color w:val="0000EE"/>
            <w:u w:val="single"/>
          </w:rPr>
          <w:t>https://www.prweek.com/us/news</w:t>
        </w:r>
      </w:hyperlink>
      <w:r>
        <w:t xml:space="preserve"> - This source mentions the 'Memory Shots' project as part of the PR and communications news, highlighting the collaboration between Kodak and Happiness.</w:t>
      </w:r>
      <w:r/>
    </w:p>
    <w:p>
      <w:pPr>
        <w:pStyle w:val="ListNumber"/>
        <w:spacing w:line="240" w:lineRule="auto"/>
        <w:ind w:left="720"/>
      </w:pPr>
      <w:r/>
      <w:hyperlink r:id="rId12">
        <w:r>
          <w:rPr>
            <w:color w:val="0000EE"/>
            <w:u w:val="single"/>
          </w:rPr>
          <w:t>https://www.ncbi.nlm.nih.gov/pmc/articles/PMC10848130/</w:t>
        </w:r>
      </w:hyperlink>
      <w:r>
        <w:t xml:space="preserve"> - This study supports the concept of reminiscence therapy, which is the therapeutic approach behind 'Memory Shots', by showing its benefits in enhancing psychological well-being among older adults.</w:t>
      </w:r>
      <w:r/>
    </w:p>
    <w:p>
      <w:pPr>
        <w:pStyle w:val="ListNumber"/>
        <w:spacing w:line="240" w:lineRule="auto"/>
        <w:ind w:left="720"/>
      </w:pPr>
      <w:r/>
      <w:hyperlink r:id="rId13">
        <w:r>
          <w:rPr>
            <w:color w:val="0000EE"/>
            <w:u w:val="single"/>
          </w:rPr>
          <w:t>https://www.nature.com/articles/s41746-024-01206-5</w:t>
        </w:r>
      </w:hyperlink>
      <w:r>
        <w:t xml:space="preserve"> - Although not directly about 'Memory Shots', this article discusses the use of AI and technology in dementia care, aligning with the technological aspect of the 'Memory Shots' tool.</w:t>
      </w:r>
      <w:r/>
    </w:p>
    <w:p>
      <w:pPr>
        <w:pStyle w:val="ListNumber"/>
        <w:spacing w:line="240" w:lineRule="auto"/>
        <w:ind w:left="720"/>
      </w:pPr>
      <w:r/>
      <w:hyperlink r:id="rId14">
        <w:r>
          <w:rPr>
            <w:color w:val="0000EE"/>
            <w:u w:val="single"/>
          </w:rPr>
          <w:t>https://www.youtube.com/watch?v=4HULzABECVM</w:t>
        </w:r>
      </w:hyperlink>
      <w:r>
        <w:t xml:space="preserve"> - This webinar discusses the use of AI and robotics in dementia care, which is relevant to the broader context of using technology to aid dementia patients, similar to 'Memory Shots'.</w:t>
      </w:r>
      <w:r/>
    </w:p>
    <w:p>
      <w:pPr>
        <w:pStyle w:val="ListNumber"/>
        <w:spacing w:line="240" w:lineRule="auto"/>
        <w:ind w:left="720"/>
      </w:pPr>
      <w:r/>
      <w:hyperlink r:id="rId10">
        <w:r>
          <w:rPr>
            <w:color w:val="0000EE"/>
            <w:u w:val="single"/>
          </w:rPr>
          <w:t>https://www.mmm-online.com/home/channel/memory-shots-kodak-happiness-ai-tool-for-dementia-patients/</w:t>
        </w:r>
      </w:hyperlink>
      <w:r>
        <w:t xml:space="preserve"> - This article details how 'Memory Shots' uses AI-generated images based on descriptive prompts, which is a key feature of the tool.</w:t>
      </w:r>
      <w:r/>
    </w:p>
    <w:p>
      <w:pPr>
        <w:pStyle w:val="ListNumber"/>
        <w:spacing w:line="240" w:lineRule="auto"/>
        <w:ind w:left="720"/>
      </w:pPr>
      <w:r/>
      <w:hyperlink r:id="rId15">
        <w:r>
          <w:rPr>
            <w:color w:val="0000EE"/>
            <w:u w:val="single"/>
          </w:rPr>
          <w:t>https://www.frontiersin.org/articles/10.3389/fpsyg.2021.647111/full</w:t>
        </w:r>
      </w:hyperlink>
      <w:r>
        <w:t xml:space="preserve"> - This research article from Frontiers in Psychology supports the effectiveness of reminiscence therapy in reducing stress, alleviating anxiety, and potentially increasing remission from depressive symptoms.</w:t>
      </w:r>
      <w:r/>
    </w:p>
    <w:p>
      <w:pPr>
        <w:pStyle w:val="ListNumber"/>
        <w:spacing w:line="240" w:lineRule="auto"/>
        <w:ind w:left="720"/>
      </w:pPr>
      <w:r/>
      <w:hyperlink r:id="rId10">
        <w:r>
          <w:rPr>
            <w:color w:val="0000EE"/>
            <w:u w:val="single"/>
          </w:rPr>
          <w:t>https://www.mmm-online.com/home/channel/memory-shots-kodak-happiness-ai-tool-for-dementia-patients/</w:t>
        </w:r>
      </w:hyperlink>
      <w:r>
        <w:t xml:space="preserve"> - This source highlights Geoffrey Hantson's personal mission and his father's experience, which inspired the creation of 'Memory Shots'.</w:t>
      </w:r>
      <w:r/>
    </w:p>
    <w:p>
      <w:pPr>
        <w:pStyle w:val="ListNumber"/>
        <w:spacing w:line="240" w:lineRule="auto"/>
        <w:ind w:left="720"/>
      </w:pPr>
      <w:r/>
      <w:hyperlink r:id="rId11">
        <w:r>
          <w:rPr>
            <w:color w:val="0000EE"/>
            <w:u w:val="single"/>
          </w:rPr>
          <w:t>https://www.prweek.com/us/news</w:t>
        </w:r>
      </w:hyperlink>
      <w:r>
        <w:t xml:space="preserve"> - This article mentions the integration of 'Memory Shots' in Belgian dementia centres and its positive impact on patient interactions.</w:t>
      </w:r>
      <w:r/>
    </w:p>
    <w:p>
      <w:pPr>
        <w:pStyle w:val="ListNumber"/>
        <w:spacing w:line="240" w:lineRule="auto"/>
        <w:ind w:left="720"/>
      </w:pPr>
      <w:r/>
      <w:hyperlink r:id="rId10">
        <w:r>
          <w:rPr>
            <w:color w:val="0000EE"/>
            <w:u w:val="single"/>
          </w:rPr>
          <w:t>https://www.mmm-online.com/home/channel/memory-shots-kodak-happiness-ai-tool-for-dementia-patients/</w:t>
        </w:r>
      </w:hyperlink>
      <w:r>
        <w:t xml:space="preserve"> - This article discusses the plans for academic studies to explore the effects of 'Memory Shots' on sustained conversation and memory recall among dementia patients.</w:t>
      </w:r>
      <w:r/>
    </w:p>
    <w:p>
      <w:pPr>
        <w:pStyle w:val="ListNumber"/>
        <w:spacing w:line="240" w:lineRule="auto"/>
        <w:ind w:left="720"/>
      </w:pPr>
      <w:r/>
      <w:hyperlink r:id="rId16">
        <w:r>
          <w:rPr>
            <w:color w:val="0000EE"/>
            <w:u w:val="single"/>
          </w:rPr>
          <w:t>https://www.prweek.com/article/1891169/memory-shots-kodak-happiness-launch-ai-tool-help-dementia-patients-reconstruct-memories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mm-online.com/home/channel/memory-shots-kodak-happiness-ai-tool-for-dementia-patients/" TargetMode="External"/><Relationship Id="rId11" Type="http://schemas.openxmlformats.org/officeDocument/2006/relationships/hyperlink" Target="https://www.prweek.com/us/news" TargetMode="External"/><Relationship Id="rId12" Type="http://schemas.openxmlformats.org/officeDocument/2006/relationships/hyperlink" Target="https://www.ncbi.nlm.nih.gov/pmc/articles/PMC10848130/" TargetMode="External"/><Relationship Id="rId13" Type="http://schemas.openxmlformats.org/officeDocument/2006/relationships/hyperlink" Target="https://www.nature.com/articles/s41746-024-01206-5" TargetMode="External"/><Relationship Id="rId14" Type="http://schemas.openxmlformats.org/officeDocument/2006/relationships/hyperlink" Target="https://www.youtube.com/watch?v=4HULzABECVM" TargetMode="External"/><Relationship Id="rId15" Type="http://schemas.openxmlformats.org/officeDocument/2006/relationships/hyperlink" Target="https://www.frontiersin.org/articles/10.3389/fpsyg.2021.647111/full" TargetMode="External"/><Relationship Id="rId16" Type="http://schemas.openxmlformats.org/officeDocument/2006/relationships/hyperlink" Target="https://www.prweek.com/article/1891169/memory-shots-kodak-happiness-launch-ai-tool-help-dementia-patients-reconstruct-mem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