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reveals advanced AI video generator, Movie Gen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Reveals Advanced AI Video Generator, Movie Gen</w:t>
      </w:r>
      <w:r/>
    </w:p>
    <w:p>
      <w:r/>
      <w:r>
        <w:t>In the ever-evolving landscape of artificial intelligence, Meta – the parent company of social media giants Facebook and Instagram – has unveiled a significant advancement in AI video generation technology. The new model, known as Movie Gen, represents a marked improvement over its predecessor, Make-A-Video, which was announced in October 2022 but never saw a public release.</w:t>
      </w:r>
      <w:r/>
    </w:p>
    <w:p>
      <w:r/>
      <w:r>
        <w:t>Movie Gen is designed to create cohesive video content that closely follows text prompts. In addition to video generation, it can also produce audio, aligning music and sound effects with the visual narrative. The model is capable of editing existing videos and can take still images as references, providing a versatile tool for content creation.</w:t>
      </w:r>
      <w:r/>
    </w:p>
    <w:p>
      <w:r/>
      <w:r>
        <w:t>Meta has provided a glimpse into the capabilities of Movie Gen through a recently published research paper. The AI model can generate videos up to 16 seconds in length and audio lasting up to 45 seconds. It offers flexibility in aspect ratios, making it useful for various media formats. The initial findings suggest that Movie Gen's output can favourably compare to other leading AI video generators such as Runway, OpenAI's Sora, and Kling. The video outputs showcase commendable human and animal representations, as well as detailed depictions of clothing and other objects, although some images exhibit a slightly cartoonish quality. Lighting and shadow rendering appear particularly sophisticated.</w:t>
      </w:r>
      <w:r/>
    </w:p>
    <w:p>
      <w:r/>
      <w:r>
        <w:t>Despite the promising capabilities of Movie Gen, Meta has announced that there are no immediate plans for its public release. Chris Cox, Meta's Chief Product Officer, mentioned that the model remains expensive and time-consuming to operate. He noted, however, that the company wanted to share the impressive progress achieved so far.</w:t>
      </w:r>
      <w:r/>
    </w:p>
    <w:p>
      <w:r/>
      <w:r>
        <w:t>This technological development comes amidst competition from other AI video creators. OpenAI had originally planned to release Sora publicly within the year, although there have been no updates on this timeline. Runway, another prominent AI video generator, has entered a partnership with entertainment producer Lionsgate to develop a tailored model. Furthermore, Adobe is poised to introduce its AI video tool, Firefly Video, which promises seamless integration with Adobe’s established software products like Photoshop and Premiere Pro.</w:t>
      </w:r>
      <w:r/>
    </w:p>
    <w:p>
      <w:r/>
      <w:r>
        <w:t>The training techniques behind these AI models have been a point of discussion. Meta has claimed that Movie Gen was trained using a combination of licensed and publicly available datasets, though no specific datasets were disclosed. This contrasts with speculations around Runway's training data, which some allege involved content scraped from YouTube, potentially violating YouTube’s terms of service.</w:t>
      </w:r>
      <w:r/>
    </w:p>
    <w:p>
      <w:r/>
      <w:r>
        <w:t>As AI continues to push the boundaries of creative capabilities, Meta's latest foray into AI video generation signifies a notable step forward, with potential implications for various sectors, including entertainment, marketing, and media production. Nevertheless, the tech giant appears to be taking a cautious approach before releasing Movie Gen to a broader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https://www.theverge.com/2024/10/4/24261990/meta-movie-gen-ai-video-generator-openai-sora</w:t>
        </w:r>
      </w:hyperlink>
      <w:r>
        <w:t xml:space="preserve"> - Corroborates the announcement of Meta's Movie Gen, its capabilities in video and audio generation, and the comparison with OpenAI's Sora.</w:t>
      </w:r>
      <w:r/>
    </w:p>
    <w:p>
      <w:pPr>
        <w:pStyle w:val="ListNumber"/>
        <w:spacing w:line="240" w:lineRule="auto"/>
        <w:ind w:left="720"/>
      </w:pPr>
      <w:r/>
      <w:hyperlink r:id="rId11">
        <w:r>
          <w:rPr>
            <w:color w:val="0000EE"/>
            <w:u w:val="single"/>
          </w:rPr>
          <w:t>https://www.techradar.com/computing/artificial-intelligence/youll-want-to-try-metas-amazing-new-ai-video-generator</w:t>
        </w:r>
      </w:hyperlink>
      <w:r>
        <w:t xml:space="preserve"> - Details the features of Movie Gen, including video generation from text prompts, personalization, and audio integration.</w:t>
      </w:r>
      <w:r/>
    </w:p>
    <w:p>
      <w:pPr>
        <w:pStyle w:val="ListNumber"/>
        <w:spacing w:line="240" w:lineRule="auto"/>
        <w:ind w:left="720"/>
      </w:pPr>
      <w:r/>
      <w:hyperlink r:id="rId12">
        <w:r>
          <w:rPr>
            <w:color w:val="0000EE"/>
            <w:u w:val="single"/>
          </w:rPr>
          <w:t>https://ai.meta.com/blog/movie-gen-media-foundation-models-generative-ai-video/</w:t>
        </w:r>
      </w:hyperlink>
      <w:r>
        <w:t xml:space="preserve"> - Provides an in-depth look at Movie Gen's capabilities, including video generation, personalized videos, precise video editing, and audio generation.</w:t>
      </w:r>
      <w:r/>
    </w:p>
    <w:p>
      <w:pPr>
        <w:pStyle w:val="ListNumber"/>
        <w:spacing w:line="240" w:lineRule="auto"/>
        <w:ind w:left="720"/>
      </w:pPr>
      <w:r/>
      <w:hyperlink r:id="rId13">
        <w:r>
          <w:rPr>
            <w:color w:val="0000EE"/>
            <w:u w:val="single"/>
          </w:rPr>
          <w:t>https://www.tomsguide.com/ai/ai-image-video/meta-movie-gen-just-unveiled-new-ai-video-generator-rivals-openais-sora</w:t>
        </w:r>
      </w:hyperlink>
      <w:r>
        <w:t xml:space="preserve"> - Discusses the unveiling of Movie Gen, its comparison to other AI video generators, and the lack of a public release timeline.</w:t>
      </w:r>
      <w:r/>
    </w:p>
    <w:p>
      <w:pPr>
        <w:pStyle w:val="ListNumber"/>
        <w:spacing w:line="240" w:lineRule="auto"/>
        <w:ind w:left="720"/>
      </w:pPr>
      <w:r/>
      <w:hyperlink r:id="rId14">
        <w:r>
          <w:rPr>
            <w:color w:val="0000EE"/>
            <w:u w:val="single"/>
          </w:rPr>
          <w:t>https://ai.meta.com/research/movie-gen/</w:t>
        </w:r>
      </w:hyperlink>
      <w:r>
        <w:t xml:space="preserve"> - Outlines the research and capabilities of Movie Gen, including generating videos from text, editing videos, producing personalized videos, and creating sound effects and soundtracks.</w:t>
      </w:r>
      <w:r/>
    </w:p>
    <w:p>
      <w:pPr>
        <w:pStyle w:val="ListNumber"/>
        <w:spacing w:line="240" w:lineRule="auto"/>
        <w:ind w:left="720"/>
      </w:pPr>
      <w:r/>
      <w:hyperlink r:id="rId10">
        <w:r>
          <w:rPr>
            <w:color w:val="0000EE"/>
            <w:u w:val="single"/>
          </w:rPr>
          <w:t>https://www.theverge.com/2024/10/4/24261990/meta-movie-gen-ai-video-generator-openai-sora</w:t>
        </w:r>
      </w:hyperlink>
      <w:r>
        <w:t xml:space="preserve"> - Mentions the training data used for Movie Gen and the concerns around data usage by other AI models like Runway.</w:t>
      </w:r>
      <w:r/>
    </w:p>
    <w:p>
      <w:pPr>
        <w:pStyle w:val="ListNumber"/>
        <w:spacing w:line="240" w:lineRule="auto"/>
        <w:ind w:left="720"/>
      </w:pPr>
      <w:r/>
      <w:hyperlink r:id="rId11">
        <w:r>
          <w:rPr>
            <w:color w:val="0000EE"/>
            <w:u w:val="single"/>
          </w:rPr>
          <w:t>https://www.techradar.com/computing/artificial-intelligence/youll-want-to-try-metas-amazing-new-ai-video-generator</w:t>
        </w:r>
      </w:hyperlink>
      <w:r>
        <w:t xml:space="preserve"> - Explains the limitations of Movie Gen, such as the high costs and lengthy generation times, as stated by Chris Cox.</w:t>
      </w:r>
      <w:r/>
    </w:p>
    <w:p>
      <w:pPr>
        <w:pStyle w:val="ListNumber"/>
        <w:spacing w:line="240" w:lineRule="auto"/>
        <w:ind w:left="720"/>
      </w:pPr>
      <w:r/>
      <w:hyperlink r:id="rId12">
        <w:r>
          <w:rPr>
            <w:color w:val="0000EE"/>
            <w:u w:val="single"/>
          </w:rPr>
          <w:t>https://ai.meta.com/blog/movie-gen-media-foundation-models-generative-ai-video/</w:t>
        </w:r>
      </w:hyperlink>
      <w:r>
        <w:t xml:space="preserve"> - Details the technical aspects of Movie Gen, including its ability to generate videos up to 16 seconds long and audio up to 45 seconds long.</w:t>
      </w:r>
      <w:r/>
    </w:p>
    <w:p>
      <w:pPr>
        <w:pStyle w:val="ListNumber"/>
        <w:spacing w:line="240" w:lineRule="auto"/>
        <w:ind w:left="720"/>
      </w:pPr>
      <w:r/>
      <w:hyperlink r:id="rId13">
        <w:r>
          <w:rPr>
            <w:color w:val="0000EE"/>
            <w:u w:val="single"/>
          </w:rPr>
          <w:t>https://www.tomsguide.com/ai/ai-image-video/meta-movie-gen-just-unveiled-new-ai-video-generator-rivals-openais-sora</w:t>
        </w:r>
      </w:hyperlink>
      <w:r>
        <w:t xml:space="preserve"> - Compares Movie Gen's performance to other leading AI video generators and mentions the competitive landscape in AI video generation.</w:t>
      </w:r>
      <w:r/>
    </w:p>
    <w:p>
      <w:pPr>
        <w:pStyle w:val="ListNumber"/>
        <w:spacing w:line="240" w:lineRule="auto"/>
        <w:ind w:left="720"/>
      </w:pPr>
      <w:r/>
      <w:hyperlink r:id="rId10">
        <w:r>
          <w:rPr>
            <w:color w:val="0000EE"/>
            <w:u w:val="single"/>
          </w:rPr>
          <w:t>https://www.theverge.com/2024/10/4/24261990/meta-movie-gen-ai-video-generator-openai-sora</w:t>
        </w:r>
      </w:hyperlink>
      <w:r>
        <w:t xml:space="preserve"> - Discusses the potential impact of AI video generators on creative professionals and the ethical concerns surrounding their use.</w:t>
      </w:r>
      <w:r/>
    </w:p>
    <w:p>
      <w:pPr>
        <w:pStyle w:val="ListNumber"/>
        <w:spacing w:line="240" w:lineRule="auto"/>
        <w:ind w:left="720"/>
      </w:pPr>
      <w:r/>
      <w:hyperlink r:id="rId14">
        <w:r>
          <w:rPr>
            <w:color w:val="0000EE"/>
            <w:u w:val="single"/>
          </w:rPr>
          <w:t>https://ai.meta.com/research/movie-gen/</w:t>
        </w:r>
      </w:hyperlink>
      <w:r>
        <w:t xml:space="preserve"> - Highlights the versatility of Movie Gen in generating videos in different aspect ratios and its potential applications in various sectors.</w:t>
      </w:r>
      <w:r/>
    </w:p>
    <w:p>
      <w:pPr>
        <w:pStyle w:val="ListNumber"/>
        <w:spacing w:line="240" w:lineRule="auto"/>
        <w:ind w:left="720"/>
      </w:pPr>
      <w:r/>
      <w:hyperlink r:id="rId15">
        <w:r>
          <w:rPr>
            <w:color w:val="0000EE"/>
            <w:u w:val="single"/>
          </w:rPr>
          <w:t>https://www.creativebloq.com/ai/i-regret-mocking-metas-ai-video-efforts-movie-gen-looks-scarily-impressive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4/24261990/meta-movie-gen-ai-video-generator-openai-sora" TargetMode="External"/><Relationship Id="rId11" Type="http://schemas.openxmlformats.org/officeDocument/2006/relationships/hyperlink" Target="https://www.techradar.com/computing/artificial-intelligence/youll-want-to-try-metas-amazing-new-ai-video-generator" TargetMode="External"/><Relationship Id="rId12" Type="http://schemas.openxmlformats.org/officeDocument/2006/relationships/hyperlink" Target="https://ai.meta.com/blog/movie-gen-media-foundation-models-generative-ai-video/" TargetMode="External"/><Relationship Id="rId13" Type="http://schemas.openxmlformats.org/officeDocument/2006/relationships/hyperlink" Target="https://www.tomsguide.com/ai/ai-image-video/meta-movie-gen-just-unveiled-new-ai-video-generator-rivals-openais-sora" TargetMode="External"/><Relationship Id="rId14" Type="http://schemas.openxmlformats.org/officeDocument/2006/relationships/hyperlink" Target="https://ai.meta.com/research/movie-gen/" TargetMode="External"/><Relationship Id="rId15" Type="http://schemas.openxmlformats.org/officeDocument/2006/relationships/hyperlink" Target="https://www.creativebloq.com/ai/i-regret-mocking-metas-ai-video-efforts-movie-gen-looks-scarily-impress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