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NSA launches podcast to share insights on operations and current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Security Agency (NSA), known for its historical secrecy, is stepping into the public arena with a podcast titled "No Such Podcast". This move represents a significant shift for the agency, which was once referred to as 'No Such Agency' due to its secretive nature. The podcast, which commenced earlier this month, is set to run until mid-October and is aimed at providing insights into the NSA's past and current operations.</w:t>
      </w:r>
      <w:r/>
    </w:p>
    <w:p>
      <w:r/>
      <w:r>
        <w:t>The podcast, available on major platforms like Spotify and YouTube, explores various topics from historical events to present-day geopolitical tensions. Its inaugural episodes reveal intricate details about the NSA's involvement in the pursuit and eventual death of al-Qaeda leader Osama bin Laden. While much of the operation's groundwork by the CIA and Pentagon has been publicised, the NSA provides a fresh perspective on its role in identifying and tracking a key bin Laden associate through intercepted communications. This new revelation highlights the significance of signals intelligence (SIGINT) in national security operations.</w:t>
      </w:r>
      <w:r/>
    </w:p>
    <w:p>
      <w:r/>
      <w:r>
        <w:t>A particularly notable episode discusses the escalating artificial intelligence (AI) race between the United States and China. According to Vinh Nguyen, the NSA's artificial intelligence chief, China is heavily investing in AI technology to gain competitive advantages across economic, diplomatic, political, and military sectors. Nguyen underscores the strategic threat posed by China's use of AI for developing smart weaponry and executing disinformation campaigns, aiming to surpass Western capabilities.</w:t>
      </w:r>
      <w:r/>
    </w:p>
    <w:p>
      <w:r/>
      <w:r>
        <w:t>The NSA's decision to communicate more openly marks a departure from its longstanding policy of confidentiality. Traditionally, the agency's operational details, budget, and workforce have remained classified. The timing of this initiative aligns with a broader trend of increased transparency among intelligence agencies in the United States. For instance, in 2014, the Central Intelligence Agency (CIA) initiated its social media presence with a Twitter account.</w:t>
      </w:r>
      <w:r/>
    </w:p>
    <w:p>
      <w:r/>
      <w:r>
        <w:t>Despite the openness of the podcast, certain sensitive areas remain untouched. The series focuses on the agency's successes and core functions without delving into controversial topics such as the revelations by whistleblower Edward Snowden in 2013. Snowden’s leaks exposed extensive surveillance practices by the NSA, leading to significant public and political fallout. Given the show's current themes, an episode addressing these disclosures appears unlikely.</w:t>
      </w:r>
      <w:r/>
    </w:p>
    <w:p>
      <w:r/>
      <w:r>
        <w:t>The podcast emerges as domestic and international discussions around intelligence, surveillance, and transparency continue to evolve. While the NSA's new public-facing approach provides unique insights into its operations, it carefully navigates the boundaries of disclosure, balancing public engagement with national security imperatives. This initiative offers a rare glimpse into the work of those whose contributions typically remain behind the veil of secrecy.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https://www.theverge.com/2024/9/4/24236109/nsa-no-such-podcast-surveillance</w:t>
        </w:r>
      </w:hyperlink>
      <w:r>
        <w:t xml:space="preserve"> - Corroborates the launch of 'No Such Podcast' by the NSA, its focus on foreign signals intelligence and cybersecurity, and the agency's historical secrecy.</w:t>
      </w:r>
      <w:r/>
    </w:p>
    <w:p>
      <w:pPr>
        <w:pStyle w:val="ListNumber"/>
        <w:spacing w:line="240" w:lineRule="auto"/>
        <w:ind w:left="720"/>
      </w:pPr>
      <w:r/>
      <w:hyperlink r:id="rId11">
        <w:r>
          <w:rPr>
            <w:color w:val="0000EE"/>
            <w:u w:val="single"/>
          </w:rPr>
          <w:t>https://www.nsa.gov/podcast/</w:t>
        </w:r>
      </w:hyperlink>
      <w:r>
        <w:t xml:space="preserve"> - Provides details on the podcast's topics, including the NSA's role in combat support, foreign signals intelligence, and cybersecurity, as well as the availability of the podcast on various platforms.</w:t>
      </w:r>
      <w:r/>
    </w:p>
    <w:p>
      <w:pPr>
        <w:pStyle w:val="ListNumber"/>
        <w:spacing w:line="240" w:lineRule="auto"/>
        <w:ind w:left="720"/>
      </w:pPr>
      <w:r/>
      <w:hyperlink r:id="rId10">
        <w:r>
          <w:rPr>
            <w:color w:val="0000EE"/>
            <w:u w:val="single"/>
          </w:rPr>
          <w:t>https://www.theverge.com/2024/9/4/24236109/nsa-no-such-podcast-surveillance</w:t>
        </w:r>
      </w:hyperlink>
      <w:r>
        <w:t xml:space="preserve"> - Discusses the NSA's involvement in the pursuit and death of Osama bin Laden, highlighting the role of signals intelligence.</w:t>
      </w:r>
      <w:r/>
    </w:p>
    <w:p>
      <w:pPr>
        <w:pStyle w:val="ListNumber"/>
        <w:spacing w:line="240" w:lineRule="auto"/>
        <w:ind w:left="720"/>
      </w:pPr>
      <w:r/>
      <w:hyperlink r:id="rId11">
        <w:r>
          <w:rPr>
            <w:color w:val="0000EE"/>
            <w:u w:val="single"/>
          </w:rPr>
          <w:t>https://www.nsa.gov/podcast/</w:t>
        </w:r>
      </w:hyperlink>
      <w:r>
        <w:t xml:space="preserve"> - Details the episode on AI, including insights from Vinh Nguyen and Tahira Mammen on AI security, responsible AI, and AI governance.</w:t>
      </w:r>
      <w:r/>
    </w:p>
    <w:p>
      <w:pPr>
        <w:pStyle w:val="ListNumber"/>
        <w:spacing w:line="240" w:lineRule="auto"/>
        <w:ind w:left="720"/>
      </w:pPr>
      <w:r/>
      <w:hyperlink r:id="rId11">
        <w:r>
          <w:rPr>
            <w:color w:val="0000EE"/>
            <w:u w:val="single"/>
          </w:rPr>
          <w:t>https://www.nsa.gov/podcast/</w:t>
        </w:r>
      </w:hyperlink>
      <w:r>
        <w:t xml:space="preserve"> - Explains the NSA's decision to communicate more openly and the balance between public engagement and national security imperatives.</w:t>
      </w:r>
      <w:r/>
    </w:p>
    <w:p>
      <w:pPr>
        <w:pStyle w:val="ListNumber"/>
        <w:spacing w:line="240" w:lineRule="auto"/>
        <w:ind w:left="720"/>
      </w:pPr>
      <w:r/>
      <w:hyperlink r:id="rId10">
        <w:r>
          <w:rPr>
            <w:color w:val="0000EE"/>
            <w:u w:val="single"/>
          </w:rPr>
          <w:t>https://www.theverge.com/2024/9/4/24236109/nsa-no-such-podcast-surveillance</w:t>
        </w:r>
      </w:hyperlink>
      <w:r>
        <w:t xml:space="preserve"> - Mentions the historical secrecy of the NSA and its nickname 'No Such Agency' due to its secretive nature.</w:t>
      </w:r>
      <w:r/>
    </w:p>
    <w:p>
      <w:pPr>
        <w:pStyle w:val="ListNumber"/>
        <w:spacing w:line="240" w:lineRule="auto"/>
        <w:ind w:left="720"/>
      </w:pPr>
      <w:r/>
      <w:hyperlink r:id="rId12">
        <w:r>
          <w:rPr>
            <w:color w:val="0000EE"/>
            <w:u w:val="single"/>
          </w:rPr>
          <w:t>https://www.aspenideas.org/sessions/no-such-agency-the-nsa-explained</w:t>
        </w:r>
      </w:hyperlink>
      <w:r>
        <w:t xml:space="preserve"> - Provides context on the NSA's secrecy and the impact of Edward Snowden's revelations in 2013.</w:t>
      </w:r>
      <w:r/>
    </w:p>
    <w:p>
      <w:pPr>
        <w:pStyle w:val="ListNumber"/>
        <w:spacing w:line="240" w:lineRule="auto"/>
        <w:ind w:left="720"/>
      </w:pPr>
      <w:r/>
      <w:hyperlink r:id="rId11">
        <w:r>
          <w:rPr>
            <w:color w:val="0000EE"/>
            <w:u w:val="single"/>
          </w:rPr>
          <w:t>https://www.nsa.gov/podcast/</w:t>
        </w:r>
      </w:hyperlink>
      <w:r>
        <w:t xml:space="preserve"> - Details the podcast's availability on major platforms like Spotify and YouTube.</w:t>
      </w:r>
      <w:r/>
    </w:p>
    <w:p>
      <w:pPr>
        <w:pStyle w:val="ListNumber"/>
        <w:spacing w:line="240" w:lineRule="auto"/>
        <w:ind w:left="720"/>
      </w:pPr>
      <w:r/>
      <w:hyperlink r:id="rId13">
        <w:r>
          <w:rPr>
            <w:color w:val="0000EE"/>
            <w:u w:val="single"/>
          </w:rPr>
          <w:t>https://www.youtube.com/watch?v=8eB4oUeFtvE</w:t>
        </w:r>
      </w:hyperlink>
      <w:r>
        <w:t xml:space="preserve"> - Introduces 'No Such Podcast' and its aim to share stories from the NSA, marking a shift from its traditional secrecy.</w:t>
      </w:r>
      <w:r/>
    </w:p>
    <w:p>
      <w:pPr>
        <w:pStyle w:val="ListNumber"/>
        <w:spacing w:line="240" w:lineRule="auto"/>
        <w:ind w:left="720"/>
      </w:pPr>
      <w:r/>
      <w:hyperlink r:id="rId11">
        <w:r>
          <w:rPr>
            <w:color w:val="0000EE"/>
            <w:u w:val="single"/>
          </w:rPr>
          <w:t>https://www.nsa.gov/podcast/</w:t>
        </w:r>
      </w:hyperlink>
      <w:r>
        <w:t xml:space="preserve"> - Discusses the episode on cybersecurity, highlighting the NSA's role in detecting attacks and defending networks.</w:t>
      </w:r>
      <w:r/>
    </w:p>
    <w:p>
      <w:pPr>
        <w:pStyle w:val="ListNumber"/>
        <w:spacing w:line="240" w:lineRule="auto"/>
        <w:ind w:left="720"/>
      </w:pPr>
      <w:r/>
      <w:hyperlink r:id="rId10">
        <w:r>
          <w:rPr>
            <w:color w:val="0000EE"/>
            <w:u w:val="single"/>
          </w:rPr>
          <w:t>https://www.theverge.com/2024/9/4/24236109/nsa-no-such-podcast-surveillance</w:t>
        </w:r>
      </w:hyperlink>
      <w:r>
        <w:t xml:space="preserve"> - Mentions the broader trend of increased transparency among intelligence agencies, such as the CIA's social media presence.</w:t>
      </w:r>
      <w:r/>
    </w:p>
    <w:p>
      <w:pPr>
        <w:pStyle w:val="ListNumber"/>
        <w:spacing w:line="240" w:lineRule="auto"/>
        <w:ind w:left="720"/>
      </w:pPr>
      <w:r/>
      <w:hyperlink r:id="rId14">
        <w:r>
          <w:rPr>
            <w:color w:val="0000EE"/>
            <w:u w:val="single"/>
          </w:rPr>
          <w:t>https://www.dailymail.co.uk/news/article-13886067/america-secret-spy-agency-nsa-new-podcast.html?ns_mchannel=rss&amp;ns_campaign=1490&amp;ito=1490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9/4/24236109/nsa-no-such-podcast-surveillance" TargetMode="External"/><Relationship Id="rId11" Type="http://schemas.openxmlformats.org/officeDocument/2006/relationships/hyperlink" Target="https://www.nsa.gov/podcast/" TargetMode="External"/><Relationship Id="rId12" Type="http://schemas.openxmlformats.org/officeDocument/2006/relationships/hyperlink" Target="https://www.aspenideas.org/sessions/no-such-agency-the-nsa-explained" TargetMode="External"/><Relationship Id="rId13" Type="http://schemas.openxmlformats.org/officeDocument/2006/relationships/hyperlink" Target="https://www.youtube.com/watch?v=8eB4oUeFtvE" TargetMode="External"/><Relationship Id="rId14" Type="http://schemas.openxmlformats.org/officeDocument/2006/relationships/hyperlink" Target="https://www.dailymail.co.uk/news/article-13886067/america-secret-spy-agency-nsa-new-podcast.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