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Priceline pioneers travel innovation with OpenAI's advanced voice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Priceline Pioneers Travel Innovation with OpenAI's Advanced Voice Technology</w:t>
      </w:r>
      <w:r/>
    </w:p>
    <w:p>
      <w:r/>
      <w:r>
        <w:t>Priceline, a leader in online travel services, is venturing into new technological horizons with the integration of OpenAI's latest voice technology into its AI chatbot, Penny. This strategic move positions Priceline as the first travel company to adopt the new voice capabilities from OpenAI, promising a revolution in how travellers interact with booking services.</w:t>
      </w:r>
      <w:r/>
    </w:p>
    <w:p>
      <w:r/>
      <w:r>
        <w:rPr>
          <w:b/>
        </w:rPr>
        <w:t>The Introduction of Penny Voice</w:t>
      </w:r>
      <w:r/>
    </w:p>
    <w:p>
      <w:r/>
      <w:r>
        <w:t>On Tuesday, Priceline launched the initial version of Penny Voice, an enhancement set to transform travel booking into a conversational experience. Available on the Priceline website and its iOS application, Penny Voice currently supports hotel searches via voice or text. However, the company plans to expand its capabilities to include flights, rental cars, and vacation packages, along with enhanced customer support in the future.</w:t>
      </w:r>
      <w:r/>
    </w:p>
    <w:p>
      <w:r/>
      <w:r>
        <w:t>"We are committed to pushing technological boundaries to simplify travel planning," remarked Brett Keller, CEO of Priceline. "Our collaboration with OpenAI is pivotal in continuously innovating and enhancing our services, effectively bringing Penny to life."</w:t>
      </w:r>
      <w:r/>
    </w:p>
    <w:p>
      <w:r/>
      <w:r>
        <w:rPr>
          <w:b/>
        </w:rPr>
        <w:t>OpenAI's Cutting-Edge Voice Tech</w:t>
      </w:r>
      <w:r/>
    </w:p>
    <w:p>
      <w:r/>
      <w:r>
        <w:t>Priceline's integration is built on OpenAI's newly unveiled Advanced Voice Mode, a significant leap forward from its predecessor. This upgrade seeks to offer more natural and human-like conversations, with the ability to understand accents, reflect emotional cues, and even interpret non-verbal sounds like exhalations. This technology allows for real-time voice-to-voice interactions, intended to mimic the nuances of human speech and pause when interrupted.</w:t>
      </w:r>
      <w:r/>
    </w:p>
    <w:p>
      <w:r/>
      <w:r>
        <w:t>OpenAI's voice technology also boasts multilingual capabilities, facilitating smoother interactions in over 50 languages. This integration is the result of OpenAI's ongoing innovations, which recently saw $6.6 billion in new funding, further advancing developmental goals.</w:t>
      </w:r>
      <w:r/>
    </w:p>
    <w:p>
      <w:r/>
      <w:r>
        <w:rPr>
          <w:b/>
        </w:rPr>
        <w:t>Enhanced Customer Interaction and Future Prospects</w:t>
      </w:r>
      <w:r/>
    </w:p>
    <w:p>
      <w:r/>
      <w:r>
        <w:t>Penny, Priceline's AI travel assistant launched in June 2023, is empowered by the Realtime API from OpenAI, enabling it to comprehend complex customer inquiries and adapt responses based on previous interactions. Through this, Penny can provide personalized recommendations and travel advice, remembering user preferences to enrich future conversations.</w:t>
      </w:r>
      <w:r/>
    </w:p>
    <w:p>
      <w:r/>
      <w:r>
        <w:t>Priceline's ambitions extend beyond hotel bookings. Future enhancements aim to transform Penny Voice into a comprehensive travel companion, capable of assisting users throughout their entire travel journey. As the system evolves, users will be able to interact with Penny seamlessly across different travel components, such as flight and car rentals.</w:t>
      </w:r>
      <w:r/>
    </w:p>
    <w:p>
      <w:r/>
      <w:r>
        <w:rPr>
          <w:b/>
        </w:rPr>
        <w:t>Industry Context and Impact</w:t>
      </w:r>
      <w:r/>
    </w:p>
    <w:p>
      <w:r/>
      <w:r>
        <w:t>The enthusiasm among travel executives for voice search technology has been tempered by technological limitations in the past. However, advancements in AI, highlighted by OpenAI's recent developments, may herald a new era of voice-enabled travel assistance.</w:t>
      </w:r>
      <w:r/>
    </w:p>
    <w:p>
      <w:r/>
      <w:r>
        <w:t>Priceline’s introduction of Penny Voice reflects a significant step towards harnessing AI's full potential in the travel industry, potentially reshaping how travellers plan and experience their journeys. This integration of AI with a focus on natural, conversational interfaces could set new standards for travel booking processes, offering insights into how AI might unfold within consumer-facing services.</w:t>
      </w:r>
      <w:r/>
    </w:p>
    <w:p>
      <w:r/>
      <w:r>
        <w:t>This development places Priceline at the forefront of those seeking to redefine digital customer interactions, revealing possibilities for AI voices to transform not just travel, but various industry sectors keen on embracing the advancements in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https://www.stocktitan.net/news/BKNG/priceline-s-penny-voice-marks-one-of-the-first-integrations-with-8rden0562d5q.html</w:t>
        </w:r>
      </w:hyperlink>
      <w:r>
        <w:t xml:space="preserve"> - Corroborates the introduction of Penny Voice, its integration with OpenAI's Realtime API, and the initial availability for hotel searches.</w:t>
      </w:r>
      <w:r/>
    </w:p>
    <w:p>
      <w:pPr>
        <w:pStyle w:val="ListNumber"/>
        <w:spacing w:line="240" w:lineRule="auto"/>
        <w:ind w:left="720"/>
      </w:pPr>
      <w:r/>
      <w:hyperlink r:id="rId11">
        <w:r>
          <w:rPr>
            <w:color w:val="0000EE"/>
            <w:u w:val="single"/>
          </w:rPr>
          <w:t>https://www.techradar.com/computing/artificial-intelligence/priceline-has-a-new-ai-voice-assistant-thanks-to-openai</w:t>
        </w:r>
      </w:hyperlink>
      <w:r>
        <w:t xml:space="preserve"> - Supports the integration of Penny Voice with OpenAI's Realtime API and the planned expansion to flights, rental cars, and vacation packages.</w:t>
      </w:r>
      <w:r/>
    </w:p>
    <w:p>
      <w:pPr>
        <w:pStyle w:val="ListNumber"/>
        <w:spacing w:line="240" w:lineRule="auto"/>
        <w:ind w:left="720"/>
      </w:pPr>
      <w:r/>
      <w:hyperlink r:id="rId12">
        <w:r>
          <w:rPr>
            <w:color w:val="0000EE"/>
            <w:u w:val="single"/>
          </w:rPr>
          <w:t>https://www.prnewswire.com/news-releases/pricelines-penny-voice-marks-one-of-the-first-integrations-with-openais-realtime-api-302264653.html</w:t>
        </w:r>
      </w:hyperlink>
      <w:r>
        <w:t xml:space="preserve"> - Confirms Priceline's use of OpenAI's GPT-4o, Voice Engine, and Realtime API for Penny Voice and the phased rollout of the technology.</w:t>
      </w:r>
      <w:r/>
    </w:p>
    <w:p>
      <w:pPr>
        <w:pStyle w:val="ListNumber"/>
        <w:spacing w:line="240" w:lineRule="auto"/>
        <w:ind w:left="720"/>
      </w:pPr>
      <w:r/>
      <w:hyperlink r:id="rId13">
        <w:r>
          <w:rPr>
            <w:color w:val="0000EE"/>
            <w:u w:val="single"/>
          </w:rPr>
          <w:t>https://press.priceline.com/pennyvoice/</w:t>
        </w:r>
      </w:hyperlink>
      <w:r>
        <w:t xml:space="preserve"> - Details the launch of Penny Voice, its capabilities, and the future enhancements including expanded travel components and emotional response capabilities.</w:t>
      </w:r>
      <w:r/>
    </w:p>
    <w:p>
      <w:pPr>
        <w:pStyle w:val="ListNumber"/>
        <w:spacing w:line="240" w:lineRule="auto"/>
        <w:ind w:left="720"/>
      </w:pPr>
      <w:r/>
      <w:hyperlink r:id="rId14">
        <w:r>
          <w:rPr>
            <w:color w:val="0000EE"/>
            <w:u w:val="single"/>
          </w:rPr>
          <w:t>https://skift.com/2024/10/02/priceline-testing-openais-advanced-voice-tech-for-penny-chatbot/</w:t>
        </w:r>
      </w:hyperlink>
      <w:r>
        <w:t xml:space="preserve"> - Provides information on Priceline being the first travel company to adopt OpenAI's new voice tech and the features of Advanced Voice Mode.</w:t>
      </w:r>
      <w:r/>
    </w:p>
    <w:p>
      <w:pPr>
        <w:pStyle w:val="ListNumber"/>
        <w:spacing w:line="240" w:lineRule="auto"/>
        <w:ind w:left="720"/>
      </w:pPr>
      <w:r/>
      <w:hyperlink r:id="rId10">
        <w:r>
          <w:rPr>
            <w:color w:val="0000EE"/>
            <w:u w:val="single"/>
          </w:rPr>
          <w:t>https://www.stocktitan.net/news/BKNG/priceline-s-penny-voice-marks-one-of-the-first-integrations-with-8rden0562d5q.html</w:t>
        </w:r>
      </w:hyperlink>
      <w:r>
        <w:t xml:space="preserve"> - Explains Brett Keller's statement on pushing technological boundaries and the collaboration with OpenAI.</w:t>
      </w:r>
      <w:r/>
    </w:p>
    <w:p>
      <w:pPr>
        <w:pStyle w:val="ListNumber"/>
        <w:spacing w:line="240" w:lineRule="auto"/>
        <w:ind w:left="720"/>
      </w:pPr>
      <w:r/>
      <w:hyperlink r:id="rId11">
        <w:r>
          <w:rPr>
            <w:color w:val="0000EE"/>
            <w:u w:val="single"/>
          </w:rPr>
          <w:t>https://www.techradar.com/computing/artificial-intelligence/priceline-has-a-new-ai-voice-assistant-thanks-to-openai</w:t>
        </w:r>
      </w:hyperlink>
      <w:r>
        <w:t xml:space="preserve"> - Describes OpenAI's Advanced Voice Mode and its capabilities, including understanding accents and emotional cues.</w:t>
      </w:r>
      <w:r/>
    </w:p>
    <w:p>
      <w:pPr>
        <w:pStyle w:val="ListNumber"/>
        <w:spacing w:line="240" w:lineRule="auto"/>
        <w:ind w:left="720"/>
      </w:pPr>
      <w:r/>
      <w:hyperlink r:id="rId12">
        <w:r>
          <w:rPr>
            <w:color w:val="0000EE"/>
            <w:u w:val="single"/>
          </w:rPr>
          <w:t>https://www.prnewswire.com/news-releases/pricelines-penny-voice-marks-one-of-the-first-integrations-with-openais-realtime-api-302264653.html</w:t>
        </w:r>
      </w:hyperlink>
      <w:r>
        <w:t xml:space="preserve"> - Highlights the multilingual capabilities of Penny Voice and its ability to understand diverse accents and speech patterns.</w:t>
      </w:r>
      <w:r/>
    </w:p>
    <w:p>
      <w:pPr>
        <w:pStyle w:val="ListNumber"/>
        <w:spacing w:line="240" w:lineRule="auto"/>
        <w:ind w:left="720"/>
      </w:pPr>
      <w:r/>
      <w:hyperlink r:id="rId13">
        <w:r>
          <w:rPr>
            <w:color w:val="0000EE"/>
            <w:u w:val="single"/>
          </w:rPr>
          <w:t>https://press.priceline.com/pennyvoice/</w:t>
        </w:r>
      </w:hyperlink>
      <w:r>
        <w:t xml:space="preserve"> - Details how Penny Voice can comprehend complex customer inquiries and adapt responses based on previous interactions.</w:t>
      </w:r>
      <w:r/>
    </w:p>
    <w:p>
      <w:pPr>
        <w:pStyle w:val="ListNumber"/>
        <w:spacing w:line="240" w:lineRule="auto"/>
        <w:ind w:left="720"/>
      </w:pPr>
      <w:r/>
      <w:hyperlink r:id="rId14">
        <w:r>
          <w:rPr>
            <w:color w:val="0000EE"/>
            <w:u w:val="single"/>
          </w:rPr>
          <w:t>https://skift.com/2024/10/02/priceline-testing-openais-advanced-voice-tech-for-penny-chatbot/</w:t>
        </w:r>
      </w:hyperlink>
      <w:r>
        <w:t xml:space="preserve"> - Discusses the future prospects of Penny Voice as a comprehensive travel companion and its potential impact on the travel industry.</w:t>
      </w:r>
      <w:r/>
    </w:p>
    <w:p>
      <w:pPr>
        <w:pStyle w:val="ListNumber"/>
        <w:spacing w:line="240" w:lineRule="auto"/>
        <w:ind w:left="720"/>
      </w:pPr>
      <w:r/>
      <w:hyperlink r:id="rId11">
        <w:r>
          <w:rPr>
            <w:color w:val="0000EE"/>
            <w:u w:val="single"/>
          </w:rPr>
          <w:t>https://www.techradar.com/computing/artificial-intelligence/priceline-has-a-new-ai-voice-assistant-thanks-to-openai</w:t>
        </w:r>
      </w:hyperlink>
      <w:r>
        <w:t xml:space="preserve"> - Explains how Priceline's introduction of Penny Voice sets new standards for travel booking processes and digital customer interactions.</w:t>
      </w:r>
      <w:r/>
    </w:p>
    <w:p>
      <w:pPr>
        <w:pStyle w:val="ListNumber"/>
        <w:spacing w:line="240" w:lineRule="auto"/>
        <w:ind w:left="720"/>
      </w:pPr>
      <w:r/>
      <w:hyperlink r:id="rId14">
        <w:r>
          <w:rPr>
            <w:color w:val="0000EE"/>
            <w:u w:val="single"/>
          </w:rPr>
          <w:t>https://skift.com/2024/10/02/priceline-testing-openais-advanced-voice-tech-for-penny-chatbot/</w:t>
        </w:r>
      </w:hyperlink>
      <w:r>
        <w:t xml:space="preserve"> - Please view link - unable to able to access data</w:t>
      </w:r>
      <w:r/>
    </w:p>
    <w:p>
      <w:pPr>
        <w:pStyle w:val="ListNumber"/>
        <w:spacing w:line="240" w:lineRule="auto"/>
        <w:ind w:left="720"/>
      </w:pPr>
      <w:r/>
      <w:hyperlink r:id="rId11">
        <w:r>
          <w:rPr>
            <w:color w:val="0000EE"/>
            <w:u w:val="single"/>
          </w:rPr>
          <w:t>https://www.techradar.com/computing/artificial-intelligence/priceline-has-a-new-ai-voice-assistant-thanks-to-openai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BKNG/priceline-s-penny-voice-marks-one-of-the-first-integrations-with-8rden0562d5q.html" TargetMode="External"/><Relationship Id="rId11" Type="http://schemas.openxmlformats.org/officeDocument/2006/relationships/hyperlink" Target="https://www.techradar.com/computing/artificial-intelligence/priceline-has-a-new-ai-voice-assistant-thanks-to-openai" TargetMode="External"/><Relationship Id="rId12" Type="http://schemas.openxmlformats.org/officeDocument/2006/relationships/hyperlink" Target="https://www.prnewswire.com/news-releases/pricelines-penny-voice-marks-one-of-the-first-integrations-with-openais-realtime-api-302264653.html" TargetMode="External"/><Relationship Id="rId13" Type="http://schemas.openxmlformats.org/officeDocument/2006/relationships/hyperlink" Target="https://press.priceline.com/pennyvoice/" TargetMode="External"/><Relationship Id="rId14" Type="http://schemas.openxmlformats.org/officeDocument/2006/relationships/hyperlink" Target="https://skift.com/2024/10/02/priceline-testing-openais-advanced-voice-tech-for-penny-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