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begins mass production of PM9E1 NVMe Gen 5 SSD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a global leader in semiconductor technology, has announced that its latest PM9E1 NVMe Gen 5 Solid State Drive (SSD) has entered mass production. Although the initial press release was briefly retracted after publication, comprehensive details were subsequently confirmed, highlighting significant advancements over its predecessor, the PM9A1 SSD.</w:t>
      </w:r>
      <w:r/>
    </w:p>
    <w:p>
      <w:r/>
      <w:r>
        <w:t>The PM9E1 SSD stands out with its remarkable increases in speed, capacity, and power efficiency, tailoring itself to meet the demands of enterprise clientele and specific markets requiring enhanced storage solutions for data-intensive processes, particularly those in AI-driven environments.</w:t>
      </w:r>
      <w:r/>
    </w:p>
    <w:p>
      <w:r/>
      <w:r>
        <w:rPr>
          <w:b/>
        </w:rPr>
        <w:t>Performance and Capacity Enhancements</w:t>
      </w:r>
      <w:r/>
    </w:p>
    <w:p>
      <w:r/>
      <w:r>
        <w:t>The PM9E1 touts substantial performance upgrades, boasting impressive read speeds of 14.5GB/s and write speeds of 13GB/s. These figures effectively double the capabilities observed in the PM9A1, which recorded 7GB/s in read speeds and 5.2GB/s in write speeds. This improvement is credited to Samsung's advancement in technology, including the incorporation of an in-house 5nm controller and its eighth-generation V-NAND (V8) technology. Such advancements not only promise superior performance but also enhance the overall energy efficiency of the device.</w:t>
      </w:r>
      <w:r/>
    </w:p>
    <w:p>
      <w:r/>
      <w:r>
        <w:t>The PM9E1 will be available in four different storage capacities: 512GB, 1TB, 2TB, and 4TB. The larger capacity models, particularly the 4TB version, cater to customers with demanding storage needs, such as those involved in AI content generation, gaming, and high-resolution video processing. The expansive 4TB option aims to facilitate enterprise users handling substantial data sets and engaging in real-time AI tasks.</w:t>
      </w:r>
      <w:r/>
    </w:p>
    <w:p>
      <w:r/>
      <w:r>
        <w:rPr>
          <w:b/>
        </w:rPr>
        <w:t>Energy Efficiency and Security Features</w:t>
      </w:r>
      <w:r/>
    </w:p>
    <w:p>
      <w:r/>
      <w:r>
        <w:t>In addition to its performance capabilities, the PM9E1 is designed to be highly energy-efficient, utilizing 50% less power than its predecessor. Samsung suggests that this efficiency could significantly extend battery life, making the SSD an ideal choice for on-device AI applications requiring prolonged operational periods.</w:t>
      </w:r>
      <w:r/>
    </w:p>
    <w:p>
      <w:r/>
      <w:r>
        <w:t>Security has also been enhanced, with the PM9E1 featuring Device Authentication and Firmware Tampering Attestation, aided by the updated SPDM Version 1.2 protocol. These security features aim to protect the device from potential supply chain threats and ensure the integrity of its firmware from production through to distribution.</w:t>
      </w:r>
      <w:r/>
    </w:p>
    <w:p>
      <w:r/>
      <w:r>
        <w:rPr>
          <w:b/>
        </w:rPr>
        <w:t>Strategic Positioning</w:t>
      </w:r>
      <w:r/>
    </w:p>
    <w:p>
      <w:r/>
      <w:r>
        <w:t>YongCheol Bae, Executive Vice President of Memory Product Planning at Samsung, emphasised the drive's potential to form a cornerstone for customers developing their AI portfolios. "Our PM9E1 integrated with a 5 nm controller delivers industry-leading power efficiency and utmost performance validated by our key partners," Bae stated, expressing confidence in the drive’s capability to support the expanding needs in the on-device AI sphere.</w:t>
      </w:r>
      <w:r/>
    </w:p>
    <w:p>
      <w:r/>
      <w:r>
        <w:t>Though the initial announcement was unexpectedly withdrawn and specifics regarding pricing and release dates remain undisclosed, it is apparent that Samsung is strategically positioning the PM9E1 SSD as an essential tool for enterprise and AI applications. Further details concerning availability are anticipated in the near future, as the tech community awaits this promising addition to Samsung's lineup.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https://www.techradar.com/pro/just-in-time-for-black-friday-samsung-may-be-preparing-for-launch-of-990-pro-successor-pm9e1-ssd-is-its-first-pcie-5-0-ssd-but-it-isnt-aimed-at-end-users</w:t>
        </w:r>
      </w:hyperlink>
      <w:r>
        <w:t xml:space="preserve"> - Confirms the PM9E1 SSD's entry into mass production, its performance and capacity enhancements, and its targeting of enterprise and AI-driven applications.</w:t>
      </w:r>
      <w:r/>
    </w:p>
    <w:p>
      <w:pPr>
        <w:pStyle w:val="ListNumber"/>
        <w:spacing w:line="240" w:lineRule="auto"/>
        <w:ind w:left="720"/>
      </w:pPr>
      <w:r/>
      <w:hyperlink r:id="rId11">
        <w:r>
          <w:rPr>
            <w:color w:val="0000EE"/>
            <w:u w:val="single"/>
          </w:rPr>
          <w:t>https://news.samsung.com/global/samsung-starts-mass-production-of-industrys-most-powerful-pc-ssd-optimal-for-ai-applications</w:t>
        </w:r>
      </w:hyperlink>
      <w:r>
        <w:t xml:space="preserve"> - Details the PM9E1's performance upgrades, including read and write speeds, and its use of 5nm controller and eighth-generation V-NAND technology.</w:t>
      </w:r>
      <w:r/>
    </w:p>
    <w:p>
      <w:pPr>
        <w:pStyle w:val="ListNumber"/>
        <w:spacing w:line="240" w:lineRule="auto"/>
        <w:ind w:left="720"/>
      </w:pPr>
      <w:r/>
      <w:hyperlink r:id="rId12">
        <w:r>
          <w:rPr>
            <w:color w:val="0000EE"/>
            <w:u w:val="single"/>
          </w:rPr>
          <w:t>https://www.sammobile.com/news/samsung-pm9e1-pcie-5-0-ssd-launched/</w:t>
        </w:r>
      </w:hyperlink>
      <w:r>
        <w:t xml:space="preserve"> - Provides information on the PM9E1's mass production, its improved speeds, capacities, and power efficiency, as well as its security features.</w:t>
      </w:r>
      <w:r/>
    </w:p>
    <w:p>
      <w:pPr>
        <w:pStyle w:val="ListNumber"/>
        <w:spacing w:line="240" w:lineRule="auto"/>
        <w:ind w:left="720"/>
      </w:pPr>
      <w:r/>
      <w:hyperlink r:id="rId13">
        <w:r>
          <w:rPr>
            <w:color w:val="0000EE"/>
            <w:u w:val="single"/>
          </w:rPr>
          <w:t>https://semiconductor.samsung.com/news-events/news/samsung-starts-mass-production-of-industrys-most-powerful-pc-ssd-optimal-for-ai-applications/</w:t>
        </w:r>
      </w:hyperlink>
      <w:r>
        <w:t xml:space="preserve"> - Confirms the PM9E1's specifications, including its read and write speeds, storage capacities, and enhanced security measures through SPDM Version 1.2.</w:t>
      </w:r>
      <w:r/>
    </w:p>
    <w:p>
      <w:pPr>
        <w:pStyle w:val="ListNumber"/>
        <w:spacing w:line="240" w:lineRule="auto"/>
        <w:ind w:left="720"/>
      </w:pPr>
      <w:r/>
      <w:hyperlink r:id="rId14">
        <w:r>
          <w:rPr>
            <w:color w:val="0000EE"/>
            <w:u w:val="single"/>
          </w:rPr>
          <w:t>https://www.tomshardware.com/pc-components/ssds/samsung-starts-mass-producing-its-fastest-ssd-to-date-pm9e1-gen-5-m2-drive-with-speeds-up-to-145-gbs</w:t>
        </w:r>
      </w:hyperlink>
      <w:r>
        <w:t xml:space="preserve"> - Discusses the PM9E1's performance improvements over its predecessor, its durability rating, and its targeting of both enterprise and consumer markets.</w:t>
      </w:r>
      <w:r/>
    </w:p>
    <w:p>
      <w:pPr>
        <w:pStyle w:val="ListNumber"/>
        <w:spacing w:line="240" w:lineRule="auto"/>
        <w:ind w:left="720"/>
      </w:pPr>
      <w:r/>
      <w:hyperlink r:id="rId10">
        <w:r>
          <w:rPr>
            <w:color w:val="0000EE"/>
            <w:u w:val="single"/>
          </w:rPr>
          <w:t>https://www.techradar.com/pro/just-in-time-for-black-friday-samsung-may-be-preparing-for-launch-of-990-pro-successor-pm9e1-ssd-is-its-first-pcie-5-0-ssd-but-it-isnt-aimed-at-end-users</w:t>
        </w:r>
      </w:hyperlink>
      <w:r>
        <w:t xml:space="preserve"> - Explains the PM9E1's energy efficiency, which is 50% better than the PM9A1, and its impact on battery life for on-device AI applications.</w:t>
      </w:r>
      <w:r/>
    </w:p>
    <w:p>
      <w:pPr>
        <w:pStyle w:val="ListNumber"/>
        <w:spacing w:line="240" w:lineRule="auto"/>
        <w:ind w:left="720"/>
      </w:pPr>
      <w:r/>
      <w:hyperlink r:id="rId11">
        <w:r>
          <w:rPr>
            <w:color w:val="0000EE"/>
            <w:u w:val="single"/>
          </w:rPr>
          <w:t>https://news.samsung.com/global/samsung-starts-mass-production-of-industrys-most-powerful-pc-ssd-optimal-for-ai-applications</w:t>
        </w:r>
      </w:hyperlink>
      <w:r>
        <w:t xml:space="preserve"> - Details the security features of the PM9E1, including Device Authentication and Firmware Tampering Attestation through SPDM Version 1.2.</w:t>
      </w:r>
      <w:r/>
    </w:p>
    <w:p>
      <w:pPr>
        <w:pStyle w:val="ListNumber"/>
        <w:spacing w:line="240" w:lineRule="auto"/>
        <w:ind w:left="720"/>
      </w:pPr>
      <w:r/>
      <w:hyperlink r:id="rId12">
        <w:r>
          <w:rPr>
            <w:color w:val="0000EE"/>
            <w:u w:val="single"/>
          </w:rPr>
          <w:t>https://www.sammobile.com/news/samsung-pm9e1-pcie-5-0-ssd-launched/</w:t>
        </w:r>
      </w:hyperlink>
      <w:r>
        <w:t xml:space="preserve"> - Quotes YongCheol Bae on the PM9E1's role in supporting AI portfolios and its industry-leading power efficiency and performance.</w:t>
      </w:r>
      <w:r/>
    </w:p>
    <w:p>
      <w:pPr>
        <w:pStyle w:val="ListNumber"/>
        <w:spacing w:line="240" w:lineRule="auto"/>
        <w:ind w:left="720"/>
      </w:pPr>
      <w:r/>
      <w:hyperlink r:id="rId13">
        <w:r>
          <w:rPr>
            <w:color w:val="0000EE"/>
            <w:u w:val="single"/>
          </w:rPr>
          <w:t>https://semiconductor.samsung.com/news-events/news/samsung-starts-mass-production-of-industrys-most-powerful-pc-ssd-optimal-for-ai-applications/</w:t>
        </w:r>
      </w:hyperlink>
      <w:r>
        <w:t xml:space="preserve"> - Clarifies Samsung's strategic positioning of the PM9E1 for enterprise and AI applications, despite the lack of pricing and release date details.</w:t>
      </w:r>
      <w:r/>
    </w:p>
    <w:p>
      <w:pPr>
        <w:pStyle w:val="ListNumber"/>
        <w:spacing w:line="240" w:lineRule="auto"/>
        <w:ind w:left="720"/>
      </w:pPr>
      <w:r/>
      <w:hyperlink r:id="rId14">
        <w:r>
          <w:rPr>
            <w:color w:val="0000EE"/>
            <w:u w:val="single"/>
          </w:rPr>
          <w:t>https://www.tomshardware.com/pc-components/ssds/samsung-starts-mass-producing-its-fastest-ssd-to-date-pm9e1-gen-5-m2-drive-with-speeds-up-to-145-gbs</w:t>
        </w:r>
      </w:hyperlink>
      <w:r>
        <w:t xml:space="preserve"> - Mentions the PM9E1's availability in four storage capacities and its suitability for tasks like AI content generation, gaming, and high-resolution video processing.</w:t>
      </w:r>
      <w:r/>
    </w:p>
    <w:p>
      <w:pPr>
        <w:pStyle w:val="ListNumber"/>
        <w:spacing w:line="240" w:lineRule="auto"/>
        <w:ind w:left="720"/>
      </w:pPr>
      <w:r/>
      <w:hyperlink r:id="rId10">
        <w:r>
          <w:rPr>
            <w:color w:val="0000EE"/>
            <w:u w:val="single"/>
          </w:rPr>
          <w:t>https://www.techradar.com/pro/just-in-time-for-black-friday-samsung-may-be-preparing-for-launch-of-990-pro-successor-pm9e1-ssd-is-its-first-pcie-5-0-ssd-but-it-isnt-aimed-at-end-users</w:t>
        </w:r>
      </w:hyperlink>
      <w:r>
        <w:t xml:space="preserve"> - Discusses the anticipation for further details on the PM9E1's availability and its potential impact on the market.</w:t>
      </w:r>
      <w:r/>
    </w:p>
    <w:p>
      <w:pPr>
        <w:pStyle w:val="ListNumber"/>
        <w:spacing w:line="240" w:lineRule="auto"/>
        <w:ind w:left="720"/>
      </w:pPr>
      <w:r/>
      <w:hyperlink r:id="rId10">
        <w:r>
          <w:rPr>
            <w:color w:val="0000EE"/>
            <w:u w:val="single"/>
          </w:rPr>
          <w:t>https://www.techradar.com/pro/just-in-time-for-black-friday-samsung-may-be-preparing-for-launch-of-990-pro-successor-pm9e1-ssd-is-its-first-pcie-5-0-ssd-but-it-isnt-aimed-at-end-users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just-in-time-for-black-friday-samsung-may-be-preparing-for-launch-of-990-pro-successor-pm9e1-ssd-is-its-first-pcie-5-0-ssd-but-it-isnt-aimed-at-end-users" TargetMode="External"/><Relationship Id="rId11" Type="http://schemas.openxmlformats.org/officeDocument/2006/relationships/hyperlink" Target="https://news.samsung.com/global/samsung-starts-mass-production-of-industrys-most-powerful-pc-ssd-optimal-for-ai-applications" TargetMode="External"/><Relationship Id="rId12" Type="http://schemas.openxmlformats.org/officeDocument/2006/relationships/hyperlink" Target="https://www.sammobile.com/news/samsung-pm9e1-pcie-5-0-ssd-launched/" TargetMode="External"/><Relationship Id="rId13" Type="http://schemas.openxmlformats.org/officeDocument/2006/relationships/hyperlink" Target="https://semiconductor.samsung.com/news-events/news/samsung-starts-mass-production-of-industrys-most-powerful-pc-ssd-optimal-for-ai-applications/" TargetMode="External"/><Relationship Id="rId14" Type="http://schemas.openxmlformats.org/officeDocument/2006/relationships/hyperlink" Target="https://www.tomshardware.com/pc-components/ssds/samsung-starts-mass-producing-its-fastest-ssd-to-date-pm9e1-gen-5-m2-drive-with-speeds-up-to-145-g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