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Samsung unveils AI advancements for televisions at SDC2024</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Samsung Developer Conference (SDC2024), the tech giant unveiled plans to significantly enhance the capabilities of its television range with advanced artificial intelligence (AI) features. The enhancements include integration with the AI chatbot ChatGPT, aiming to provide users with a more immersive and interactive viewing experience. These announcements were among several made at the annual event, which took place in San Francisco.</w:t>
      </w:r>
      <w:r/>
    </w:p>
    <w:p>
      <w:r/>
      <w:r>
        <w:t>Samsung announced its commitment to an "AI for all" initiative, seeking to integrate AI functionalities across a broad spectrum of devices. For their television sets, this will involve upgrades to the built-in Bixby assistant, enhancing its ability to search for content and adjust settings according to user preferences. Users will soon be able to give more detailed descriptions of the shows or movies they wish to watch, and Bixby will use this information to provide suitable content suggestions. Additionally, Bixby will gain wider control over Samsung's smart-home devices, allowing for a more connected and streamlined user experience within the Samsung ecosystem.</w:t>
      </w:r>
      <w:r/>
    </w:p>
    <w:p>
      <w:r/>
      <w:r>
        <w:t>Part of this AI innovation includes the introduction of Samsung AI Cast, a feature designed to facilitate the transfer of AI-generated content from Samsung's Galaxy smartphones to their televisions. This will allow users to create text or images on their phones and project them onto their TV screens seamlessly. The integration with ChatGPT is expected to provide users with conversational capabilities directly via their television's home screen. This functionality suggests that users will be able to engage with ChatGPT on their smartphones and view responses on the larger TV display.</w:t>
      </w:r>
      <w:r/>
    </w:p>
    <w:p>
      <w:r/>
      <w:r>
        <w:t>Despite the excitement surrounding these developments, Samsung has kept precise details under wraps, including the exact timeline for the rollout of these features. However, indications suggest that these updates could arrive within the coming months, marking another step forward in Samsung's ongoing push to embed AI more deeply into its consumer technology offerings.</w:t>
      </w:r>
      <w:r/>
    </w:p>
    <w:p>
      <w:r/>
      <w:r>
        <w:t>In addition to advancements in AI, Samsung also shared news about the upcoming One UI 7, its customised version of Android 15. This software update is slated for release early next year and will likely coincide with the launch of the anticipated Samsung Galaxy S25. Current Samsung phone users might have the opportunity to trial this new software ahead of its full release.</w:t>
      </w:r>
      <w:r/>
    </w:p>
    <w:p>
      <w:r/>
      <w:r>
        <w:t>These announcements underscore Samsung's efforts to remain at the forefront of technological innovation and user-centric design. With these enhancements, Samsung aims to offer a more integrated and intuitive technology experience, keeping pace with the growing trend of AI incorporation into everyday consumer electronics.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https://news.samsung.com/us/samsung-celebrates-10-years-sdc-spotlights-ai-based-innovation-samsung-developer-conference-2024-sdc24/</w:t>
        </w:r>
      </w:hyperlink>
      <w:r>
        <w:t xml:space="preserve"> - Corroborates Samsung's commitment to the 'AI for all' initiative and the integration of AI across various devices.</w:t>
      </w:r>
      <w:r/>
    </w:p>
    <w:p>
      <w:pPr>
        <w:pStyle w:val="ListNumber"/>
        <w:spacing w:line="240" w:lineRule="auto"/>
        <w:ind w:left="720"/>
      </w:pPr>
      <w:r/>
      <w:hyperlink r:id="rId11">
        <w:r>
          <w:rPr>
            <w:color w:val="0000EE"/>
            <w:u w:val="single"/>
          </w:rPr>
          <w:t>https://www.sammobile.com/news/samsung-unveils-an-ai-shot-in-the-arm-for-tizen-at-sdc-2024/</w:t>
        </w:r>
      </w:hyperlink>
      <w:r>
        <w:t xml:space="preserve"> - Details the enhancements to Tizen OS with AI features, including better personalized and safer experiences.</w:t>
      </w:r>
      <w:r/>
    </w:p>
    <w:p>
      <w:pPr>
        <w:pStyle w:val="ListNumber"/>
        <w:spacing w:line="240" w:lineRule="auto"/>
        <w:ind w:left="720"/>
      </w:pPr>
      <w:r/>
      <w:hyperlink r:id="rId12">
        <w:r>
          <w:rPr>
            <w:color w:val="0000EE"/>
            <w:u w:val="single"/>
          </w:rPr>
          <w:t>https://www.gsmarena.com/a_quick_recap_of_samsung_developer_conference_2024__one_ui_tizen_os_and_ai-news-64808.php</w:t>
        </w:r>
      </w:hyperlink>
      <w:r>
        <w:t xml:space="preserve"> - Provides information on the integration of AI into Bixby, enhancing its voice control capabilities and smart-home device control.</w:t>
      </w:r>
      <w:r/>
    </w:p>
    <w:p>
      <w:pPr>
        <w:pStyle w:val="ListNumber"/>
        <w:spacing w:line="240" w:lineRule="auto"/>
        <w:ind w:left="720"/>
      </w:pPr>
      <w:r/>
      <w:hyperlink r:id="rId13">
        <w:r>
          <w:rPr>
            <w:color w:val="0000EE"/>
            <w:u w:val="single"/>
          </w:rPr>
          <w:t>https://www.fonearena.com/blog/437238/samsung-developer-conference-2024-one-ui-7-ai-integration-new-smartthings-features.html</w:t>
        </w:r>
      </w:hyperlink>
      <w:r>
        <w:t xml:space="preserve"> - Discusses the upcoming One UI 7, its AI integration, and the expansion of AI capabilities across Samsung's product lineup.</w:t>
      </w:r>
      <w:r/>
    </w:p>
    <w:p>
      <w:pPr>
        <w:pStyle w:val="ListNumber"/>
        <w:spacing w:line="240" w:lineRule="auto"/>
        <w:ind w:left="720"/>
      </w:pPr>
      <w:r/>
      <w:hyperlink r:id="rId14">
        <w:r>
          <w:rPr>
            <w:color w:val="0000EE"/>
            <w:u w:val="single"/>
          </w:rPr>
          <w:t>https://news.samsung.com/us/samsung-electronics-announces-sdc24-marking-a-decade-of-open-innovation-and-highlighting-ai-innovation/</w:t>
        </w:r>
      </w:hyperlink>
      <w:r>
        <w:t xml:space="preserve"> - Outlines the focus on AI innovation and the 'AI for all' vision presented at SDC24.</w:t>
      </w:r>
      <w:r/>
    </w:p>
    <w:p>
      <w:pPr>
        <w:pStyle w:val="ListNumber"/>
        <w:spacing w:line="240" w:lineRule="auto"/>
        <w:ind w:left="720"/>
      </w:pPr>
      <w:r/>
      <w:hyperlink r:id="rId11">
        <w:r>
          <w:rPr>
            <w:color w:val="0000EE"/>
            <w:u w:val="single"/>
          </w:rPr>
          <w:t>https://www.sammobile.com/news/samsung-unveils-an-ai-shot-in-the-arm-for-tizen-at-sdc-2024/</w:t>
        </w:r>
      </w:hyperlink>
      <w:r>
        <w:t xml:space="preserve"> - Mentions the introduction of Tizen AI services and their integration with Samsung products for seamless user experiences.</w:t>
      </w:r>
      <w:r/>
    </w:p>
    <w:p>
      <w:pPr>
        <w:pStyle w:val="ListNumber"/>
        <w:spacing w:line="240" w:lineRule="auto"/>
        <w:ind w:left="720"/>
      </w:pPr>
      <w:r/>
      <w:hyperlink r:id="rId12">
        <w:r>
          <w:rPr>
            <w:color w:val="0000EE"/>
            <w:u w:val="single"/>
          </w:rPr>
          <w:t>https://www.gsmarena.com/a_quick_recap_of_samsung_developer_conference_2024__one_ui_tizen_os_and_ai-news-64808.php</w:t>
        </w:r>
      </w:hyperlink>
      <w:r>
        <w:t xml:space="preserve"> - Details the AI Vision and AI Floor Detect features for home appliances and the SmartThings ecosystem's Home Insight feature.</w:t>
      </w:r>
      <w:r/>
    </w:p>
    <w:p>
      <w:pPr>
        <w:pStyle w:val="ListNumber"/>
        <w:spacing w:line="240" w:lineRule="auto"/>
        <w:ind w:left="720"/>
      </w:pPr>
      <w:r/>
      <w:hyperlink r:id="rId13">
        <w:r>
          <w:rPr>
            <w:color w:val="0000EE"/>
            <w:u w:val="single"/>
          </w:rPr>
          <w:t>https://www.fonearena.com/blog/437238/samsung-developer-conference-2024-one-ui-7-ai-integration-new-smartthings-features.html</w:t>
        </w:r>
      </w:hyperlink>
      <w:r>
        <w:t xml:space="preserve"> - Explains the Samsung AI Cast feature for transferring AI-generated content from smartphones to TVs.</w:t>
      </w:r>
      <w:r/>
    </w:p>
    <w:p>
      <w:pPr>
        <w:pStyle w:val="ListNumber"/>
        <w:spacing w:line="240" w:lineRule="auto"/>
        <w:ind w:left="720"/>
      </w:pPr>
      <w:r/>
      <w:hyperlink r:id="rId10">
        <w:r>
          <w:rPr>
            <w:color w:val="0000EE"/>
            <w:u w:val="single"/>
          </w:rPr>
          <w:t>https://news.samsung.com/us/samsung-celebrates-10-years-sdc-spotlights-ai-based-innovation-samsung-developer-conference-2024-sdc24/</w:t>
        </w:r>
      </w:hyperlink>
      <w:r>
        <w:t xml:space="preserve"> - Highlights the integration of AI across Samsung's major product lines, including mobile devices, TVs, and home appliances.</w:t>
      </w:r>
      <w:r/>
    </w:p>
    <w:p>
      <w:pPr>
        <w:pStyle w:val="ListNumber"/>
        <w:spacing w:line="240" w:lineRule="auto"/>
        <w:ind w:left="720"/>
      </w:pPr>
      <w:r/>
      <w:hyperlink r:id="rId12">
        <w:r>
          <w:rPr>
            <w:color w:val="0000EE"/>
            <w:u w:val="single"/>
          </w:rPr>
          <w:t>https://www.gsmarena.com/a_quick_recap_of_samsung_developer_conference_2024__one_ui_tizen_os_and_ai-news-64808.php</w:t>
        </w:r>
      </w:hyperlink>
      <w:r>
        <w:t xml:space="preserve"> - Mentions the upcoming One UI 7 release and its beta version availability by the end of the year.</w:t>
      </w:r>
      <w:r/>
    </w:p>
    <w:p>
      <w:pPr>
        <w:pStyle w:val="ListNumber"/>
        <w:spacing w:line="240" w:lineRule="auto"/>
        <w:ind w:left="720"/>
      </w:pPr>
      <w:r/>
      <w:hyperlink r:id="rId13">
        <w:r>
          <w:rPr>
            <w:color w:val="0000EE"/>
            <w:u w:val="single"/>
          </w:rPr>
          <w:t>https://www.fonearena.com/blog/437238/samsung-developer-conference-2024-one-ui-7-ai-integration-new-smartthings-features.html</w:t>
        </w:r>
      </w:hyperlink>
      <w:r>
        <w:t xml:space="preserve"> - Discusses Samsung's focus on responsible AI use and the principles of fairness, transparency, and accountability.</w:t>
      </w:r>
      <w:r/>
    </w:p>
    <w:p>
      <w:pPr>
        <w:pStyle w:val="ListNumber"/>
        <w:spacing w:line="240" w:lineRule="auto"/>
        <w:ind w:left="720"/>
      </w:pPr>
      <w:r/>
      <w:hyperlink r:id="rId15">
        <w:r>
          <w:rPr>
            <w:color w:val="0000EE"/>
            <w:u w:val="single"/>
          </w:rPr>
          <w:t>https://www.techradar.com/computing/artificial-intelligence/generative-ai-and-chatgpt-are-making-their-way-to-your-samsung-tv</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news.samsung.com/us/samsung-celebrates-10-years-sdc-spotlights-ai-based-innovation-samsung-developer-conference-2024-sdc24/" TargetMode="External"/><Relationship Id="rId11" Type="http://schemas.openxmlformats.org/officeDocument/2006/relationships/hyperlink" Target="https://www.sammobile.com/news/samsung-unveils-an-ai-shot-in-the-arm-for-tizen-at-sdc-2024/" TargetMode="External"/><Relationship Id="rId12" Type="http://schemas.openxmlformats.org/officeDocument/2006/relationships/hyperlink" Target="https://www.gsmarena.com/a_quick_recap_of_samsung_developer_conference_2024__one_ui_tizen_os_and_ai-news-64808.php" TargetMode="External"/><Relationship Id="rId13" Type="http://schemas.openxmlformats.org/officeDocument/2006/relationships/hyperlink" Target="https://www.fonearena.com/blog/437238/samsung-developer-conference-2024-one-ui-7-ai-integration-new-smartthings-features.html" TargetMode="External"/><Relationship Id="rId14" Type="http://schemas.openxmlformats.org/officeDocument/2006/relationships/hyperlink" Target="https://news.samsung.com/us/samsung-electronics-announces-sdc24-marking-a-decade-of-open-innovation-and-highlighting-ai-innovation/" TargetMode="External"/><Relationship Id="rId15" Type="http://schemas.openxmlformats.org/officeDocument/2006/relationships/hyperlink" Target="https://www.techradar.com/computing/artificial-intelligence/generative-ai-and-chatgpt-are-making-their-way-to-your-samsung-tv"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