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Scepticism surrounds Google DeepMind's AI in chip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DeepMind has announced that its AlphaChip artificial intelligence system has been instrumental in designing semiconductor chips, which are currently deployed in data centres and mobile devices. Claimed to execute "superhuman chip layouts," this innovative approach purportedly outpaces traditional human design efforts, reducing the design timeframe from weeks or months to mere hours. Anna Goldie and Azalia Mirhoseini, researchers at Google DeepMind, revealed these details in a recent blog post, highlighting the AI's capability to understand and optimise the interconnections among chip components through reinforcement learning.</w:t>
      </w:r>
      <w:r/>
    </w:p>
    <w:p>
      <w:r/>
      <w:r>
        <w:t>The AlphaChip system reportedly utilises reinforcement learning techniques, whereby the AI receives rewards based on the quality of the final chip layout. This could potentially result in reduced wire lengths within chips, lowering power consumption and enhancing processing speeds. The new method has supposedly been applied to three generations of Google’s Tensor Processing Units (TPUs), which are special-purpose chips used in the development of generative AI models for applications such as Google’s Gemini chatbot. Furthermore, AlphaChip's designs are said to be used by MediaTek in chips that are incorporated into Samsung smartphones.</w:t>
      </w:r>
      <w:r/>
    </w:p>
    <w:p>
      <w:r/>
      <w:r>
        <w:t>Despite these declarations, some experts in the field remain unconvinced. There is a call from independent researchers for Google to provide empirical data that would substantiate claims of AI-generated designs outperforming those created by seasoned human designers or existing commercial software tools. Patrick Madden from Binghamton University expressed scepticism, noting the lack of experimental results made available by Google that could allow for objective performance comparisons on public benchmarks of current, state-of-the-art circuit designs.</w:t>
      </w:r>
      <w:r/>
    </w:p>
    <w:p>
      <w:r/>
      <w:r>
        <w:t>The complex nature of chip design, according to Madden, would require public benchmarking to validate Google DeepMind’s assertions. This sentiment is echoed by Igor Markov, a noted chip design researcher, who points out that the code released by Google lacks compatibility with standard industry chip data formats. This limitation suggests that the AI may currently be optimised more for Google’s proprietary chip designs rather than universally applicable solutions.</w:t>
      </w:r>
      <w:r/>
    </w:p>
    <w:p>
      <w:r/>
      <w:r>
        <w:t>Markov also questioned the legitimacy of the comparisons made in Google's original 2021 Nature paper, criticising the use of non-specific human benchmarks. The use of unnamed human designers as a point of comparison detracts from the credibility of the claims, he argues, as such comparisons can be easily manipulated to portray favourable outcomes for the AI.</w:t>
      </w:r>
      <w:r/>
    </w:p>
    <w:p>
      <w:r/>
      <w:r>
        <w:t>Further fuelling the debate, Andrew Kahng from the University of California, San Diego, a former advocate of the 2021 paper, retracted his initial endorsement following a detailed public benchmarking effort. His evaluations, in conjunction with conventional methods, indicated that reinforcement learning methods did not consistently surpass human experts or established chip design software by companies like Cadence and NVIDIA.</w:t>
      </w:r>
      <w:r/>
    </w:p>
    <w:p>
      <w:r/>
      <w:r>
        <w:t>In conclusion, while Google's AlphaChip AI demonstrates intriguing potential in chip design, it has yet to conclusively prove its superiority over human expertise in the eyes of all industry professionals. The discussions point towards a broader industry call for transparency and verifiable data in assessing the true capabilities of AI-powered design methodologies.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https://deepmind.google/discover/blog/how-alphachip-transformed-computer-chip-design/</w:t>
        </w:r>
      </w:hyperlink>
      <w:r>
        <w:t xml:space="preserve"> - Corroborates the announcement of AlphaChip and its role in designing semiconductor chips, including its use in Google’s Tensor Processing Units (TPUs) and other hardware.</w:t>
      </w:r>
      <w:r/>
    </w:p>
    <w:p>
      <w:pPr>
        <w:pStyle w:val="ListNumber"/>
        <w:spacing w:line="240" w:lineRule="auto"/>
        <w:ind w:left="720"/>
      </w:pPr>
      <w:r/>
      <w:hyperlink r:id="rId11">
        <w:r>
          <w:rPr>
            <w:color w:val="0000EE"/>
            <w:u w:val="single"/>
          </w:rPr>
          <w:t>https://www.maginative.com/article/google-deepminds-alphachip-has-secretly-transformed-microchip-design-with-ai/</w:t>
        </w:r>
      </w:hyperlink>
      <w:r>
        <w:t xml:space="preserve"> - Supports the claim that AlphaChip uses reinforcement learning to accelerate and optimize chip design, and its application in Google’s TPU and MediaTek’s chips.</w:t>
      </w:r>
      <w:r/>
    </w:p>
    <w:p>
      <w:pPr>
        <w:pStyle w:val="ListNumber"/>
        <w:spacing w:line="240" w:lineRule="auto"/>
        <w:ind w:left="720"/>
      </w:pPr>
      <w:r/>
      <w:hyperlink r:id="rId12">
        <w:r>
          <w:rPr>
            <w:color w:val="0000EE"/>
            <w:u w:val="single"/>
          </w:rPr>
          <w:t>https://www.aibase.com/news/12106</w:t>
        </w:r>
      </w:hyperlink>
      <w:r>
        <w:t xml:space="preserve"> - Details the working principle of AlphaChip, its use in designing TPUs, and its impact on reducing wire length and improving performance.</w:t>
      </w:r>
      <w:r/>
    </w:p>
    <w:p>
      <w:pPr>
        <w:pStyle w:val="ListNumber"/>
        <w:spacing w:line="240" w:lineRule="auto"/>
        <w:ind w:left="720"/>
      </w:pPr>
      <w:r/>
      <w:hyperlink r:id="rId13">
        <w:r>
          <w:rPr>
            <w:color w:val="0000EE"/>
            <w:u w:val="single"/>
          </w:rPr>
          <w:t>https://www.newscientist.com/article/2450402-google-says-its-ai-designs-chips-better-than-humans-experts-disagree/</w:t>
        </w:r>
      </w:hyperlink>
      <w:r>
        <w:t xml:space="preserve"> - Addresses the skepticism from experts, such as Patrick Madden and Igor Markov, regarding the lack of empirical data to substantiate AlphaChip’s claims.</w:t>
      </w:r>
      <w:r/>
    </w:p>
    <w:p>
      <w:pPr>
        <w:pStyle w:val="ListNumber"/>
        <w:spacing w:line="240" w:lineRule="auto"/>
        <w:ind w:left="720"/>
      </w:pPr>
      <w:r/>
      <w:hyperlink r:id="rId14">
        <w:r>
          <w:rPr>
            <w:color w:val="0000EE"/>
            <w:u w:val="single"/>
          </w:rPr>
          <w:t>https://www.tomshardware.com/tech-industry/google-unveils-alphachip-ai-assisted-chip-design-technology-chip-layout-as-a-game-for-a-computer</w:t>
        </w:r>
      </w:hyperlink>
      <w:r>
        <w:t xml:space="preserve"> - Explains how AlphaChip speeds up the design process, its application in various chips, and the broader impact on the chip design industry.</w:t>
      </w:r>
      <w:r/>
    </w:p>
    <w:p>
      <w:pPr>
        <w:pStyle w:val="ListNumber"/>
        <w:spacing w:line="240" w:lineRule="auto"/>
        <w:ind w:left="720"/>
      </w:pPr>
      <w:r/>
      <w:hyperlink r:id="rId10">
        <w:r>
          <w:rPr>
            <w:color w:val="0000EE"/>
            <w:u w:val="single"/>
          </w:rPr>
          <w:t>https://deepmind.google/discover/blog/how-alphachip-transformed-computer-chip-design/</w:t>
        </w:r>
      </w:hyperlink>
      <w:r>
        <w:t xml:space="preserve"> - Describes the reinforcement learning approach used by AlphaChip and how it optimizes the interconnections among chip components.</w:t>
      </w:r>
      <w:r/>
    </w:p>
    <w:p>
      <w:pPr>
        <w:pStyle w:val="ListNumber"/>
        <w:spacing w:line="240" w:lineRule="auto"/>
        <w:ind w:left="720"/>
      </w:pPr>
      <w:r/>
      <w:hyperlink r:id="rId11">
        <w:r>
          <w:rPr>
            <w:color w:val="0000EE"/>
            <w:u w:val="single"/>
          </w:rPr>
          <w:t>https://www.maginative.com/article/google-deepminds-alphachip-has-secretly-transformed-microchip-design-with-ai/</w:t>
        </w:r>
      </w:hyperlink>
      <w:r>
        <w:t xml:space="preserve"> - Highlights the performance improvements achieved by AlphaChip in Google’s TPU and MediaTek’s Dimensity 5G chips.</w:t>
      </w:r>
      <w:r/>
    </w:p>
    <w:p>
      <w:pPr>
        <w:pStyle w:val="ListNumber"/>
        <w:spacing w:line="240" w:lineRule="auto"/>
        <w:ind w:left="720"/>
      </w:pPr>
      <w:r/>
      <w:hyperlink r:id="rId12">
        <w:r>
          <w:rPr>
            <w:color w:val="0000EE"/>
            <w:u w:val="single"/>
          </w:rPr>
          <w:t>https://www.aibase.com/news/12106</w:t>
        </w:r>
      </w:hyperlink>
      <w:r>
        <w:t xml:space="preserve"> - Mentions the open-sourcing of AlphaChip resources and the pre-trained model checkpoint, allowing external researchers to use and build upon the method.</w:t>
      </w:r>
      <w:r/>
    </w:p>
    <w:p>
      <w:pPr>
        <w:pStyle w:val="ListNumber"/>
        <w:spacing w:line="240" w:lineRule="auto"/>
        <w:ind w:left="720"/>
      </w:pPr>
      <w:r/>
      <w:hyperlink r:id="rId13">
        <w:r>
          <w:rPr>
            <w:color w:val="0000EE"/>
            <w:u w:val="single"/>
          </w:rPr>
          <w:t>https://www.newscientist.com/article/2450402-google-says-its-ai-designs-chips-better-than-humans-experts-disagree/</w:t>
        </w:r>
      </w:hyperlink>
      <w:r>
        <w:t xml:space="preserve"> - Details the criticism from Andrew Kahng regarding the original 2021 Nature paper and the lack of consistency in AlphaChip’s performance compared to human experts and commercial software.</w:t>
      </w:r>
      <w:r/>
    </w:p>
    <w:p>
      <w:pPr>
        <w:pStyle w:val="ListNumber"/>
        <w:spacing w:line="240" w:lineRule="auto"/>
        <w:ind w:left="720"/>
      </w:pPr>
      <w:r/>
      <w:hyperlink r:id="rId14">
        <w:r>
          <w:rPr>
            <w:color w:val="0000EE"/>
            <w:u w:val="single"/>
          </w:rPr>
          <w:t>https://www.tomshardware.com/tech-industry/google-unveils-alphachip-ai-assisted-chip-design-technology-chip-layout-as-a-game-for-a-computer</w:t>
        </w:r>
      </w:hyperlink>
      <w:r>
        <w:t xml:space="preserve"> - Explains the potential of AlphaChip to revolutionize the entire chip design lifecycle, from architecture to manufacturing, and its broader industry impact.</w:t>
      </w:r>
      <w:r/>
    </w:p>
    <w:p>
      <w:pPr>
        <w:pStyle w:val="ListNumber"/>
        <w:spacing w:line="240" w:lineRule="auto"/>
        <w:ind w:left="720"/>
      </w:pPr>
      <w:r/>
      <w:hyperlink r:id="rId13">
        <w:r>
          <w:rPr>
            <w:color w:val="0000EE"/>
            <w:u w:val="single"/>
          </w:rPr>
          <w:t>https://www.newscientist.com/article/2450402-google-says-its-ai-designs-chips-better-than-humans-experts-disagree/</w:t>
        </w:r>
      </w:hyperlink>
      <w:r>
        <w:t xml:space="preserve"> - Discusses the need for public benchmarking to validate Google DeepMind’s claims about AlphaChip’s performance and the limitations noted by Igor Markov.</w:t>
      </w:r>
      <w:r/>
    </w:p>
    <w:p>
      <w:pPr>
        <w:pStyle w:val="ListNumber"/>
        <w:spacing w:line="240" w:lineRule="auto"/>
        <w:ind w:left="720"/>
      </w:pPr>
      <w:r/>
      <w:hyperlink r:id="rId15">
        <w:r>
          <w:rPr>
            <w:color w:val="0000EE"/>
            <w:u w:val="single"/>
          </w:rPr>
          <w:t>https://www.newscientist.com/article/2450402-google-says-its-ai-designs-chips-better-than-humans-experts-disagree/?utm_campaign=RSS%7CNSNS&amp;utm_source=NSNS&amp;utm_medium=RSS&amp;utm_content=home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epmind.google/discover/blog/how-alphachip-transformed-computer-chip-design/" TargetMode="External"/><Relationship Id="rId11" Type="http://schemas.openxmlformats.org/officeDocument/2006/relationships/hyperlink" Target="https://www.maginative.com/article/google-deepminds-alphachip-has-secretly-transformed-microchip-design-with-ai/" TargetMode="External"/><Relationship Id="rId12" Type="http://schemas.openxmlformats.org/officeDocument/2006/relationships/hyperlink" Target="https://www.aibase.com/news/12106" TargetMode="External"/><Relationship Id="rId13" Type="http://schemas.openxmlformats.org/officeDocument/2006/relationships/hyperlink" Target="https://www.newscientist.com/article/2450402-google-says-its-ai-designs-chips-better-than-humans-experts-disagree/" TargetMode="External"/><Relationship Id="rId14" Type="http://schemas.openxmlformats.org/officeDocument/2006/relationships/hyperlink" Target="https://www.tomshardware.com/tech-industry/google-unveils-alphachip-ai-assisted-chip-design-technology-chip-layout-as-a-game-for-a-computer" TargetMode="External"/><Relationship Id="rId15" Type="http://schemas.openxmlformats.org/officeDocument/2006/relationships/hyperlink" Target="https://www.newscientist.com/article/2450402-google-says-its-ai-designs-chips-better-than-humans-experts-disagree/?utm_campaign=RSS%7CNSNS&amp;utm_source=NSNS&amp;utm_medium=RSS&amp;utm_content=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