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patient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integration of artificial intelligence (A.I.) into the medical field has demonstrated both impressive and somewhat unexpected capabilities. A significant aspect of this integration is A.I.'s burgeoning role in patient interaction and communication within clinical settings. Advanced A.I. systems, such as ChatGPT, have shown an ability to not only diagnose complex diseases and devise evidence-based treatment plans but also to excel in bedside communication, which historically has been regarded as the art of medical practice.</w:t>
      </w:r>
      <w:r/>
    </w:p>
    <w:p>
      <w:r/>
      <w:r>
        <w:t xml:space="preserve">A study has highlighted that responses generated by A.I. to patient questions were deemed more empathetic and of higher quality than those crafted by some human doctors. This finding is significant as it suggests A.I. systems are capable of delivering not just technical responses but also conveying a caring and considerate presence through well-crafted communication. </w:t>
      </w:r>
      <w:r/>
    </w:p>
    <w:p>
      <w:r/>
      <w:r>
        <w:t>This development reflects a broader realisation within medical education and practice: that effective communication, especially during critical moments like delivering bad news, often involves adhering to a particular set of guidelines or scripts. The appreciation of this approach became evident during clinical training sessions witnessed by third-year medical students. In one such session, students were tasked with practising the delivery of a cancer diagnosis to a role-playing patient. This exercise was designed to help budding doctors master the daunting task of conveying serious medical information.</w:t>
      </w:r>
      <w:r/>
    </w:p>
    <w:p>
      <w:r/>
      <w:r>
        <w:t>The teaching session underscored a set of dos and don’ts for delivering bad news. Students were instructed to avoid overwhelming the patient with information immediately upon entering the room, yet to ensure the diagnosis was delivered clearly and without unnecessary medical jargon. This balance aims to respect the patient's need for clarity and dignity. For instance, instead of using terms like "adenocarcinoma," students learned to say "cancer," thereby ensuring the message is understandable. Importantly, they were advised to pause after revealing the news to allow patients time to process the information. The script suggested avoiding phrases like "I'm sorry," as it might imply personal fault, directing instead towards expressions of empathy such as, "I wish I had better news."</w:t>
      </w:r>
      <w:r/>
    </w:p>
    <w:p>
      <w:r/>
      <w:r>
        <w:t>These approaches are crafted with the understanding that many patients have limited knowledge about medical conditions beyond their names and general associations with severity. The student-doctors were encouraged to gauge the patient’s current understanding and then provide comprehensive, digestible information to aid them.</w:t>
      </w:r>
      <w:r/>
    </w:p>
    <w:p>
      <w:r/>
      <w:r>
        <w:t>The increasing use of A.I. in these contexts reflects the healthcare industry's trust in technology not only for its computational prowess but also for its ability to follow empathetic communication protocols that have been developed through years of medical experience. As technology continues to evolve, the collaboration between human caregivers and machines may redefine the traditional roles within healthcare, focusing on improving both the quality of treatment and the communication that accompanies it. The implications of these advancements continue to be vast, offering a perspective on how A.I. can communicate in ways that sometimes surpass the traditional methods used by human practitioners.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https://bmcmededuc.biomedcentral.com/articles/10.1186/s12909-023-04698-z</w:t>
        </w:r>
      </w:hyperlink>
      <w:r>
        <w:t xml:space="preserve"> - This article discusses the integration of AI in healthcare, including its role in patient interaction, disease diagnosis, and treatment plans, which aligns with AI's capabilities in clinical settings.</w:t>
      </w:r>
      <w:r/>
    </w:p>
    <w:p>
      <w:pPr>
        <w:pStyle w:val="ListNumber"/>
        <w:spacing w:line="240" w:lineRule="auto"/>
        <w:ind w:left="720"/>
      </w:pPr>
      <w:r/>
      <w:hyperlink r:id="rId11">
        <w:r>
          <w:rPr>
            <w:color w:val="0000EE"/>
            <w:u w:val="single"/>
          </w:rPr>
          <w:t>https://www.ibm.com/topics/artificial-intelligence-medicine</w:t>
        </w:r>
      </w:hyperlink>
      <w:r>
        <w:t xml:space="preserve"> - This source highlights AI's role in medical imaging, clinical decision support, and personalized disease treatment, which includes aspects of patient interaction and communication.</w:t>
      </w:r>
      <w:r/>
    </w:p>
    <w:p>
      <w:pPr>
        <w:pStyle w:val="ListNumber"/>
        <w:spacing w:line="240" w:lineRule="auto"/>
        <w:ind w:left="720"/>
      </w:pPr>
      <w:r/>
      <w:hyperlink r:id="rId12">
        <w:r>
          <w:rPr>
            <w:color w:val="0000EE"/>
            <w:u w:val="single"/>
          </w:rPr>
          <w:t>https://www.foreseemed.com/artificial-intelligence-in-healthcare</w:t>
        </w:r>
      </w:hyperlink>
      <w:r>
        <w:t xml:space="preserve"> - This article explains how AI in healthcare can analyze patient data, predict health risks, and provide personalized treatment plans, reflecting AI's role in patient communication and care.</w:t>
      </w:r>
      <w:r/>
    </w:p>
    <w:p>
      <w:pPr>
        <w:pStyle w:val="ListNumber"/>
        <w:spacing w:line="240" w:lineRule="auto"/>
        <w:ind w:left="720"/>
      </w:pPr>
      <w:r/>
      <w:hyperlink r:id="rId13">
        <w:r>
          <w:rPr>
            <w:color w:val="0000EE"/>
            <w:u w:val="single"/>
          </w:rPr>
          <w:t>https://onlinedegrees.sandiego.edu/ai-healthcare/</w:t>
        </w:r>
      </w:hyperlink>
      <w:r>
        <w:t xml:space="preserve"> - This source discusses AI's impact on clinical decision support, diagnosis, and treatment, as well as its role in patient engagement and communication through tools like chatbots.</w:t>
      </w:r>
      <w:r/>
    </w:p>
    <w:p>
      <w:pPr>
        <w:pStyle w:val="ListNumber"/>
        <w:spacing w:line="240" w:lineRule="auto"/>
        <w:ind w:left="720"/>
      </w:pPr>
      <w:r/>
      <w:hyperlink r:id="rId14">
        <w:r>
          <w:rPr>
            <w:color w:val="0000EE"/>
            <w:u w:val="single"/>
          </w:rPr>
          <w:t>https://www.ncbi.nlm.nih.gov/pmc/articles/PMC6616181/</w:t>
        </w:r>
      </w:hyperlink>
      <w:r>
        <w:t xml:space="preserve"> - This article talks about AI's potential in healthcare, including diagnosis, treatment recommendations, and patient engagement, which involves effective communication protocols.</w:t>
      </w:r>
      <w:r/>
    </w:p>
    <w:p>
      <w:pPr>
        <w:pStyle w:val="ListNumber"/>
        <w:spacing w:line="240" w:lineRule="auto"/>
        <w:ind w:left="720"/>
      </w:pPr>
      <w:r/>
      <w:hyperlink r:id="rId10">
        <w:r>
          <w:rPr>
            <w:color w:val="0000EE"/>
            <w:u w:val="single"/>
          </w:rPr>
          <w:t>https://bmcmededuc.biomedcentral.com/articles/10.1186/s12909-023-04698-z</w:t>
        </w:r>
      </w:hyperlink>
      <w:r>
        <w:t xml:space="preserve"> - This article mentions AI's ability to support mental health care and improve patient education, which are critical aspects of patient interaction and communication.</w:t>
      </w:r>
      <w:r/>
    </w:p>
    <w:p>
      <w:pPr>
        <w:pStyle w:val="ListNumber"/>
        <w:spacing w:line="240" w:lineRule="auto"/>
        <w:ind w:left="720"/>
      </w:pPr>
      <w:r/>
      <w:hyperlink r:id="rId11">
        <w:r>
          <w:rPr>
            <w:color w:val="0000EE"/>
            <w:u w:val="single"/>
          </w:rPr>
          <w:t>https://www.ibm.com/topics/artificial-intelligence-medicine</w:t>
        </w:r>
      </w:hyperlink>
      <w:r>
        <w:t xml:space="preserve"> - This source provides examples of AI-powered virtual assistants that offer around-the-clock support to patients, enhancing patient communication and care.</w:t>
      </w:r>
      <w:r/>
    </w:p>
    <w:p>
      <w:pPr>
        <w:pStyle w:val="ListNumber"/>
        <w:spacing w:line="240" w:lineRule="auto"/>
        <w:ind w:left="720"/>
      </w:pPr>
      <w:r/>
      <w:hyperlink r:id="rId12">
        <w:r>
          <w:rPr>
            <w:color w:val="0000EE"/>
            <w:u w:val="single"/>
          </w:rPr>
          <w:t>https://www.foreseemed.com/artificial-intelligence-in-healthcare</w:t>
        </w:r>
      </w:hyperlink>
      <w:r>
        <w:t xml:space="preserve"> - This article highlights how AI can automate mundane tasks and improve patient care by providing faster and more accurate results, which includes better communication with patients.</w:t>
      </w:r>
      <w:r/>
    </w:p>
    <w:p>
      <w:pPr>
        <w:pStyle w:val="ListNumber"/>
        <w:spacing w:line="240" w:lineRule="auto"/>
        <w:ind w:left="720"/>
      </w:pPr>
      <w:r/>
      <w:hyperlink r:id="rId13">
        <w:r>
          <w:rPr>
            <w:color w:val="0000EE"/>
            <w:u w:val="single"/>
          </w:rPr>
          <w:t>https://onlinedegrees.sandiego.edu/ai-healthcare/</w:t>
        </w:r>
      </w:hyperlink>
      <w:r>
        <w:t xml:space="preserve"> - This source discusses the use of AI-powered chatbots for diagnosing and treating patient symptoms, which is an example of AI in patient communication.</w:t>
      </w:r>
      <w:r/>
    </w:p>
    <w:p>
      <w:pPr>
        <w:pStyle w:val="ListNumber"/>
        <w:spacing w:line="240" w:lineRule="auto"/>
        <w:ind w:left="720"/>
      </w:pPr>
      <w:r/>
      <w:hyperlink r:id="rId14">
        <w:r>
          <w:rPr>
            <w:color w:val="0000EE"/>
            <w:u w:val="single"/>
          </w:rPr>
          <w:t>https://www.ncbi.nlm.nih.gov/pmc/articles/PMC6616181/</w:t>
        </w:r>
      </w:hyperlink>
      <w:r>
        <w:t xml:space="preserve"> - This article mentions the use of natural language processing (NLP) in healthcare to improve patient communication and identify deficiencies in treatments or diagnosis.</w:t>
      </w:r>
      <w:r/>
    </w:p>
    <w:p>
      <w:pPr>
        <w:pStyle w:val="ListNumber"/>
        <w:spacing w:line="240" w:lineRule="auto"/>
        <w:ind w:left="720"/>
      </w:pPr>
      <w:r/>
      <w:hyperlink r:id="rId12">
        <w:r>
          <w:rPr>
            <w:color w:val="0000EE"/>
            <w:u w:val="single"/>
          </w:rPr>
          <w:t>https://www.foreseemed.com/artificial-intelligence-in-healthcare</w:t>
        </w:r>
      </w:hyperlink>
      <w:r>
        <w:t xml:space="preserve"> - This source emphasizes the importance of AI in reducing human error and improving the administrative aspects of medical care, including better communication and patient engagement.</w:t>
      </w:r>
      <w:r/>
    </w:p>
    <w:p>
      <w:pPr>
        <w:pStyle w:val="ListNumber"/>
        <w:spacing w:line="240" w:lineRule="auto"/>
        <w:ind w:left="720"/>
      </w:pPr>
      <w:r/>
      <w:hyperlink r:id="rId15">
        <w:r>
          <w:rPr>
            <w:color w:val="0000EE"/>
            <w:u w:val="single"/>
          </w:rPr>
          <w:t>https://www.nytimes.com/2024/10/05/opinion/ai-chatgpt-medicine-doctor.html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mcmededuc.biomedcentral.com/articles/10.1186/s12909-023-04698-z" TargetMode="External"/><Relationship Id="rId11" Type="http://schemas.openxmlformats.org/officeDocument/2006/relationships/hyperlink" Target="https://www.ibm.com/topics/artificial-intelligence-medicine" TargetMode="External"/><Relationship Id="rId12" Type="http://schemas.openxmlformats.org/officeDocument/2006/relationships/hyperlink" Target="https://www.foreseemed.com/artificial-intelligence-in-healthcare" TargetMode="External"/><Relationship Id="rId13" Type="http://schemas.openxmlformats.org/officeDocument/2006/relationships/hyperlink" Target="https://onlinedegrees.sandiego.edu/ai-healthcare/" TargetMode="External"/><Relationship Id="rId14" Type="http://schemas.openxmlformats.org/officeDocument/2006/relationships/hyperlink" Target="https://www.ncbi.nlm.nih.gov/pmc/articles/PMC6616181/" TargetMode="External"/><Relationship Id="rId15" Type="http://schemas.openxmlformats.org/officeDocument/2006/relationships/hyperlink" Target="https://www.nytimes.com/2024/10/05/opinion/ai-chatgpt-medicine-docto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