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email summarisation in effective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regarding email management, some individuals emphasise the practicality of summarising lengthy emails into concise paragraphs. This capability is particularly valuable in scenarios such as preparing for comprehensive meetings following a night of revelry. However, others suggest that the necessity for email summaries might be mitigated by the effectiveness of a well-crafted subject line, which often provides enough information to determine the email's importance without needing to delve deeper. As a result, the daily utility of email summarisation tools may be limited for some, who rely more on the initial impressions gathered from the subject.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https://support.pipedrive.com/en/article/ai-email-summarization</w:t>
        </w:r>
      </w:hyperlink>
      <w:r>
        <w:t xml:space="preserve"> - This link corroborates the use of AI email summarization to condense email threads into concise summaries, enhancing productivity and decision-making.</w:t>
      </w:r>
      <w:r/>
    </w:p>
    <w:p>
      <w:pPr>
        <w:pStyle w:val="ListNumber"/>
        <w:spacing w:line="240" w:lineRule="auto"/>
        <w:ind w:left="720"/>
      </w:pPr>
      <w:r/>
      <w:hyperlink r:id="rId11">
        <w:r>
          <w:rPr>
            <w:color w:val="0000EE"/>
            <w:u w:val="single"/>
          </w:rPr>
          <w:t>https://www.maestrolabs.com/blog-detail/how-does-ai-assist-in-summarizing-email-attachments-and-threads</w:t>
        </w:r>
      </w:hyperlink>
      <w:r>
        <w:t xml:space="preserve"> - This article explains how AI uses Natural Language Processing (NLP) to summarize lengthy email threads and attachments, highlighting key points and action items.</w:t>
      </w:r>
      <w:r/>
    </w:p>
    <w:p>
      <w:pPr>
        <w:pStyle w:val="ListNumber"/>
        <w:spacing w:line="240" w:lineRule="auto"/>
        <w:ind w:left="720"/>
      </w:pPr>
      <w:r/>
      <w:hyperlink r:id="rId12">
        <w:r>
          <w:rPr>
            <w:color w:val="0000EE"/>
            <w:u w:val="single"/>
          </w:rPr>
          <w:t>https://support.microsoft.com/sr-latn-rs/office/summarize-an-email-thread-with-copilot-in-outlook-a79873f2-396b-46dc-b852-7fe5947ab640</w:t>
        </w:r>
      </w:hyperlink>
      <w:r>
        <w:t xml:space="preserve"> - This link supports the use of Microsoft Copilot in Outlook to summarize email threads, identifying key points and generating a summary at the top of the email.</w:t>
      </w:r>
      <w:r/>
    </w:p>
    <w:p>
      <w:pPr>
        <w:pStyle w:val="ListNumber"/>
        <w:spacing w:line="240" w:lineRule="auto"/>
        <w:ind w:left="720"/>
      </w:pPr>
      <w:r/>
      <w:hyperlink r:id="rId13">
        <w:r>
          <w:rPr>
            <w:color w:val="0000EE"/>
            <w:u w:val="single"/>
          </w:rPr>
          <w:t>https://www.reddit.com/r/ArtificialInteligence/comments/1d7yfml/an_ai_for_combining_and_summarising_emails/</w:t>
        </w:r>
      </w:hyperlink>
      <w:r>
        <w:t xml:space="preserve"> - This discussion highlights the desire for AI tools to combine and summarize multiple emails, such as newsletters, into a single, cohesive summary.</w:t>
      </w:r>
      <w:r/>
    </w:p>
    <w:p>
      <w:pPr>
        <w:pStyle w:val="ListNumber"/>
        <w:spacing w:line="240" w:lineRule="auto"/>
        <w:ind w:left="720"/>
      </w:pPr>
      <w:r/>
      <w:hyperlink r:id="rId14">
        <w:r>
          <w:rPr>
            <w:color w:val="0000EE"/>
            <w:u w:val="single"/>
          </w:rPr>
          <w:t>https://ultramail.ai/blog/email-summary</w:t>
        </w:r>
      </w:hyperlink>
      <w:r>
        <w:t xml:space="preserve"> - This article explains the benefits of email summaries in enhancing communication efficiency, time management, and productivity, using AI tools to condense lengthy emails.</w:t>
      </w:r>
      <w:r/>
    </w:p>
    <w:p>
      <w:pPr>
        <w:pStyle w:val="ListNumber"/>
        <w:spacing w:line="240" w:lineRule="auto"/>
        <w:ind w:left="720"/>
      </w:pPr>
      <w:r/>
      <w:hyperlink r:id="rId10">
        <w:r>
          <w:rPr>
            <w:color w:val="0000EE"/>
            <w:u w:val="single"/>
          </w:rPr>
          <w:t>https://support.pipedrive.com/en/article/ai-email-summarization</w:t>
        </w:r>
      </w:hyperlink>
      <w:r>
        <w:t xml:space="preserve"> - This link details how to configure AI email summarization in Pipedrive, including the need for users to accept AI Beta Terms of Service.</w:t>
      </w:r>
      <w:r/>
    </w:p>
    <w:p>
      <w:pPr>
        <w:pStyle w:val="ListNumber"/>
        <w:spacing w:line="240" w:lineRule="auto"/>
        <w:ind w:left="720"/>
      </w:pPr>
      <w:r/>
      <w:hyperlink r:id="rId11">
        <w:r>
          <w:rPr>
            <w:color w:val="0000EE"/>
            <w:u w:val="single"/>
          </w:rPr>
          <w:t>https://www.maestrolabs.com/blog-detail/how-does-ai-assist-in-summarizing-email-attachments-and-threads</w:t>
        </w:r>
      </w:hyperlink>
      <w:r>
        <w:t xml:space="preserve"> - This article introduces MailMaestro, an email assistant that uses OpenAI to summarize email threads and attachments, and offers multilingual support.</w:t>
      </w:r>
      <w:r/>
    </w:p>
    <w:p>
      <w:pPr>
        <w:pStyle w:val="ListNumber"/>
        <w:spacing w:line="240" w:lineRule="auto"/>
        <w:ind w:left="720"/>
      </w:pPr>
      <w:r/>
      <w:hyperlink r:id="rId12">
        <w:r>
          <w:rPr>
            <w:color w:val="0000EE"/>
            <w:u w:val="single"/>
          </w:rPr>
          <w:t>https://support.microsoft.com/sr-latn-rs/office/summarize-an-email-thread-with-copilot-in-outlook-a79873f2-396b-46dc-b852-7fe5947ab640</w:t>
        </w:r>
      </w:hyperlink>
      <w:r>
        <w:t xml:space="preserve"> - This link clarifies that Microsoft 365 Copilot in Outlook is only available for work or school accounts and specific Microsoft email addresses.</w:t>
      </w:r>
      <w:r/>
    </w:p>
    <w:p>
      <w:pPr>
        <w:pStyle w:val="ListNumber"/>
        <w:spacing w:line="240" w:lineRule="auto"/>
        <w:ind w:left="720"/>
      </w:pPr>
      <w:r/>
      <w:hyperlink r:id="rId14">
        <w:r>
          <w:rPr>
            <w:color w:val="0000EE"/>
            <w:u w:val="single"/>
          </w:rPr>
          <w:t>https://ultramail.ai/blog/email-summary</w:t>
        </w:r>
      </w:hyperlink>
      <w:r>
        <w:t xml:space="preserve"> - This article mentions other AI email tools like Shortwave and SummerEyes that help users quickly understand the content of their emails through summaries.</w:t>
      </w:r>
      <w:r/>
    </w:p>
    <w:p>
      <w:pPr>
        <w:pStyle w:val="ListNumber"/>
        <w:spacing w:line="240" w:lineRule="auto"/>
        <w:ind w:left="720"/>
      </w:pPr>
      <w:r/>
      <w:hyperlink r:id="rId11">
        <w:r>
          <w:rPr>
            <w:color w:val="0000EE"/>
            <w:u w:val="single"/>
          </w:rPr>
          <w:t>https://www.maestrolabs.com/blog-detail/how-does-ai-assist-in-summarizing-email-attachments-and-threads</w:t>
        </w:r>
      </w:hyperlink>
      <w:r>
        <w:t xml:space="preserve"> - This link explains how AI summarizes email threads by understanding context, sentiment, tone, and purpose, and then condensing the information into a summary.</w:t>
      </w:r>
      <w:r/>
    </w:p>
    <w:p>
      <w:pPr>
        <w:pStyle w:val="ListNumber"/>
        <w:spacing w:line="240" w:lineRule="auto"/>
        <w:ind w:left="720"/>
      </w:pPr>
      <w:r/>
      <w:hyperlink r:id="rId15">
        <w:r>
          <w:rPr>
            <w:color w:val="0000EE"/>
            <w:u w:val="single"/>
          </w:rPr>
          <w:t>https://www.standard.co.uk/news/tech/apple-intelligence-review-new-iphone-ai-features-verdict-b1185989.html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pipedrive.com/en/article/ai-email-summarization" TargetMode="External"/><Relationship Id="rId11" Type="http://schemas.openxmlformats.org/officeDocument/2006/relationships/hyperlink" Target="https://www.maestrolabs.com/blog-detail/how-does-ai-assist-in-summarizing-email-attachments-and-threads" TargetMode="External"/><Relationship Id="rId12" Type="http://schemas.openxmlformats.org/officeDocument/2006/relationships/hyperlink" Target="https://support.microsoft.com/sr-latn-rs/office/summarize-an-email-thread-with-copilot-in-outlook-a79873f2-396b-46dc-b852-7fe5947ab640" TargetMode="External"/><Relationship Id="rId13" Type="http://schemas.openxmlformats.org/officeDocument/2006/relationships/hyperlink" Target="https://www.reddit.com/r/ArtificialInteligence/comments/1d7yfml/an_ai_for_combining_and_summarising_emails/" TargetMode="External"/><Relationship Id="rId14" Type="http://schemas.openxmlformats.org/officeDocument/2006/relationships/hyperlink" Target="https://ultramail.ai/blog/email-summary" TargetMode="External"/><Relationship Id="rId15" Type="http://schemas.openxmlformats.org/officeDocument/2006/relationships/hyperlink" Target="https://www.standard.co.uk/news/tech/apple-intelligence-review-new-iphone-ai-features-verdict-b118598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