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TP-Link announces price cuts on Tapo smart video doorbells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TP-Link, a renowned brand in the smart home industry, has recently announced significant price reductions on its Tapo D120 and Tapo D225 smart video doorbells. Originally launched in mid-August, these devices have quickly gained attention for their affordability and array of features. As of now, the Tapo D120 is available for $46.99, a notable decrease from its initial $70, while the Tapo D225 is offered at $79.99, down from $100. This marks the lowest price point for these models since their debut.</w:t>
      </w:r>
      <w:r/>
    </w:p>
    <w:p>
      <w:r/>
      <w:r>
        <w:t>The Tapo D120 and D225 models are distinguished primarily by their power and recording capabilities. The higher-end D225 boasts "dual-powered" features, which includes the ability for 24/7 continuous video recording. Regardless of the model, both doorbells provide a robust solution for monitoring front door activity. Key features include AI-powered person detection, available without additional cost or subscription fees, and local storage, eliminating the need for paid cloud services.</w:t>
      </w:r>
      <w:r/>
    </w:p>
    <w:p>
      <w:r/>
      <w:r>
        <w:t>Both devices are equipped with at least 6,400mAh rechargeable batteries and integrate seamlessly with Alexa and Google Assistant smart home systems. This compatibility allows users to utilise voice commands through their existing smart home setups. Additional features include colour night vision and built-in spotlights to enhance visibility in low light. Each device also comes with a separate Wi-Fi-enabled door chime unit to notify users of visitors.</w:t>
      </w:r>
      <w:r/>
    </w:p>
    <w:p>
      <w:r/>
      <w:r>
        <w:t>The Tapo D120, priced at $46.99, offers a standout feature set with 2K resolution video, which surpasses the traditional 1080p standards, allowing users to capture finer details. It also offers a 160° ultra-wide, head-to-toe field of view, ensuring comprehensive coverage of one's entryway. The device is designed to send phone call notifications to users' mobile devices, enabling them to respond to visitors without the need to open the Tapo app and without using cellular minutes.</w:t>
      </w:r>
      <w:r/>
    </w:p>
    <w:p>
      <w:r/>
      <w:r>
        <w:t>With these features, TP-Link's Tapo series provides an affordable yet comprehensive option for homeowners looking to enhance their home security setup. The current price drop makes these smart doorbells an appealing choice for those interested in upgrading their home’s security with cutting-edge technology, without stretching their budgets.</w:t>
      </w:r>
      <w:r/>
    </w:p>
    <w:p>
      <w:r/>
      <w:r>
        <w:t>These offers, along with other smart home deals, are currently available on platforms like Amazon. Additional deals include products such as Rachio’s smart hose timer and innovative smart holiday lights by Govee, catering to a diverse range of smart home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https://www.amazon.com/Tapo-Doorbell-Ultra-Wide-Detection-D225/dp/B0D8MKQ5RC</w:t>
        </w:r>
      </w:hyperlink>
      <w:r>
        <w:t xml:space="preserve"> - Details the features of the Tapo D225, including dual-powered options, 24/7 continuous recording, and local and cloud storage.</w:t>
      </w:r>
      <w:r/>
    </w:p>
    <w:p>
      <w:pPr>
        <w:pStyle w:val="ListNumber"/>
        <w:spacing w:line="240" w:lineRule="auto"/>
        <w:ind w:left="720"/>
      </w:pPr>
      <w:r/>
      <w:hyperlink r:id="rId11">
        <w:r>
          <w:rPr>
            <w:color w:val="0000EE"/>
            <w:u w:val="single"/>
          </w:rPr>
          <w:t>https://www.zdnet.com/home-and-office/smart-home/tp-link-tapos-new-video-doorbell-with-ai-detection-and-no-monthly-fees-is-now-75-with-this-code/</w:t>
        </w:r>
      </w:hyperlink>
      <w:r>
        <w:t xml:space="preserve"> - Provides information on the pricing and introductory offers for the Tapo D225 and D210, as well as their key features like AI detection and no monthly fees.</w:t>
      </w:r>
      <w:r/>
    </w:p>
    <w:p>
      <w:pPr>
        <w:pStyle w:val="ListNumber"/>
        <w:spacing w:line="240" w:lineRule="auto"/>
        <w:ind w:left="720"/>
      </w:pPr>
      <w:r/>
      <w:hyperlink r:id="rId12">
        <w:r>
          <w:rPr>
            <w:color w:val="0000EE"/>
            <w:u w:val="single"/>
          </w:rPr>
          <w:t>https://9to5toys.com/2024/09/18/tp-link-ultra-affordable-d120-smart-video-doorbell/</w:t>
        </w:r>
      </w:hyperlink>
      <w:r>
        <w:t xml:space="preserve"> - Discusses the price reductions and features of the Tapo D120 and D225, including their battery life, field of view, and compatibility with smart home systems.</w:t>
      </w:r>
      <w:r/>
    </w:p>
    <w:p>
      <w:pPr>
        <w:pStyle w:val="ListNumber"/>
        <w:spacing w:line="240" w:lineRule="auto"/>
        <w:ind w:left="720"/>
      </w:pPr>
      <w:r/>
      <w:hyperlink r:id="rId13">
        <w:r>
          <w:rPr>
            <w:color w:val="0000EE"/>
            <w:u w:val="single"/>
          </w:rPr>
          <w:t>https://www.cnet.com/home/security/tp-links-new-tapo-video-doorbells-can-call-you-and-we-wish-more-cameras-did/</w:t>
        </w:r>
      </w:hyperlink>
      <w:r>
        <w:t xml:space="preserve"> - Explains the unique features of the Tapo D225 and D210, such as the Ring Call feature, 24/7 recording, and integration with Alexa and Google Assistant.</w:t>
      </w:r>
      <w:r/>
    </w:p>
    <w:p>
      <w:pPr>
        <w:pStyle w:val="ListNumber"/>
        <w:spacing w:line="240" w:lineRule="auto"/>
        <w:ind w:left="720"/>
      </w:pPr>
      <w:r/>
      <w:hyperlink r:id="rId14">
        <w:r>
          <w:rPr>
            <w:color w:val="0000EE"/>
            <w:u w:val="single"/>
          </w:rPr>
          <w:t>https://www.theverge.com/2024/8/15/24220944/tplink-tapo-d225-video-doorbell-camera-review</w:t>
        </w:r>
      </w:hyperlink>
      <w:r>
        <w:t xml:space="preserve"> - Reviews the Tapo D225, highlighting its continuous recording capabilities, AI-powered detection, and the difference between the D225 and the D210 models.</w:t>
      </w:r>
      <w:r/>
    </w:p>
    <w:p>
      <w:pPr>
        <w:pStyle w:val="ListNumber"/>
        <w:spacing w:line="240" w:lineRule="auto"/>
        <w:ind w:left="720"/>
      </w:pPr>
      <w:r/>
      <w:hyperlink r:id="rId10">
        <w:r>
          <w:rPr>
            <w:color w:val="0000EE"/>
            <w:u w:val="single"/>
          </w:rPr>
          <w:t>https://www.amazon.com/Tapo-Doorbell-Ultra-Wide-Detection-D225/dp/B0D8MKQ5RC</w:t>
        </w:r>
      </w:hyperlink>
      <w:r>
        <w:t xml:space="preserve"> - Details the local and cloud storage options for the Tapo D225, including the use of microSD cards and Tapo Care cloud storage services.</w:t>
      </w:r>
      <w:r/>
    </w:p>
    <w:p>
      <w:pPr>
        <w:pStyle w:val="ListNumber"/>
        <w:spacing w:line="240" w:lineRule="auto"/>
        <w:ind w:left="720"/>
      </w:pPr>
      <w:r/>
      <w:hyperlink r:id="rId11">
        <w:r>
          <w:rPr>
            <w:color w:val="0000EE"/>
            <w:u w:val="single"/>
          </w:rPr>
          <w:t>https://www.zdnet.com/home-and-office/smart-home/tp-link-tapos-new-video-doorbell-with-ai-detection-and-no-monthly-fees-is-now-75-with-this-code/</w:t>
        </w:r>
      </w:hyperlink>
      <w:r>
        <w:t xml:space="preserve"> - Mentions the AI recognition features for people, vehicles, and packages on both the Tapo D225 and D210, available without monthly fees.</w:t>
      </w:r>
      <w:r/>
    </w:p>
    <w:p>
      <w:pPr>
        <w:pStyle w:val="ListNumber"/>
        <w:spacing w:line="240" w:lineRule="auto"/>
        <w:ind w:left="720"/>
      </w:pPr>
      <w:r/>
      <w:hyperlink r:id="rId12">
        <w:r>
          <w:rPr>
            <w:color w:val="0000EE"/>
            <w:u w:val="single"/>
          </w:rPr>
          <w:t>https://9to5toys.com/2024/09/18/tp-link-ultra-affordable-d120-smart-video-doorbell/</w:t>
        </w:r>
      </w:hyperlink>
      <w:r>
        <w:t xml:space="preserve"> - Describes the 2K resolution and 160° ultra-wide field of view of the Tapo D120, as well as its color night vision and built-in spotlights.</w:t>
      </w:r>
      <w:r/>
    </w:p>
    <w:p>
      <w:pPr>
        <w:pStyle w:val="ListNumber"/>
        <w:spacing w:line="240" w:lineRule="auto"/>
        <w:ind w:left="720"/>
      </w:pPr>
      <w:r/>
      <w:hyperlink r:id="rId13">
        <w:r>
          <w:rPr>
            <w:color w:val="0000EE"/>
            <w:u w:val="single"/>
          </w:rPr>
          <w:t>https://www.cnet.com/home/security/tp-links-new-tapo-video-doorbells-can-call-you-and-we-wish-more-cameras-did/</w:t>
        </w:r>
      </w:hyperlink>
      <w:r>
        <w:t xml:space="preserve"> - Explains the phone call notification feature of the Tapo doorbells, allowing users to respond to visitors without opening the app.</w:t>
      </w:r>
      <w:r/>
    </w:p>
    <w:p>
      <w:pPr>
        <w:pStyle w:val="ListNumber"/>
        <w:spacing w:line="240" w:lineRule="auto"/>
        <w:ind w:left="720"/>
      </w:pPr>
      <w:r/>
      <w:hyperlink r:id="rId14">
        <w:r>
          <w:rPr>
            <w:color w:val="0000EE"/>
            <w:u w:val="single"/>
          </w:rPr>
          <w:t>https://www.theverge.com/2024/8/15/24220944/tplink-tapo-d225-video-doorbell-camera-review</w:t>
        </w:r>
      </w:hyperlink>
      <w:r>
        <w:t xml:space="preserve"> - Details the integration of the Tapo D225 with smart home systems like Alexa and Google Assistant, and its compatibility with voice commands.</w:t>
      </w:r>
      <w:r/>
    </w:p>
    <w:p>
      <w:pPr>
        <w:pStyle w:val="ListNumber"/>
        <w:spacing w:line="240" w:lineRule="auto"/>
        <w:ind w:left="720"/>
      </w:pPr>
      <w:r/>
      <w:hyperlink r:id="rId11">
        <w:r>
          <w:rPr>
            <w:color w:val="0000EE"/>
            <w:u w:val="single"/>
          </w:rPr>
          <w:t>https://www.zdnet.com/home-and-office/smart-home/tp-link-tapos-new-video-doorbell-with-ai-detection-and-no-monthly-fees-is-now-75-with-this-code/</w:t>
        </w:r>
      </w:hyperlink>
      <w:r>
        <w:t xml:space="preserve"> - Mentions the availability of these smart doorbells on platforms like Amazon and their appeal for enhancing home security without additional costs.</w:t>
      </w:r>
      <w:r/>
    </w:p>
    <w:p>
      <w:pPr>
        <w:pStyle w:val="ListNumber"/>
        <w:spacing w:line="240" w:lineRule="auto"/>
        <w:ind w:left="720"/>
      </w:pPr>
      <w:r/>
      <w:hyperlink r:id="rId15">
        <w:r>
          <w:rPr>
            <w:color w:val="0000EE"/>
            <w:u w:val="single"/>
          </w:rPr>
          <w:t>https://9to5toys.com/2024/10/03/tp-link-new-affordable-smart-video-doorbells/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azon.com/Tapo-Doorbell-Ultra-Wide-Detection-D225/dp/B0D8MKQ5RC" TargetMode="External"/><Relationship Id="rId11" Type="http://schemas.openxmlformats.org/officeDocument/2006/relationships/hyperlink" Target="https://www.zdnet.com/home-and-office/smart-home/tp-link-tapos-new-video-doorbell-with-ai-detection-and-no-monthly-fees-is-now-75-with-this-code/" TargetMode="External"/><Relationship Id="rId12" Type="http://schemas.openxmlformats.org/officeDocument/2006/relationships/hyperlink" Target="https://9to5toys.com/2024/09/18/tp-link-ultra-affordable-d120-smart-video-doorbell/" TargetMode="External"/><Relationship Id="rId13" Type="http://schemas.openxmlformats.org/officeDocument/2006/relationships/hyperlink" Target="https://www.cnet.com/home/security/tp-links-new-tapo-video-doorbells-can-call-you-and-we-wish-more-cameras-did/" TargetMode="External"/><Relationship Id="rId14" Type="http://schemas.openxmlformats.org/officeDocument/2006/relationships/hyperlink" Target="https://www.theverge.com/2024/8/15/24220944/tplink-tapo-d225-video-doorbell-camera-review" TargetMode="External"/><Relationship Id="rId15" Type="http://schemas.openxmlformats.org/officeDocument/2006/relationships/hyperlink" Target="https://9to5toys.com/2024/10/03/tp-link-new-affordable-smart-video-doorbel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