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browser Arc Search transforms user experience on iPhone 16 Pro Max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what appears to be a significant advancement in smartphone functionality, users of the iPhone 16 Pro Max have discovered a deeply integrated feature that promises to enhance user experience—an AI-driven mobile browser, Arc Search, seamlessly paired with the device's innovative Action button. This discovery follows a lengthy search by technology aficionados for practical applications of the Action button, a hardware feature introduced with the iPhone 15 Pro Max.</w:t>
      </w:r>
      <w:r/>
    </w:p>
    <w:p>
      <w:r/>
      <w:r>
        <w:t>Arc Search, the AI browser in question, acts as a powerful web-browsing tool that compiles a summary of information from various sources. This dynamic approach to gathering data makes it not only a competitor but a potentially preferred alternative to traditional web browsers, including Google's search engine. The distinguishing feature of Arc Search lies in its dual browsing mode, permitting users to effortlessly switch between conventional web exploration and AI-generated summaries. This flexibility has primarily attracted users who require comprehensive, yet concise information quickly.</w:t>
      </w:r>
      <w:r/>
    </w:p>
    <w:p>
      <w:r/>
      <w:r>
        <w:t>For users of the iPhone 16 Pro Max, coupling Arc Search with the Action button has transformed the way they interact with their devices. By simplifying the process to a single press, accessing a wealth of information is now instantaneous, effectively acting as a digital concierge. This integration is particularly appealing to individuals who routinely seek out reliable local recommendations or specific event details, such as NFL start times in the UK, by pooling resources from platforms like Tripadvisor and Yelp.</w:t>
      </w:r>
      <w:r/>
    </w:p>
    <w:p>
      <w:r/>
      <w:r>
        <w:t>One of the unique capabilities of Arc Search is its ability to perform nuanced searches within websites such as Reddit. Historically, users have queried Google followed by 'Reddit' to find discussions relevant to their interests. With Arc Search, this process is streamlined; users can initiate inquiries directly through the browser, enabling the AI to traverse Reddit threads and comments, thereby simplifying the collection of topic-specific content.</w:t>
      </w:r>
      <w:r/>
    </w:p>
    <w:p>
      <w:r/>
      <w:r>
        <w:t>Despite Arc Search's availability as a standalone app, the convenience afforded by mapping it to the Action button cannot be overstated. The primary advantage is accessibility—enabling users to engage with the AI tool anywhere on their device without navigating through the home screen. For iPhone owners whose models do not include an Action button, Arc Search extends its functionality through various widgets, preserving its value across the iPhone range.</w:t>
      </w:r>
      <w:r/>
    </w:p>
    <w:p>
      <w:r/>
      <w:r>
        <w:t>This newfound utility for the Action button, bolstered by the introduction of Arc Search, highlights a broader trend of integrating artificial intelligence into everyday technology use. It also reflects a growing recognition among users of the potential for AI to drastically alter how they interact with digital devices, making AI not just a buzzword, but a practical, everyday tool. As AI continues to permeate different aspects of consumer technology, features like the Action button may become pivotal in leveraging these advancements for enhanced usability.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https://www.macrumors.com/2024/01/29/arc-search-iphone-app-ai/</w:t>
        </w:r>
      </w:hyperlink>
      <w:r>
        <w:t xml:space="preserve"> - Corroborates the introduction of Arc Search, its AI-powered features, and the 'Browse for me' functionality that compiles information from multiple sources.</w:t>
      </w:r>
      <w:r/>
    </w:p>
    <w:p>
      <w:pPr>
        <w:pStyle w:val="ListNumber"/>
        <w:spacing w:line="240" w:lineRule="auto"/>
        <w:ind w:left="720"/>
      </w:pPr>
      <w:r/>
      <w:hyperlink r:id="rId11">
        <w:r>
          <w:rPr>
            <w:color w:val="0000EE"/>
            <w:u w:val="single"/>
          </w:rPr>
          <w:t>https://apps.apple.com/us/app/arc-search-find-it-faster/id6472513080?mt=8</w:t>
        </w:r>
      </w:hyperlink>
      <w:r>
        <w:t xml:space="preserve"> - Details the various features of Arc Search, including AI summarization, ad-free browsing, and the ability to use traditional search engines like Google and Bing.</w:t>
      </w:r>
      <w:r/>
    </w:p>
    <w:p>
      <w:pPr>
        <w:pStyle w:val="ListNumber"/>
        <w:spacing w:line="240" w:lineRule="auto"/>
        <w:ind w:left="720"/>
      </w:pPr>
      <w:r/>
      <w:hyperlink r:id="rId12">
        <w:r>
          <w:rPr>
            <w:color w:val="0000EE"/>
            <w:u w:val="single"/>
          </w:rPr>
          <w:t>https://tech.hindustantimes.com/mobile/news/arc-search-ai-powered-iphone-browser-automates-search-best-alternative-for-safari-chrome-71706593816142.html</w:t>
        </w:r>
      </w:hyperlink>
      <w:r>
        <w:t xml:space="preserve"> - Explains how Arc Search uses AI to generate search responses, its 'Browse for me' feature, and its comparison to traditional browsers like Safari and Chrome.</w:t>
      </w:r>
      <w:r/>
    </w:p>
    <w:p>
      <w:pPr>
        <w:pStyle w:val="ListNumber"/>
        <w:spacing w:line="240" w:lineRule="auto"/>
        <w:ind w:left="720"/>
      </w:pPr>
      <w:r/>
      <w:hyperlink r:id="rId13">
        <w:r>
          <w:rPr>
            <w:color w:val="0000EE"/>
            <w:u w:val="single"/>
          </w:rPr>
          <w:t>https://www.digitaltrends.com/mobile/arc-search-iphone-app-now-available-on-android/</w:t>
        </w:r>
      </w:hyperlink>
      <w:r>
        <w:t xml:space="preserve"> - Discusses the 'Browse for me' feature, the app's ability to block ads and trackers, and its availability on both iOS and Android platforms.</w:t>
      </w:r>
      <w:r/>
    </w:p>
    <w:p>
      <w:pPr>
        <w:pStyle w:val="ListNumber"/>
        <w:spacing w:line="240" w:lineRule="auto"/>
        <w:ind w:left="720"/>
      </w:pPr>
      <w:r/>
      <w:hyperlink r:id="rId14">
        <w:r>
          <w:rPr>
            <w:color w:val="0000EE"/>
            <w:u w:val="single"/>
          </w:rPr>
          <w:t>https://www.techradar.com/phones/ios/i-added-ai-to-my-iphone-16-pro-maxs-action-button-and-now-i-get-the-hype</w:t>
        </w:r>
      </w:hyperlink>
      <w:r>
        <w:t xml:space="preserve"> - Describes the integration of Arc Search with the iPhone's Action button, enhancing user experience by providing quick access to AI-generated summaries.</w:t>
      </w:r>
      <w:r/>
    </w:p>
    <w:p>
      <w:pPr>
        <w:pStyle w:val="ListNumber"/>
        <w:spacing w:line="240" w:lineRule="auto"/>
        <w:ind w:left="720"/>
      </w:pPr>
      <w:r/>
      <w:hyperlink r:id="rId14">
        <w:r>
          <w:rPr>
            <w:color w:val="0000EE"/>
            <w:u w:val="single"/>
          </w:rPr>
          <w:t>https://www.techradar.com/phones/ios/i-added-ai-to-my-iphone-16-pro-maxs-action-button-and-now-i-get-the-hype</w:t>
        </w:r>
      </w:hyperlink>
      <w:r>
        <w:t xml:space="preserve"> - Highlights the convenience of using Arc Search for nuanced searches within websites like Reddit and its overall impact on user interaction.</w:t>
      </w:r>
      <w:r/>
    </w:p>
    <w:p>
      <w:pPr>
        <w:pStyle w:val="ListNumber"/>
        <w:spacing w:line="240" w:lineRule="auto"/>
        <w:ind w:left="720"/>
      </w:pPr>
      <w:r/>
      <w:hyperlink r:id="rId10">
        <w:r>
          <w:rPr>
            <w:color w:val="0000EE"/>
            <w:u w:val="single"/>
          </w:rPr>
          <w:t>https://www.macrumors.com/2024/01/29/arc-search-iphone-app-ai/</w:t>
        </w:r>
      </w:hyperlink>
      <w:r>
        <w:t xml:space="preserve"> - Mentions the reader mode, bookmarking, and tab archiving features of Arc Search, contributing to its comprehensive browsing experience.</w:t>
      </w:r>
      <w:r/>
    </w:p>
    <w:p>
      <w:pPr>
        <w:pStyle w:val="ListNumber"/>
        <w:spacing w:line="240" w:lineRule="auto"/>
        <w:ind w:left="720"/>
      </w:pPr>
      <w:r/>
      <w:hyperlink r:id="rId11">
        <w:r>
          <w:rPr>
            <w:color w:val="0000EE"/>
            <w:u w:val="single"/>
          </w:rPr>
          <w:t>https://apps.apple.com/us/app/arc-search-find-it-faster/id6472513080?mt=8</w:t>
        </w:r>
      </w:hyperlink>
      <w:r>
        <w:t xml:space="preserve"> - Details the privacy-focused features of Arc Search, including advanced private browsing modes and comprehensive data protection.</w:t>
      </w:r>
      <w:r/>
    </w:p>
    <w:p>
      <w:pPr>
        <w:pStyle w:val="ListNumber"/>
        <w:spacing w:line="240" w:lineRule="auto"/>
        <w:ind w:left="720"/>
      </w:pPr>
      <w:r/>
      <w:hyperlink r:id="rId12">
        <w:r>
          <w:rPr>
            <w:color w:val="0000EE"/>
            <w:u w:val="single"/>
          </w:rPr>
          <w:t>https://tech.hindustantimes.com/mobile/news/arc-search-ai-powered-iphone-browser-automates-search-best-alternative-for-safari-chrome-71706593816142.html</w:t>
        </w:r>
      </w:hyperlink>
      <w:r>
        <w:t xml:space="preserve"> - Explains how Arc Search generates custom web pages with relevant information and provides links to source websites.</w:t>
      </w:r>
      <w:r/>
    </w:p>
    <w:p>
      <w:pPr>
        <w:pStyle w:val="ListNumber"/>
        <w:spacing w:line="240" w:lineRule="auto"/>
        <w:ind w:left="720"/>
      </w:pPr>
      <w:r/>
      <w:hyperlink r:id="rId13">
        <w:r>
          <w:rPr>
            <w:color w:val="0000EE"/>
            <w:u w:val="single"/>
          </w:rPr>
          <w:t>https://www.digitaltrends.com/mobile/arc-search-iphone-app-now-available-on-android/</w:t>
        </w:r>
      </w:hyperlink>
      <w:r>
        <w:t xml:space="preserve"> - Discusses the availability of Arc Search on Android devices and its ongoing development to match the feature set of the iOS version.</w:t>
      </w:r>
      <w:r/>
    </w:p>
    <w:p>
      <w:pPr>
        <w:pStyle w:val="ListNumber"/>
        <w:spacing w:line="240" w:lineRule="auto"/>
        <w:ind w:left="720"/>
      </w:pPr>
      <w:r/>
      <w:hyperlink r:id="rId14">
        <w:r>
          <w:rPr>
            <w:color w:val="0000EE"/>
            <w:u w:val="single"/>
          </w:rPr>
          <w:t>https://www.techradar.com/phones/ios/i-added-ai-to-my-iphone-16-pro-maxs-action-button-and-now-i-get-the-hype</w:t>
        </w:r>
      </w:hyperlink>
      <w:r>
        <w:t xml:space="preserve"> - Highlights the broader trend of integrating AI into everyday technology use and the potential for features like the Action button to enhance usability.</w:t>
      </w:r>
      <w:r/>
    </w:p>
    <w:p>
      <w:pPr>
        <w:pStyle w:val="ListNumber"/>
        <w:spacing w:line="240" w:lineRule="auto"/>
        <w:ind w:left="720"/>
      </w:pPr>
      <w:r/>
      <w:hyperlink r:id="rId14">
        <w:r>
          <w:rPr>
            <w:color w:val="0000EE"/>
            <w:u w:val="single"/>
          </w:rPr>
          <w:t>https://www.techradar.com/phones/ios/i-added-ai-to-my-iphone-16-pro-maxs-action-button-and-now-i-get-the-hype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01/29/arc-search-iphone-app-ai/" TargetMode="External"/><Relationship Id="rId11" Type="http://schemas.openxmlformats.org/officeDocument/2006/relationships/hyperlink" Target="https://apps.apple.com/us/app/arc-search-find-it-faster/id6472513080?mt=8" TargetMode="External"/><Relationship Id="rId12" Type="http://schemas.openxmlformats.org/officeDocument/2006/relationships/hyperlink" Target="https://tech.hindustantimes.com/mobile/news/arc-search-ai-powered-iphone-browser-automates-search-best-alternative-for-safari-chrome-71706593816142.html" TargetMode="External"/><Relationship Id="rId13" Type="http://schemas.openxmlformats.org/officeDocument/2006/relationships/hyperlink" Target="https://www.digitaltrends.com/mobile/arc-search-iphone-app-now-available-on-android/" TargetMode="External"/><Relationship Id="rId14" Type="http://schemas.openxmlformats.org/officeDocument/2006/relationships/hyperlink" Target="https://www.techradar.com/phones/ios/i-added-ai-to-my-iphone-16-pro-maxs-action-button-and-now-i-get-the-h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