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launch iOS 18.1 with innovative Apple Intelligence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preparing to release an anticipated update for iPhone users, introducing several innovative features as part of its new iOS 18.1 software. The latest update is scheduled for release on Monday, October 28, and it will be notably marked by the arrival of Apple Intelligence. This feature, integrating tools from OpenAI's ChatGPT, will debut amidst much excitement within the tech community.</w:t>
      </w:r>
      <w:r/>
    </w:p>
    <w:p>
      <w:r/>
      <w:r>
        <w:t>Although the iPhone 16, which launched last month, did not include this anticipated AI-driven element, users are eagerly awaiting the upgrade that promises to enhance capabilities, especially for Siri. Initially, the rollout for Apple Intelligence will be geographically limited, with full functionality available first to users in the United States. By the end of December, other English-speaking regions, including the UK, Canada, Australia, New Zealand, and South Africa, will see these updates in their devices.</w:t>
      </w:r>
      <w:r/>
    </w:p>
    <w:p>
      <w:r/>
      <w:r>
        <w:t>Apple Intelligence offers several initial features such as writing improvements and notification summaries. As the rollout progresses, additional features like the ability to create custom emojis through Genmoji, and a more intuitive, AI-infused Siri are expected to be available from spring next year.</w:t>
      </w:r>
      <w:r/>
    </w:p>
    <w:p>
      <w:r/>
      <w:r>
        <w:t>However, to access Apple Intelligence, users must ensure that their devices meet specific criteria. This includes installing iOS 18.1 and setting their device and Siri languages to the supported options. Furthermore, users will need to free up at least 4GB of storage space to accommodate the features, a requirement that Apple warns may expand as more updates are introduced.</w:t>
      </w:r>
      <w:r/>
    </w:p>
    <w:p>
      <w:r/>
      <w:r>
        <w:t xml:space="preserve">The devices compatible with Apple Intelligence are somewhat limited. The newest iPhone models, including the iPhone 16 series (standard, Plus, Pro, and Pro Max) and the iPhone 15 Pro and Pro Max, are among those that will support the upcoming features. </w:t>
      </w:r>
      <w:r/>
    </w:p>
    <w:p>
      <w:r/>
      <w:r>
        <w:t>Apple's strategic integration with artificial intelligence represents its latest push to keep pace in a competitive tech market. As AI technologies become increasingly essential to personal device functionality, Apple Intelligence could potentially redefine user interaction with iPhones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https://www.reddit.com/r/apple/comments/1fxfb0s/apple_reportedly_releasing_ios_181_with_apple/</w:t>
        </w:r>
      </w:hyperlink>
      <w:r>
        <w:t xml:space="preserve"> - Corroborates the release date of iOS 18.1 and the introduction of Apple Intelligence features.</w:t>
      </w:r>
      <w:r/>
    </w:p>
    <w:p>
      <w:pPr>
        <w:pStyle w:val="ListNumber"/>
        <w:spacing w:line="240" w:lineRule="auto"/>
        <w:ind w:left="720"/>
      </w:pPr>
      <w:r/>
      <w:hyperlink r:id="rId11">
        <w:r>
          <w:rPr>
            <w:color w:val="0000EE"/>
            <w:u w:val="single"/>
          </w:rPr>
          <w:t>https://macdailynews.com/2024/10/07/apple-plans-release-of-ios-18-1-first-apple-intelligence-features-on-october-28th/</w:t>
        </w:r>
      </w:hyperlink>
      <w:r>
        <w:t xml:space="preserve"> - Confirms the release date of iOS 18.1 and details the initial Apple Intelligence features.</w:t>
      </w:r>
      <w:r/>
    </w:p>
    <w:p>
      <w:pPr>
        <w:pStyle w:val="ListNumber"/>
        <w:spacing w:line="240" w:lineRule="auto"/>
        <w:ind w:left="720"/>
      </w:pPr>
      <w:r/>
      <w:hyperlink r:id="rId12">
        <w:r>
          <w:rPr>
            <w:color w:val="0000EE"/>
            <w:u w:val="single"/>
          </w:rPr>
          <w:t>https://www.macrumors.com/2024/10/06/apple-to-release-ios-18-1-on-october-28</w:t>
        </w:r>
      </w:hyperlink>
      <w:r>
        <w:t xml:space="preserve"> - Provides details on the features included in iOS 18.1 and the rollout plan for Apple Intelligence.</w:t>
      </w:r>
      <w:r/>
    </w:p>
    <w:p>
      <w:pPr>
        <w:pStyle w:val="ListNumber"/>
        <w:spacing w:line="240" w:lineRule="auto"/>
        <w:ind w:left="720"/>
      </w:pPr>
      <w:r/>
      <w:hyperlink r:id="rId13">
        <w:r>
          <w:rPr>
            <w:color w:val="0000EE"/>
            <w:u w:val="single"/>
          </w:rPr>
          <w:t>https://www.reddit.com/r/ios/comments/1fxfbb1/apple_reportedly_releasing_ios_181_with_apple/</w:t>
        </w:r>
      </w:hyperlink>
      <w:r>
        <w:t xml:space="preserve"> - Discusses user expectations and the phased rollout of Apple Intelligence features.</w:t>
      </w:r>
      <w:r/>
    </w:p>
    <w:p>
      <w:pPr>
        <w:pStyle w:val="ListNumber"/>
        <w:spacing w:line="240" w:lineRule="auto"/>
        <w:ind w:left="720"/>
      </w:pPr>
      <w:r/>
      <w:hyperlink r:id="rId14">
        <w:r>
          <w:rPr>
            <w:color w:val="0000EE"/>
            <w:u w:val="single"/>
          </w:rPr>
          <w:t>https://9to5mac.com/2024/10/06/apple-intelligence-ios-18-1-release-date/</w:t>
        </w:r>
      </w:hyperlink>
      <w:r>
        <w:t xml:space="preserve"> - Details the features of iOS 18.1 and the timeline for subsequent updates to Apple Intelligence.</w:t>
      </w:r>
      <w:r/>
    </w:p>
    <w:p>
      <w:pPr>
        <w:pStyle w:val="ListNumber"/>
        <w:spacing w:line="240" w:lineRule="auto"/>
        <w:ind w:left="720"/>
      </w:pPr>
      <w:r/>
      <w:hyperlink r:id="rId12">
        <w:r>
          <w:rPr>
            <w:color w:val="0000EE"/>
            <w:u w:val="single"/>
          </w:rPr>
          <w:t>https://www.macrumors.com/2024/10/06/apple-to-release-ios-18-1-on-october-28</w:t>
        </w:r>
      </w:hyperlink>
      <w:r>
        <w:t xml:space="preserve"> - Specifies the compatible devices for Apple Intelligence, including iPhone 16 and iPhone 15 Pro models.</w:t>
      </w:r>
      <w:r/>
    </w:p>
    <w:p>
      <w:pPr>
        <w:pStyle w:val="ListNumber"/>
        <w:spacing w:line="240" w:lineRule="auto"/>
        <w:ind w:left="720"/>
      </w:pPr>
      <w:r/>
      <w:hyperlink r:id="rId11">
        <w:r>
          <w:rPr>
            <w:color w:val="0000EE"/>
            <w:u w:val="single"/>
          </w:rPr>
          <w:t>https://macdailynews.com/2024/10/07/apple-plans-release-of-ios-18-1-first-apple-intelligence-features-on-october-28th/</w:t>
        </w:r>
      </w:hyperlink>
      <w:r>
        <w:t xml:space="preserve"> - Explains the initial features of Apple Intelligence, such as writing improvements and notification summaries.</w:t>
      </w:r>
      <w:r/>
    </w:p>
    <w:p>
      <w:pPr>
        <w:pStyle w:val="ListNumber"/>
        <w:spacing w:line="240" w:lineRule="auto"/>
        <w:ind w:left="720"/>
      </w:pPr>
      <w:r/>
      <w:hyperlink r:id="rId14">
        <w:r>
          <w:rPr>
            <w:color w:val="0000EE"/>
            <w:u w:val="single"/>
          </w:rPr>
          <w:t>https://9to5mac.com/2024/10/06/apple-intelligence-ios-18-1-release-date/</w:t>
        </w:r>
      </w:hyperlink>
      <w:r>
        <w:t xml:space="preserve"> - Mentions the need for specific device settings and storage space to access Apple Intelligence features.</w:t>
      </w:r>
      <w:r/>
    </w:p>
    <w:p>
      <w:pPr>
        <w:pStyle w:val="ListNumber"/>
        <w:spacing w:line="240" w:lineRule="auto"/>
        <w:ind w:left="720"/>
      </w:pPr>
      <w:r/>
      <w:hyperlink r:id="rId10">
        <w:r>
          <w:rPr>
            <w:color w:val="0000EE"/>
            <w:u w:val="single"/>
          </w:rPr>
          <w:t>https://www.reddit.com/r/apple/comments/1fxfb0s/apple_reportedly_releasing_ios_181_with_apple/</w:t>
        </w:r>
      </w:hyperlink>
      <w:r>
        <w:t xml:space="preserve"> - Discusses the phased rollout of advanced features like ChatGPT support and a more intuitive Siri.</w:t>
      </w:r>
      <w:r/>
    </w:p>
    <w:p>
      <w:pPr>
        <w:pStyle w:val="ListNumber"/>
        <w:spacing w:line="240" w:lineRule="auto"/>
        <w:ind w:left="720"/>
      </w:pPr>
      <w:r/>
      <w:hyperlink r:id="rId11">
        <w:r>
          <w:rPr>
            <w:color w:val="0000EE"/>
            <w:u w:val="single"/>
          </w:rPr>
          <w:t>https://macdailynews.com/2024/10/07/apple-plans-release-of-ios-18-1-first-apple-intelligence-features-on-october-28th/</w:t>
        </w:r>
      </w:hyperlink>
      <w:r>
        <w:t xml:space="preserve"> - Highlights Apple's strategic integration with AI to stay competitive in the tech market.</w:t>
      </w:r>
      <w:r/>
    </w:p>
    <w:p>
      <w:pPr>
        <w:pStyle w:val="ListNumber"/>
        <w:spacing w:line="240" w:lineRule="auto"/>
        <w:ind w:left="720"/>
      </w:pPr>
      <w:r/>
      <w:hyperlink r:id="rId12">
        <w:r>
          <w:rPr>
            <w:color w:val="0000EE"/>
            <w:u w:val="single"/>
          </w:rPr>
          <w:t>https://www.macrumors.com/2024/10/06/apple-to-release-ios-18-1-on-october-28</w:t>
        </w:r>
      </w:hyperlink>
      <w:r>
        <w:t xml:space="preserve"> - Details the future updates, including iOS 18.2 and iOS 18.3 or 18.4, which will bring more advanced Apple Intelligence features.</w:t>
      </w:r>
      <w:r/>
    </w:p>
    <w:p>
      <w:pPr>
        <w:pStyle w:val="ListNumber"/>
        <w:spacing w:line="240" w:lineRule="auto"/>
        <w:ind w:left="720"/>
      </w:pPr>
      <w:r/>
      <w:hyperlink r:id="rId15">
        <w:r>
          <w:rPr>
            <w:color w:val="0000EE"/>
            <w:u w:val="single"/>
          </w:rPr>
          <w:t>https://www.birminghammail.co.uk/news/uk-news/iphone-users-must-check-settings-30098140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apple/comments/1fxfb0s/apple_reportedly_releasing_ios_181_with_apple/" TargetMode="External"/><Relationship Id="rId11" Type="http://schemas.openxmlformats.org/officeDocument/2006/relationships/hyperlink" Target="https://macdailynews.com/2024/10/07/apple-plans-release-of-ios-18-1-first-apple-intelligence-features-on-october-28th/" TargetMode="External"/><Relationship Id="rId12" Type="http://schemas.openxmlformats.org/officeDocument/2006/relationships/hyperlink" Target="https://www.macrumors.com/2024/10/06/apple-to-release-ios-18-1-on-october-28" TargetMode="External"/><Relationship Id="rId13" Type="http://schemas.openxmlformats.org/officeDocument/2006/relationships/hyperlink" Target="https://www.reddit.com/r/ios/comments/1fxfbb1/apple_reportedly_releasing_ios_181_with_apple/" TargetMode="External"/><Relationship Id="rId14" Type="http://schemas.openxmlformats.org/officeDocument/2006/relationships/hyperlink" Target="https://9to5mac.com/2024/10/06/apple-intelligence-ios-18-1-release-date/" TargetMode="External"/><Relationship Id="rId15" Type="http://schemas.openxmlformats.org/officeDocument/2006/relationships/hyperlink" Target="https://www.birminghammail.co.uk/news/uk-news/iphone-users-must-check-settings-300981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