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programming language Mojo draws interest amid developer discontent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Programming Language Mojo Draws Interest Amid Developer Discontent</w:t>
      </w:r>
      <w:r/>
    </w:p>
    <w:p>
      <w:r/>
      <w:r>
        <w:t>Software developers are expressing widespread dissatisfaction, a sentiment highlighted by Stack Overflow's recent Developer Survey. The survey reveals that over 32% of developers are unhappy in their roles, while nearly 48% feel indifferent about their jobs. Issues such as technical debt, which affects 62.4% of respondents, and relying on inadequate tools, cited by 31.2%, are major contributors to this discontent.</w:t>
      </w:r>
      <w:r/>
    </w:p>
    <w:p>
      <w:r/>
      <w:r>
        <w:t>Amidst these challenges, developers are exploring ways to revitalise their careers, with upskilling emerging as a promising avenue. Mastering new programming languages is frequently seen as a path to enhance job satisfaction, and Mojo is gaining attention in this context.</w:t>
      </w:r>
      <w:r/>
    </w:p>
    <w:p>
      <w:r/>
      <w:r>
        <w:t>Launched in May 2023 by Modular AI, Mojo aims to merge ease of dynamic languages like JavaScript, Python, or Ruby with the performance speed of languages such as Swift, Kotlin, or C++. It is particularly oriented towards artificial intelligence (AI) and machine learning (ML), purporting speeds up to 35,000 times faster than Python. Mojo is crafted to support enterprise-grade AI/ML solutions by integrating Python-like syntax with the power of static typing.</w:t>
      </w:r>
      <w:r/>
    </w:p>
    <w:p>
      <w:r/>
      <w:r>
        <w:t>The language is gaining traction amidst the growing focus on AI, with the market projected to reach $3,680.47 billion by 2034. Since its launch, Mojo has attracted a community of 175,000 developers, amassed 23,000 stars on GitHub, and built a 22,000-strong community. However, developers acknowledge challenges such as a relatively smaller community compared to established languages like Java and Python. Yet, early adopters find opportunities to contribute significantly to its development. For instance, the October 2023 update, version 24.5, included several improvements sourced from user feedback. This followed a June update that saw user suggestions accounting for 11% of enhancements.</w:t>
      </w:r>
      <w:r/>
    </w:p>
    <w:p>
      <w:r/>
      <w:r>
        <w:t>Mojo's applications extend beyond AI to API development and AI-driven web applications, facilitated by its web framework, Mojolicious. It is also applicable in the automation of various tasks and supports robust scientific computing through its powerful data handling and numerical operation capabilities.</w:t>
      </w:r>
      <w:r/>
    </w:p>
    <w:p>
      <w:r/>
      <w:r>
        <w:t>As developers seek to refresh their skills and pivot within the tech industry, Mojo emerges as a compelling option. Despite its newness and associated learning curve, its targeted design for AI and ML, combined with the ability to impact its evolution, positions Mojo as an intriguing choice for software professionals exploring new avenues in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https://www.codecademy.com/article/getting-started-with-modulars-mojo-programming-language</w:t>
        </w:r>
      </w:hyperlink>
      <w:r>
        <w:t xml:space="preserve"> - Corroborates Mojo's design as a superset of Python, combining Python's usability with C's performance, and its focus on AI and machine learning.</w:t>
      </w:r>
      <w:r/>
    </w:p>
    <w:p>
      <w:pPr>
        <w:pStyle w:val="ListNumber"/>
        <w:spacing w:line="240" w:lineRule="auto"/>
        <w:ind w:left="720"/>
      </w:pPr>
      <w:r/>
      <w:hyperlink r:id="rId11">
        <w:r>
          <w:rPr>
            <w:color w:val="0000EE"/>
            <w:u w:val="single"/>
          </w:rPr>
          <w:t>https://www.linkedin.com/pulse/meet-mojo-new-programming-language-combines-python-c-ai-valluru</w:t>
        </w:r>
      </w:hyperlink>
      <w:r>
        <w:t xml:space="preserve"> - Supports the claim that Mojo merges the usability of Python with the performance of lower-level languages like C++ and CUDA, and its specific design for AI applications.</w:t>
      </w:r>
      <w:r/>
    </w:p>
    <w:p>
      <w:pPr>
        <w:pStyle w:val="ListNumber"/>
        <w:spacing w:line="240" w:lineRule="auto"/>
        <w:ind w:left="720"/>
      </w:pPr>
      <w:r/>
      <w:hyperlink r:id="rId12">
        <w:r>
          <w:rPr>
            <w:color w:val="0000EE"/>
            <w:u w:val="single"/>
          </w:rPr>
          <w:t>https://www.modular.com/mojo</w:t>
        </w:r>
      </w:hyperlink>
      <w:r>
        <w:t xml:space="preserve"> - Confirms Mojo's features such as progressive types, zero-cost abstractions, and language-integrated auto-tuning, as well as its performance advantages over Python.</w:t>
      </w:r>
      <w:r/>
    </w:p>
    <w:p>
      <w:pPr>
        <w:pStyle w:val="ListNumber"/>
        <w:spacing w:line="240" w:lineRule="auto"/>
        <w:ind w:left="720"/>
      </w:pPr>
      <w:r/>
      <w:hyperlink r:id="rId13">
        <w:r>
          <w:rPr>
            <w:color w:val="0000EE"/>
            <w:u w:val="single"/>
          </w:rPr>
          <w:t>https://www.datacamp.com/tutorial/mojo-language-the-new-programming-language-for-ai</w:t>
        </w:r>
      </w:hyperlink>
      <w:r>
        <w:t xml:space="preserve"> - Details Mojo's integration with Python, its support for JIT and AOT compilation, and its focus on optimizing for machine learning applications.</w:t>
      </w:r>
      <w:r/>
    </w:p>
    <w:p>
      <w:pPr>
        <w:pStyle w:val="ListNumber"/>
        <w:spacing w:line="240" w:lineRule="auto"/>
        <w:ind w:left="720"/>
      </w:pPr>
      <w:r/>
      <w:hyperlink r:id="rId10">
        <w:r>
          <w:rPr>
            <w:color w:val="0000EE"/>
            <w:u w:val="single"/>
          </w:rPr>
          <w:t>https://www.codecademy.com/article/getting-started-with-modulars-mojo-programming-language</w:t>
        </w:r>
      </w:hyperlink>
      <w:r>
        <w:t xml:space="preserve"> - Provides information on Mojo's community size, GitHub stars, and the active development process, including updates based on user feedback.</w:t>
      </w:r>
      <w:r/>
    </w:p>
    <w:p>
      <w:pPr>
        <w:pStyle w:val="ListNumber"/>
        <w:spacing w:line="240" w:lineRule="auto"/>
        <w:ind w:left="720"/>
      </w:pPr>
      <w:r/>
      <w:hyperlink r:id="rId12">
        <w:r>
          <w:rPr>
            <w:color w:val="0000EE"/>
            <w:u w:val="single"/>
          </w:rPr>
          <w:t>https://www.modular.com/mojo</w:t>
        </w:r>
      </w:hyperlink>
      <w:r>
        <w:t xml:space="preserve"> - Supports the claim of Mojo's growing community, with 175,000 developers, 23,000 stars on GitHub, and a 22,000-strong community.</w:t>
      </w:r>
      <w:r/>
    </w:p>
    <w:p>
      <w:pPr>
        <w:pStyle w:val="ListNumber"/>
        <w:spacing w:line="240" w:lineRule="auto"/>
        <w:ind w:left="720"/>
      </w:pPr>
      <w:r/>
      <w:hyperlink r:id="rId13">
        <w:r>
          <w:rPr>
            <w:color w:val="0000EE"/>
            <w:u w:val="single"/>
          </w:rPr>
          <w:t>https://www.datacamp.com/tutorial/mojo-language-the-new-programming-language-for-ai</w:t>
        </w:r>
      </w:hyperlink>
      <w:r>
        <w:t xml:space="preserve"> - Explains Mojo's potential beyond AI, including API development, AI-driven web applications, and scientific computing.</w:t>
      </w:r>
      <w:r/>
    </w:p>
    <w:p>
      <w:pPr>
        <w:pStyle w:val="ListNumber"/>
        <w:spacing w:line="240" w:lineRule="auto"/>
        <w:ind w:left="720"/>
      </w:pPr>
      <w:r/>
      <w:hyperlink r:id="rId10">
        <w:r>
          <w:rPr>
            <w:color w:val="0000EE"/>
            <w:u w:val="single"/>
          </w:rPr>
          <w:t>https://www.codecademy.com/article/getting-started-with-modulars-mojo-programming-language</w:t>
        </w:r>
      </w:hyperlink>
      <w:r>
        <w:t xml:space="preserve"> - Corroborates Mojo's ability to support enterprise-grade AI/ML solutions and its performance speed, up to 35,000 times faster than Python.</w:t>
      </w:r>
      <w:r/>
    </w:p>
    <w:p>
      <w:pPr>
        <w:pStyle w:val="ListNumber"/>
        <w:spacing w:line="240" w:lineRule="auto"/>
        <w:ind w:left="720"/>
      </w:pPr>
      <w:r/>
      <w:hyperlink r:id="rId11">
        <w:r>
          <w:rPr>
            <w:color w:val="0000EE"/>
            <w:u w:val="single"/>
          </w:rPr>
          <w:t>https://www.linkedin.com/pulse/meet-mojo-new-programming-language-combines-python-c-ai-valluru</w:t>
        </w:r>
      </w:hyperlink>
      <w:r>
        <w:t xml:space="preserve"> - Details the challenges and opportunities for developers in contributing to Mojo's development, despite its relatively smaller community.</w:t>
      </w:r>
      <w:r/>
    </w:p>
    <w:p>
      <w:pPr>
        <w:pStyle w:val="ListNumber"/>
        <w:spacing w:line="240" w:lineRule="auto"/>
        <w:ind w:left="720"/>
      </w:pPr>
      <w:r/>
      <w:hyperlink r:id="rId13">
        <w:r>
          <w:rPr>
            <w:color w:val="0000EE"/>
            <w:u w:val="single"/>
          </w:rPr>
          <w:t>https://www.datacamp.com/tutorial/mojo-language-the-new-programming-language-for-ai</w:t>
        </w:r>
      </w:hyperlink>
      <w:r>
        <w:t xml:space="preserve"> - Discusses the learning curve and the potential for Mojo to become a compelling option for developers seeking to refresh their skills and pivot in the tech industry.</w:t>
      </w:r>
      <w:r/>
    </w:p>
    <w:p>
      <w:pPr>
        <w:pStyle w:val="ListNumber"/>
        <w:spacing w:line="240" w:lineRule="auto"/>
        <w:ind w:left="720"/>
      </w:pPr>
      <w:r/>
      <w:hyperlink r:id="rId12">
        <w:r>
          <w:rPr>
            <w:color w:val="0000EE"/>
            <w:u w:val="single"/>
          </w:rPr>
          <w:t>https://www.modular.com/mojo</w:t>
        </w:r>
      </w:hyperlink>
      <w:r>
        <w:t xml:space="preserve"> - Highlights the user feedback-driven updates, such as the October 2023 update and the June update, which included user-suggested enhancements.</w:t>
      </w:r>
      <w:r/>
    </w:p>
    <w:p>
      <w:pPr>
        <w:pStyle w:val="ListNumber"/>
        <w:spacing w:line="240" w:lineRule="auto"/>
        <w:ind w:left="720"/>
      </w:pPr>
      <w:r/>
      <w:hyperlink r:id="rId14">
        <w:r>
          <w:rPr>
            <w:color w:val="0000EE"/>
            <w:u w:val="single"/>
          </w:rPr>
          <w:t>https://venturebeat.com/programming-development/what-ai-ml-developers-need-to-know-about-mojo/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decademy.com/article/getting-started-with-modulars-mojo-programming-language" TargetMode="External"/><Relationship Id="rId11" Type="http://schemas.openxmlformats.org/officeDocument/2006/relationships/hyperlink" Target="https://www.linkedin.com/pulse/meet-mojo-new-programming-language-combines-python-c-ai-valluru" TargetMode="External"/><Relationship Id="rId12" Type="http://schemas.openxmlformats.org/officeDocument/2006/relationships/hyperlink" Target="https://www.modular.com/mojo" TargetMode="External"/><Relationship Id="rId13" Type="http://schemas.openxmlformats.org/officeDocument/2006/relationships/hyperlink" Target="https://www.datacamp.com/tutorial/mojo-language-the-new-programming-language-for-ai" TargetMode="External"/><Relationship Id="rId14" Type="http://schemas.openxmlformats.org/officeDocument/2006/relationships/hyperlink" Target="https://venturebeat.com/programming-development/what-ai-ml-developers-need-to-know-about-moj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