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Gemini AI image generator with new tweaking features in latest Android beta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Enhances Gemini AI Image Generator with New Tweaking Features in Latest Android Beta</w:t>
      </w:r>
      <w:r/>
    </w:p>
    <w:p>
      <w:r/>
      <w:r>
        <w:t>Google has made significant advancements to its AI image generator, Gemini, by incorporating new editing options in the latest Android beta version. This upgrade is particularly focused on allowing users to make precise alterations to images generated by the AI, enhancing the functionality and usability of the tool.</w:t>
      </w:r>
      <w:r/>
    </w:p>
    <w:p>
      <w:r/>
      <w:r>
        <w:t>The beta update, specifically version 15.40.31.29, was first reported by tech-focused publication Android Authority. It introduces a fine-tuning feature, which permits users to make subtle adjustments to images. In a demonstration provided by Android Authority, Gemini was tasked with creating an image described as "a cute dog wearing a hat and sunglasses". Following this, the user was able to instruct Gemini to modify the image by replacing the current hat with a birthday hat, a task the AI completed seamlessly.</w:t>
      </w:r>
      <w:r/>
    </w:p>
    <w:p>
      <w:r/>
      <w:r>
        <w:t>While the capability to make detailed adjustments is not entirely new in the realm of AI image generators, Google's effort to enhance Gemini's image-generation tools represents a strategic move to compete with established platforms like ChatGPT's DALL-E. These improvements are particularly noteworthy as Google seeks to provide alternatives to users, especially in anticipation of the release of Apple Intelligence's Image Playground, which is expected later this year.</w:t>
      </w:r>
      <w:r/>
    </w:p>
    <w:p>
      <w:r/>
      <w:r>
        <w:t>Despite the promising capabilities seen in the demonstration, it is acknowledged that the precision and reliability of these edits are still under development, as the tools are in the beta testing phase. A review from the test stated that the edits could be inconsistent. Moreover, the demo video presented by Android Authority was edited to omit any wait times, indicating that the actual speed of these processes might be slower when the feature is officially released.</w:t>
      </w:r>
      <w:r/>
    </w:p>
    <w:p>
      <w:r/>
      <w:r>
        <w:t xml:space="preserve">The evolution of AI image generators, including this update to Google Gemini, reflects the rapid progress in AI technology. Products like Midjourney have set high standards in the field, and with continuous updates and new tools being introduced, competition among AI image generators is intensifying. Although Google's latest addition to Gemini shows considerable promise, a comprehensive evaluation will only be possible upon its official release. </w:t>
      </w:r>
      <w:r/>
    </w:p>
    <w:p>
      <w:r/>
      <w:r>
        <w:t>This enhancement by Google positions Gemini as a potentially robust tool for Android users interested in generating and customising images with AI, offering a viable alternative amidst the growing landscape of AI-driven image creation options.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https://tech.hindustantimes.com/tech/news/gemini-ai-image-generator-gets-new-editing-features-for-better-customisation-71728463259488.html</w:t>
        </w:r>
      </w:hyperlink>
      <w:r>
        <w:t xml:space="preserve"> - Corroborates the introduction of new editing features in the Gemini AI image generator, including the ability to fine-tune specific parts of the image.</w:t>
      </w:r>
      <w:r/>
    </w:p>
    <w:p>
      <w:pPr>
        <w:pStyle w:val="ListNumber"/>
        <w:spacing w:line="240" w:lineRule="auto"/>
        <w:ind w:left="720"/>
      </w:pPr>
      <w:r/>
      <w:hyperlink r:id="rId10">
        <w:r>
          <w:rPr>
            <w:color w:val="0000EE"/>
            <w:u w:val="single"/>
          </w:rPr>
          <w:t>https://tech.hindustantimes.com/tech/news/gemini-ai-image-generator-gets-new-editing-features-for-better-customisation-71728463259488.html</w:t>
        </w:r>
      </w:hyperlink>
      <w:r>
        <w:t xml:space="preserve"> - Provides details on the beta update and the demonstration of editing an image of a dog wearing a hat and sunglasses.</w:t>
      </w:r>
      <w:r/>
    </w:p>
    <w:p>
      <w:pPr>
        <w:pStyle w:val="ListNumber"/>
        <w:spacing w:line="240" w:lineRule="auto"/>
        <w:ind w:left="720"/>
      </w:pPr>
      <w:r/>
      <w:hyperlink r:id="rId11">
        <w:r>
          <w:rPr>
            <w:color w:val="0000EE"/>
            <w:u w:val="single"/>
          </w:rPr>
          <w:t>https://www.techradar.com/computing/artificial-intelligence/google-gemini-could-soon-get-a-big-ai-image-generator-upgrade-to-match-chatgpts-dall-e</w:t>
        </w:r>
      </w:hyperlink>
      <w:r>
        <w:t xml:space="preserve"> - Supports the comparison with ChatGPT's DALL-E and the upcoming release of Apple Intelligence's Image Playground.</w:t>
      </w:r>
      <w:r/>
    </w:p>
    <w:p>
      <w:pPr>
        <w:pStyle w:val="ListNumber"/>
        <w:spacing w:line="240" w:lineRule="auto"/>
        <w:ind w:left="720"/>
      </w:pPr>
      <w:r/>
      <w:hyperlink r:id="rId11">
        <w:r>
          <w:rPr>
            <w:color w:val="0000EE"/>
            <w:u w:val="single"/>
          </w:rPr>
          <w:t>https://www.techradar.com/computing/artificial-intelligence/google-gemini-could-soon-get-a-big-ai-image-generator-upgrade-to-match-chatgpts-dall-e</w:t>
        </w:r>
      </w:hyperlink>
      <w:r>
        <w:t xml:space="preserve"> - Mentions the beta version 15.40.31.29 and the fine-tuning capabilities of Gemini.</w:t>
      </w:r>
      <w:r/>
    </w:p>
    <w:p>
      <w:pPr>
        <w:pStyle w:val="ListNumber"/>
        <w:spacing w:line="240" w:lineRule="auto"/>
        <w:ind w:left="720"/>
      </w:pPr>
      <w:r/>
      <w:hyperlink r:id="rId12">
        <w:r>
          <w:rPr>
            <w:color w:val="0000EE"/>
            <w:u w:val="single"/>
          </w:rPr>
          <w:t>https://blog.google/products/android/google-ai-android-update-io-2024/</w:t>
        </w:r>
      </w:hyperlink>
      <w:r>
        <w:t xml:space="preserve"> - Discusses the integration of Gemini into Android and its evolving capabilities, including image generation and editing.</w:t>
      </w:r>
      <w:r/>
    </w:p>
    <w:p>
      <w:pPr>
        <w:pStyle w:val="ListNumber"/>
        <w:spacing w:line="240" w:lineRule="auto"/>
        <w:ind w:left="720"/>
      </w:pPr>
      <w:r/>
      <w:hyperlink r:id="rId13">
        <w:r>
          <w:rPr>
            <w:color w:val="0000EE"/>
            <w:u w:val="single"/>
          </w:rPr>
          <w:t>https://store.google.com/intl/en/ideas/articles/gemini-image-gen/</w:t>
        </w:r>
      </w:hyperlink>
      <w:r>
        <w:t xml:space="preserve"> - Explains how Gemini works on Google Pixel phones and its ability to generate and customize images based on user prompts.</w:t>
      </w:r>
      <w:r/>
    </w:p>
    <w:p>
      <w:pPr>
        <w:pStyle w:val="ListNumber"/>
        <w:spacing w:line="240" w:lineRule="auto"/>
        <w:ind w:left="720"/>
      </w:pPr>
      <w:r/>
      <w:hyperlink r:id="rId13">
        <w:r>
          <w:rPr>
            <w:color w:val="0000EE"/>
            <w:u w:val="single"/>
          </w:rPr>
          <w:t>https://store.google.com/intl/en/ideas/articles/gemini-image-gen/</w:t>
        </w:r>
      </w:hyperlink>
      <w:r>
        <w:t xml:space="preserve"> - Highlights the creative possibilities and practical uses of Gemini's image generation feature.</w:t>
      </w:r>
      <w:r/>
    </w:p>
    <w:p>
      <w:pPr>
        <w:pStyle w:val="ListNumber"/>
        <w:spacing w:line="240" w:lineRule="auto"/>
        <w:ind w:left="720"/>
      </w:pPr>
      <w:r/>
      <w:hyperlink r:id="rId11">
        <w:r>
          <w:rPr>
            <w:color w:val="0000EE"/>
            <w:u w:val="single"/>
          </w:rPr>
          <w:t>https://www.techradar.com/computing/artificial-intelligence/google-gemini-could-soon-get-a-big-ai-image-generator-upgrade-to-match-chatgpts-dall-e</w:t>
        </w:r>
      </w:hyperlink>
      <w:r>
        <w:t xml:space="preserve"> - Notes the beta nature of the editing tools and the potential inconsistencies in precision and reliability.</w:t>
      </w:r>
      <w:r/>
    </w:p>
    <w:p>
      <w:pPr>
        <w:pStyle w:val="ListNumber"/>
        <w:spacing w:line="240" w:lineRule="auto"/>
        <w:ind w:left="720"/>
      </w:pPr>
      <w:r/>
      <w:hyperlink r:id="rId11">
        <w:r>
          <w:rPr>
            <w:color w:val="0000EE"/>
            <w:u w:val="single"/>
          </w:rPr>
          <w:t>https://www.techradar.com/computing/artificial-intelligence/google-gemini-could-soon-get-a-big-ai-image-generator-upgrade-to-match-chatgpts-dall-e</w:t>
        </w:r>
      </w:hyperlink>
      <w:r>
        <w:t xml:space="preserve"> - Mentions the edited demo video and the potential difference in actual processing speed when the feature is officially released.</w:t>
      </w:r>
      <w:r/>
    </w:p>
    <w:p>
      <w:pPr>
        <w:pStyle w:val="ListNumber"/>
        <w:spacing w:line="240" w:lineRule="auto"/>
        <w:ind w:left="720"/>
      </w:pPr>
      <w:r/>
      <w:hyperlink r:id="rId10">
        <w:r>
          <w:rPr>
            <w:color w:val="0000EE"/>
            <w:u w:val="single"/>
          </w:rPr>
          <w:t>https://tech.hindustantimes.com/tech/news/gemini-ai-image-generator-gets-new-editing-features-for-better-customisation-71728463259488.html</w:t>
        </w:r>
      </w:hyperlink>
      <w:r>
        <w:t xml:space="preserve"> - Discusses the competitive landscape of AI image generators, including Midjourney and the upcoming Apple Intelligence's Image Playground.</w:t>
      </w:r>
      <w:r/>
    </w:p>
    <w:p>
      <w:pPr>
        <w:pStyle w:val="ListNumber"/>
        <w:spacing w:line="240" w:lineRule="auto"/>
        <w:ind w:left="720"/>
      </w:pPr>
      <w:r/>
      <w:hyperlink r:id="rId12">
        <w:r>
          <w:rPr>
            <w:color w:val="0000EE"/>
            <w:u w:val="single"/>
          </w:rPr>
          <w:t>https://blog.google/products/android/google-ai-android-update-io-2024/</w:t>
        </w:r>
      </w:hyperlink>
      <w:r>
        <w:t xml:space="preserve"> - Highlights the broader context of Google's AI advancements and their integration into the Android ecosystem.</w:t>
      </w:r>
      <w:r/>
    </w:p>
    <w:p>
      <w:pPr>
        <w:pStyle w:val="ListNumber"/>
        <w:spacing w:line="240" w:lineRule="auto"/>
        <w:ind w:left="720"/>
      </w:pPr>
      <w:r/>
      <w:hyperlink r:id="rId11">
        <w:r>
          <w:rPr>
            <w:color w:val="0000EE"/>
            <w:u w:val="single"/>
          </w:rPr>
          <w:t>https://www.techradar.com/computing/artificial-intelligence/google-gemini-could-soon-get-a-big-ai-image-generator-upgrade-to-match-chatgpts-dall-e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hindustantimes.com/tech/news/gemini-ai-image-generator-gets-new-editing-features-for-better-customisation-71728463259488.html" TargetMode="External"/><Relationship Id="rId11" Type="http://schemas.openxmlformats.org/officeDocument/2006/relationships/hyperlink" Target="https://www.techradar.com/computing/artificial-intelligence/google-gemini-could-soon-get-a-big-ai-image-generator-upgrade-to-match-chatgpts-dall-e" TargetMode="External"/><Relationship Id="rId12" Type="http://schemas.openxmlformats.org/officeDocument/2006/relationships/hyperlink" Target="https://blog.google/products/android/google-ai-android-update-io-2024/" TargetMode="External"/><Relationship Id="rId13" Type="http://schemas.openxmlformats.org/officeDocument/2006/relationships/hyperlink" Target="https://store.google.com/intl/en/ideas/articles/gemini-image-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