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integrates advertising into AI overviews, stepping up the search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Integrates Advertising into AI Overviews, Stepping Up the Search Experience</w:t>
      </w:r>
      <w:r/>
    </w:p>
    <w:p>
      <w:r/>
      <w:r>
        <w:t>In an innovative move to bridge advanced artificial intelligence solutions with traditional online advertising, Google has introduced advertisements into its AI Overviews feature in Google Search. This addition aims to enhance the advertising model for businesses while potentially streamlining consumer purchasing decisions, albeit initially limited to a select audience.</w:t>
      </w:r>
      <w:r/>
    </w:p>
    <w:p>
      <w:r/>
      <w:r>
        <w:rPr>
          <w:b/>
        </w:rPr>
        <w:t>Introducing Ads in AI Overviews</w:t>
      </w:r>
      <w:r/>
    </w:p>
    <w:p>
      <w:r/>
      <w:r>
        <w:t>Google's AI Overviews, which were prominently highlighted during the Google I/O event earlier this year, have now incorporated adverts within the AI-generated summaries. The development is aimed primarily at enabling advertisers to maintain their reach to potential customers despite the evolving digital landscape. AI Overviews are designed to provide quick and direct answers to user inquiries, lessening the need for users to click through multiple web pages.</w:t>
      </w:r>
      <w:r/>
    </w:p>
    <w:p>
      <w:r/>
      <w:r>
        <w:rPr>
          <w:b/>
        </w:rPr>
        <w:t>Advertisers’ Concerns and Google's Promise</w:t>
      </w:r>
      <w:r/>
    </w:p>
    <w:p>
      <w:r/>
      <w:r>
        <w:t>Businesses that depend on Google Search to drive traffic to their websites initially expressed concerns about the implications of AI Overviews potentially diminishing the visibility of sponsored results. Google anticipated such apprehensions and committed to embedding advertisements within these AI-generated outputs. The tech behemoth reassured advertisers that sponsored links would only be featured when directly relevant, mitigating the risk of ad clutter within these concise summaries.</w:t>
      </w:r>
      <w:r/>
    </w:p>
    <w:p>
      <w:r/>
      <w:r>
        <w:rPr>
          <w:b/>
        </w:rPr>
        <w:t>Testing and Initial Rollout</w:t>
      </w:r>
      <w:r/>
    </w:p>
    <w:p>
      <w:r/>
      <w:r>
        <w:t>Following extensive testing phases, these adverts are currently being rolled out to mobile users in the United States. This initial rollout is seen as a trial run, with the intention to expand swiftly to other regions once the efficacy and stability of the feature have been validated.</w:t>
      </w:r>
      <w:r/>
    </w:p>
    <w:p>
      <w:r/>
      <w:r>
        <w:rPr>
          <w:b/>
        </w:rPr>
        <w:t>Practical Application and User Utility</w:t>
      </w:r>
      <w:r/>
    </w:p>
    <w:p>
      <w:r/>
      <w:r>
        <w:t>As showcased in Google's demonstrations, users searching for solutions, such as methods to remove grass stains, will now also receive suggestions for related products, like cleaning agents. These product recommendations are clearly marked as sponsored, resembling the familiar sponsored links displayed at the top of standard search results pages.</w:t>
      </w:r>
      <w:r/>
    </w:p>
    <w:p>
      <w:r/>
      <w:r>
        <w:t>Google articulated in a blog post that this new advertising format aims to "help people discover new brands and make informed purchasing decisions." The inclusion of ads in AI Overviews is marketed as particularly beneficial for users ready to engage with businesses or products at the precise moment they require solutions.</w:t>
      </w:r>
      <w:r/>
    </w:p>
    <w:p>
      <w:r/>
      <w:r>
        <w:rPr>
          <w:b/>
        </w:rPr>
        <w:t>Global Ambitions and Competition</w:t>
      </w:r>
      <w:r/>
    </w:p>
    <w:p>
      <w:r/>
      <w:r>
        <w:t>Having launched this feature internationally, Google shows confidence in the reliability and effectiveness of its AI systems. Integrating AI and advertising is seen as a strategic move to compete with its industry peers, such as Microsoft, which is experimenting with ads in its Copilot AI chatbot, and Amazon's Rufus AI, which provides sponsored purchase suggestions.</w:t>
      </w:r>
      <w:r/>
    </w:p>
    <w:p>
      <w:r/>
      <w:r>
        <w:rPr>
          <w:b/>
        </w:rPr>
        <w:t>Conclusion</w:t>
      </w:r>
      <w:r/>
    </w:p>
    <w:p>
      <w:r/>
      <w:r>
        <w:t>Google's integration of adverts into AI Overviews is a significant development in the interaction between AI advancements and digital advertising, promising to deliver a more efficient, targeted experience for both consumers and advertisers. The evolution of AI in search could indeed redefine how users interact with and derive value from search engine platforms, marking a new era in digital interactions and commerce.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https://searchengineland.com/google-ai-overviews-ads-mobile-us-launch-447247</w:t>
        </w:r>
      </w:hyperlink>
      <w:r>
        <w:t xml:space="preserve"> - Corroborates the introduction of ads in Google's AI Overviews, their positioning, and the types of queries that trigger these ads.</w:t>
      </w:r>
      <w:r/>
    </w:p>
    <w:p>
      <w:pPr>
        <w:pStyle w:val="ListNumber"/>
        <w:spacing w:line="240" w:lineRule="auto"/>
        <w:ind w:left="720"/>
      </w:pPr>
      <w:r/>
      <w:hyperlink r:id="rId11">
        <w:r>
          <w:rPr>
            <w:color w:val="0000EE"/>
            <w:u w:val="single"/>
          </w:rPr>
          <w:t>https://www.techmonitor.ai/digital-economy/google-introduces-ads-in-ai-overview-search-results-feature/</w:t>
        </w:r>
      </w:hyperlink>
      <w:r>
        <w:t xml:space="preserve"> - Supports the rollout of ads in AI Overviews, their availability on mobile devices in the U.S., and the integration with Google Lens.</w:t>
      </w:r>
      <w:r/>
    </w:p>
    <w:p>
      <w:pPr>
        <w:pStyle w:val="ListNumber"/>
        <w:spacing w:line="240" w:lineRule="auto"/>
        <w:ind w:left="720"/>
      </w:pPr>
      <w:r/>
      <w:hyperlink r:id="rId12">
        <w:r>
          <w:rPr>
            <w:color w:val="0000EE"/>
            <w:u w:val="single"/>
          </w:rPr>
          <w:t>https://www.theverge.com/2024/10/3/24260637/googles-ai-overview-ads-launch</w:t>
        </w:r>
      </w:hyperlink>
      <w:r>
        <w:t xml:space="preserve"> - Confirms the launch of ads in AI Overviews, their appearance in response to queries with a commercial angle, and the redesign of AI Overviews.</w:t>
      </w:r>
      <w:r/>
    </w:p>
    <w:p>
      <w:pPr>
        <w:pStyle w:val="ListNumber"/>
        <w:spacing w:line="240" w:lineRule="auto"/>
        <w:ind w:left="720"/>
      </w:pPr>
      <w:r/>
      <w:hyperlink r:id="rId13">
        <w:r>
          <w:rPr>
            <w:color w:val="0000EE"/>
            <w:u w:val="single"/>
          </w:rPr>
          <w:t>https://techcrunch.com/2024/10/03/google-brings-ads-to-ai-overviews-and-rolls-out-ai-organized-pages/</w:t>
        </w:r>
      </w:hyperlink>
      <w:r>
        <w:t xml:space="preserve"> - Details the rollout of ads in AI Overviews, the expansion of AI-organized search results pages, and the impact on publishers.</w:t>
      </w:r>
      <w:r/>
    </w:p>
    <w:p>
      <w:pPr>
        <w:pStyle w:val="ListNumber"/>
        <w:spacing w:line="240" w:lineRule="auto"/>
        <w:ind w:left="720"/>
      </w:pPr>
      <w:r/>
      <w:hyperlink r:id="rId14">
        <w:r>
          <w:rPr>
            <w:color w:val="0000EE"/>
            <w:u w:val="single"/>
          </w:rPr>
          <w:t>https://www.level.agency/perspectives/google-ai-overview-ads/</w:t>
        </w:r>
      </w:hyperlink>
      <w:r>
        <w:t xml:space="preserve"> - Explains how Google integrates ads into AI Overviews, the relevance and personalization of these ads, and the benefits for marketers.</w:t>
      </w:r>
      <w:r/>
    </w:p>
    <w:p>
      <w:pPr>
        <w:pStyle w:val="ListNumber"/>
        <w:spacing w:line="240" w:lineRule="auto"/>
        <w:ind w:left="720"/>
      </w:pPr>
      <w:r/>
      <w:hyperlink r:id="rId10">
        <w:r>
          <w:rPr>
            <w:color w:val="0000EE"/>
            <w:u w:val="single"/>
          </w:rPr>
          <w:t>https://searchengineland.com/google-ai-overviews-ads-mobile-us-launch-447247</w:t>
        </w:r>
      </w:hyperlink>
      <w:r>
        <w:t xml:space="preserve"> - Addresses advertisers' concerns about the visibility of sponsored results and Google's commitment to relevance.</w:t>
      </w:r>
      <w:r/>
    </w:p>
    <w:p>
      <w:pPr>
        <w:pStyle w:val="ListNumber"/>
        <w:spacing w:line="240" w:lineRule="auto"/>
        <w:ind w:left="720"/>
      </w:pPr>
      <w:r/>
      <w:hyperlink r:id="rId11">
        <w:r>
          <w:rPr>
            <w:color w:val="0000EE"/>
            <w:u w:val="single"/>
          </w:rPr>
          <w:t>https://www.techmonitor.ai/digital-economy/google-introduces-ads-in-ai-overview-search-results-feature/</w:t>
        </w:r>
      </w:hyperlink>
      <w:r>
        <w:t xml:space="preserve"> - Supports the initial rollout of these adverts to mobile users in the United States and plans for expansion.</w:t>
      </w:r>
      <w:r/>
    </w:p>
    <w:p>
      <w:pPr>
        <w:pStyle w:val="ListNumber"/>
        <w:spacing w:line="240" w:lineRule="auto"/>
        <w:ind w:left="720"/>
      </w:pPr>
      <w:r/>
      <w:hyperlink r:id="rId12">
        <w:r>
          <w:rPr>
            <w:color w:val="0000EE"/>
            <w:u w:val="single"/>
          </w:rPr>
          <w:t>https://www.theverge.com/2024/10/3/24260637/googles-ai-overview-ads-launch</w:t>
        </w:r>
      </w:hyperlink>
      <w:r>
        <w:t xml:space="preserve"> - Provides examples of practical applications, such as product suggestions for removing grass stains, and the labeling of these ads as 'sponsored'.</w:t>
      </w:r>
      <w:r/>
    </w:p>
    <w:p>
      <w:pPr>
        <w:pStyle w:val="ListNumber"/>
        <w:spacing w:line="240" w:lineRule="auto"/>
        <w:ind w:left="720"/>
      </w:pPr>
      <w:r/>
      <w:hyperlink r:id="rId13">
        <w:r>
          <w:rPr>
            <w:color w:val="0000EE"/>
            <w:u w:val="single"/>
          </w:rPr>
          <w:t>https://techcrunch.com/2024/10/03/google-brings-ads-to-ai-overviews-and-rolls-out-ai-organized-pages/</w:t>
        </w:r>
      </w:hyperlink>
      <w:r>
        <w:t xml:space="preserve"> - Discusses Google's global ambitions and the competitive landscape with other AI-powered search tools.</w:t>
      </w:r>
      <w:r/>
    </w:p>
    <w:p>
      <w:pPr>
        <w:pStyle w:val="ListNumber"/>
        <w:spacing w:line="240" w:lineRule="auto"/>
        <w:ind w:left="720"/>
      </w:pPr>
      <w:r/>
      <w:hyperlink r:id="rId14">
        <w:r>
          <w:rPr>
            <w:color w:val="0000EE"/>
            <w:u w:val="single"/>
          </w:rPr>
          <w:t>https://www.level.agency/perspectives/google-ai-overview-ads/</w:t>
        </w:r>
      </w:hyperlink>
      <w:r>
        <w:t xml:space="preserve"> - Highlights the benefits of integrating AI and advertising, including enhanced user experiences and targeted advertising.</w:t>
      </w:r>
      <w:r/>
    </w:p>
    <w:p>
      <w:pPr>
        <w:pStyle w:val="ListNumber"/>
        <w:spacing w:line="240" w:lineRule="auto"/>
        <w:ind w:left="720"/>
      </w:pPr>
      <w:r/>
      <w:hyperlink r:id="rId10">
        <w:r>
          <w:rPr>
            <w:color w:val="0000EE"/>
            <w:u w:val="single"/>
          </w:rPr>
          <w:t>https://searchengineland.com/google-ai-overviews-ads-mobile-us-launch-447247</w:t>
        </w:r>
      </w:hyperlink>
      <w:r>
        <w:t xml:space="preserve"> - Mentions the lack of segmented reporting for AI Overview ads and the reliance on Search Terms Reports.</w:t>
      </w:r>
      <w:r/>
    </w:p>
    <w:p>
      <w:pPr>
        <w:pStyle w:val="ListNumber"/>
        <w:spacing w:line="240" w:lineRule="auto"/>
        <w:ind w:left="720"/>
      </w:pPr>
      <w:r/>
      <w:hyperlink r:id="rId15">
        <w:r>
          <w:rPr>
            <w:color w:val="0000EE"/>
            <w:u w:val="single"/>
          </w:rPr>
          <w:t>https://www.techradar.com/pro/here-come-the-ads-in-your-google-ai-overviews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archengineland.com/google-ai-overviews-ads-mobile-us-launch-447247" TargetMode="External"/><Relationship Id="rId11" Type="http://schemas.openxmlformats.org/officeDocument/2006/relationships/hyperlink" Target="https://www.techmonitor.ai/digital-economy/google-introduces-ads-in-ai-overview-search-results-feature/" TargetMode="External"/><Relationship Id="rId12" Type="http://schemas.openxmlformats.org/officeDocument/2006/relationships/hyperlink" Target="https://www.theverge.com/2024/10/3/24260637/googles-ai-overview-ads-launch" TargetMode="External"/><Relationship Id="rId13" Type="http://schemas.openxmlformats.org/officeDocument/2006/relationships/hyperlink" Target="https://techcrunch.com/2024/10/03/google-brings-ads-to-ai-overviews-and-rolls-out-ai-organized-pages/" TargetMode="External"/><Relationship Id="rId14" Type="http://schemas.openxmlformats.org/officeDocument/2006/relationships/hyperlink" Target="https://www.level.agency/perspectives/google-ai-overview-ads/" TargetMode="External"/><Relationship Id="rId15" Type="http://schemas.openxmlformats.org/officeDocument/2006/relationships/hyperlink" Target="https://www.techradar.com/pro/here-come-the-ads-in-your-google-ai-overvi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