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Grocery shopping reinvented: Instacart introduces AI-driven Caper Carts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Grocery Shopping Reinvented: Instacart Introduces AI-Driven Caper Carts</w:t>
      </w:r>
      <w:r/>
    </w:p>
    <w:p>
      <w:r/>
      <w:r>
        <w:t>In a groundbreaking development for the grocery retail industry, Instacart has unveiled its latest innovation, the Caper Carts, equipped with advanced AI features designed to transform the in-store shopping experience. This initiative aims to streamline the traditional grocery shopping process by eliminating checkout lines and introducing interactive, game-like elements to what is often perceived as a mundane chore.</w:t>
      </w:r>
      <w:r/>
    </w:p>
    <w:p>
      <w:r/>
      <w:r>
        <w:rPr>
          <w:b/>
        </w:rPr>
        <w:t>Caper Cart Features: A Technological Leap</w:t>
      </w:r>
      <w:r/>
    </w:p>
    <w:p>
      <w:r/>
      <w:r>
        <w:t>The launch of the Caper Carts marks a significant technological advancement in grocery shopping. These smart carts are designed with an array of high-tech features, including touchscreens that assist shoppers by providing navigation guidance, personalised product recommendations, and access to exclusive discounts. The carts are embedded with cameras, scales, and various sensors that autonomously identify and process the items placed inside. By leveraging Nvidia’s AI libraries and on-device processing platforms, the carts offer a sophisticated identification system, enabling shoppers to complete their purchases without the need for traditional checkout lines.</w:t>
      </w:r>
      <w:r/>
    </w:p>
    <w:p>
      <w:r/>
      <w:r>
        <w:t>A noteworthy component of the Caper Cart’s offering is its ability to transform shopping into a gamified experience. Shoppers can engage in ‘quests’ for items, akin to challenges in a video game, with the possibility of earning real rewards, such as additional discounts. This gamification element is designed to make shopping more engaging and entertaining, potentially increasing customer satisfaction and store foot traffic.</w:t>
      </w:r>
      <w:r/>
    </w:p>
    <w:p>
      <w:r/>
      <w:r>
        <w:rPr>
          <w:b/>
        </w:rPr>
        <w:t>Enhanced Consumer Experience</w:t>
      </w:r>
      <w:r/>
    </w:p>
    <w:p>
      <w:r/>
      <w:r>
        <w:t>Through the integration of real-time location tracking and a sync feature with the Instacart app, customers can upload their grocery lists via a QR code, which then visually appears on the cart's display screen. This feature simplifies navigation within the store, directing customers precisely to the items they wish to purchase. Additionally, the cart highlights deals and promotions based on the consumer’s location, further personalising the shopping experience.</w:t>
      </w:r>
      <w:r/>
    </w:p>
    <w:p>
      <w:r/>
      <w:r>
        <w:t>For store owners, Caper Carts present a compelling proposition. The digital screen doubles as an advertising platform, ideal for in-store promotions and sponsored product endorsements, thereby creating new avenues for revenue generation from brand partnerships.</w:t>
      </w:r>
      <w:r/>
    </w:p>
    <w:p>
      <w:r/>
      <w:r>
        <w:rPr>
          <w:b/>
        </w:rPr>
        <w:t>Expanding Reach</w:t>
      </w:r>
      <w:r/>
    </w:p>
    <w:p>
      <w:r/>
      <w:r>
        <w:t>David McIntosh, Chief Connected Stores Officer at Instacart, enthused about the innovation, stating that Caper Carts are not only enhancing the enjoyment of grocery shopping but also providing a seamless experience for all stakeholders involved—customers, retailers, and brands alike. He emphasised that the carts represent a unique omnichannel experience that brings a touch of adventure to every aisle of the grocery store.</w:t>
      </w:r>
      <w:r/>
    </w:p>
    <w:p>
      <w:r/>
      <w:r>
        <w:t>To date, over 70 locations across prominent grocery chains such as Fairway Market, Kroger, and ShopRite have incorporated Caper Carts. Moreover, this technological expansion is not confined to the United States, with ALDI stores in Austria also embracing these modernised shopping solutions.</w:t>
      </w:r>
      <w:r/>
    </w:p>
    <w:p>
      <w:r/>
      <w:r>
        <w:t>This initiative from Instacart reflects a broader trend in the retail sector towards using technology to improve customer experience, fostering an environment where shopping becomes not just a necessity, but a pleasurable, interactive activity.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https://www.instacart.com/company/pressreleases/instacart-ads-on-ai-powered-smart-carts/</w:t>
        </w:r>
      </w:hyperlink>
      <w:r>
        <w:t xml:space="preserve"> - Corroborates the introduction of ads on Caper Carts, personalized recommendations, and the integration with loyalty programs.</w:t>
      </w:r>
      <w:r/>
    </w:p>
    <w:p>
      <w:pPr>
        <w:pStyle w:val="ListNumber"/>
        <w:spacing w:line="240" w:lineRule="auto"/>
        <w:ind w:left="720"/>
      </w:pPr>
      <w:r/>
      <w:hyperlink r:id="rId11">
        <w:r>
          <w:rPr>
            <w:color w:val="0000EE"/>
            <w:u w:val="single"/>
          </w:rPr>
          <w:t>https://fortune.com/2024/07/08/instacart-ai-powered-caper-carts-artificial-intelligence-gamification-grocery-stores/</w:t>
        </w:r>
      </w:hyperlink>
      <w:r>
        <w:t xml:space="preserve"> - Supports the features of Caper Carts, including AI-driven item recognition, gamification elements, and real-time location tracking.</w:t>
      </w:r>
      <w:r/>
    </w:p>
    <w:p>
      <w:pPr>
        <w:pStyle w:val="ListNumber"/>
        <w:spacing w:line="240" w:lineRule="auto"/>
        <w:ind w:left="720"/>
      </w:pPr>
      <w:r/>
      <w:hyperlink r:id="rId12">
        <w:r>
          <w:rPr>
            <w:color w:val="0000EE"/>
            <w:u w:val="single"/>
          </w:rPr>
          <w:t>https://www.techradar.com/computing/artificial-intelligence/instacarts-ai-powered-shopping-cart-turns-shopping-into-a-side-quest</w:t>
        </w:r>
      </w:hyperlink>
      <w:r>
        <w:t xml:space="preserve"> - Details the technological aspects of Caper Carts, such as touchscreens, cameras, scales, and sensors, as well as the gamification features.</w:t>
      </w:r>
      <w:r/>
    </w:p>
    <w:p>
      <w:pPr>
        <w:pStyle w:val="ListNumber"/>
        <w:spacing w:line="240" w:lineRule="auto"/>
        <w:ind w:left="720"/>
      </w:pPr>
      <w:r/>
      <w:hyperlink r:id="rId12">
        <w:r>
          <w:rPr>
            <w:color w:val="0000EE"/>
            <w:u w:val="single"/>
          </w:rPr>
          <w:t>https://www.techradar.com/computing/artificial-intelligence/instacarts-ai-powered-shopping-cart-turns-shopping-into-a-side-quest</w:t>
        </w:r>
      </w:hyperlink>
      <w:r>
        <w:t xml:space="preserve"> - Explains how Caper Carts use Nvidia’s AI libraries and on-device processing platforms for item identification and processing.</w:t>
      </w:r>
      <w:r/>
    </w:p>
    <w:p>
      <w:pPr>
        <w:pStyle w:val="ListNumber"/>
        <w:spacing w:line="240" w:lineRule="auto"/>
        <w:ind w:left="720"/>
      </w:pPr>
      <w:r/>
      <w:hyperlink r:id="rId11">
        <w:r>
          <w:rPr>
            <w:color w:val="0000EE"/>
            <w:u w:val="single"/>
          </w:rPr>
          <w:t>https://fortune.com/2024/07/08/instacart-ai-powered-caper-carts-artificial-intelligence-gamification-grocery-stores/</w:t>
        </w:r>
      </w:hyperlink>
      <w:r>
        <w:t xml:space="preserve"> - Discusses the integration of real-time location tracking and the sync feature with the Instacart app for uploading grocery lists.</w:t>
      </w:r>
      <w:r/>
    </w:p>
    <w:p>
      <w:pPr>
        <w:pStyle w:val="ListNumber"/>
        <w:spacing w:line="240" w:lineRule="auto"/>
        <w:ind w:left="720"/>
      </w:pPr>
      <w:r/>
      <w:hyperlink r:id="rId12">
        <w:r>
          <w:rPr>
            <w:color w:val="0000EE"/>
            <w:u w:val="single"/>
          </w:rPr>
          <w:t>https://www.techradar.com/computing/artificial-intelligence/instacarts-ai-powered-shopping-cart-turns-shopping-into-a-side-quest</w:t>
        </w:r>
      </w:hyperlink>
      <w:r>
        <w:t xml:space="preserve"> - Highlights the feature of Caper Carts that transforms shopping into a gamified experience with quests and rewards.</w:t>
      </w:r>
      <w:r/>
    </w:p>
    <w:p>
      <w:pPr>
        <w:pStyle w:val="ListNumber"/>
        <w:spacing w:line="240" w:lineRule="auto"/>
        <w:ind w:left="720"/>
      </w:pPr>
      <w:r/>
      <w:hyperlink r:id="rId10">
        <w:r>
          <w:rPr>
            <w:color w:val="0000EE"/>
            <w:u w:val="single"/>
          </w:rPr>
          <w:t>https://www.instacart.com/company/pressreleases/instacart-ads-on-ai-powered-smart-carts/</w:t>
        </w:r>
      </w:hyperlink>
      <w:r>
        <w:t xml:space="preserve"> - Mentions the use of Caper Carts as an advertising platform for in-store promotions and sponsored product endorsements.</w:t>
      </w:r>
      <w:r/>
    </w:p>
    <w:p>
      <w:pPr>
        <w:pStyle w:val="ListNumber"/>
        <w:spacing w:line="240" w:lineRule="auto"/>
        <w:ind w:left="720"/>
      </w:pPr>
      <w:r/>
      <w:hyperlink r:id="rId11">
        <w:r>
          <w:rPr>
            <w:color w:val="0000EE"/>
            <w:u w:val="single"/>
          </w:rPr>
          <w:t>https://fortune.com/2024/07/08/instacart-ai-powered-caper-carts-artificial-intelligence-gamification-grocery-stores/</w:t>
        </w:r>
      </w:hyperlink>
      <w:r>
        <w:t xml:space="preserve"> - Quotes David McIntosh, Chief Connected Stores Officer at Instacart, on the omnichannel experience provided by Caper Carts.</w:t>
      </w:r>
      <w:r/>
    </w:p>
    <w:p>
      <w:pPr>
        <w:pStyle w:val="ListNumber"/>
        <w:spacing w:line="240" w:lineRule="auto"/>
        <w:ind w:left="720"/>
      </w:pPr>
      <w:r/>
      <w:hyperlink r:id="rId12">
        <w:r>
          <w:rPr>
            <w:color w:val="0000EE"/>
            <w:u w:val="single"/>
          </w:rPr>
          <w:t>https://www.techradar.com/computing/artificial-intelligence/instacarts-ai-powered-shopping-cart-turns-shopping-into-a-side-quest</w:t>
        </w:r>
      </w:hyperlink>
      <w:r>
        <w:t xml:space="preserve"> - Lists the various grocery chains, including Fairway Market, Kroger, and ShopRite, that have incorporated Caper Carts.</w:t>
      </w:r>
      <w:r/>
    </w:p>
    <w:p>
      <w:pPr>
        <w:pStyle w:val="ListNumber"/>
        <w:spacing w:line="240" w:lineRule="auto"/>
        <w:ind w:left="720"/>
      </w:pPr>
      <w:r/>
      <w:hyperlink r:id="rId13">
        <w:r>
          <w:rPr>
            <w:color w:val="0000EE"/>
            <w:u w:val="single"/>
          </w:rPr>
          <w:t>https://www.caper.ai</w:t>
        </w:r>
      </w:hyperlink>
      <w:r>
        <w:t xml:space="preserve"> - Provides information on the global reach of Caper Carts, including their adoption by ALDI stores in Austria.</w:t>
      </w:r>
      <w:r/>
    </w:p>
    <w:p>
      <w:pPr>
        <w:pStyle w:val="ListNumber"/>
        <w:spacing w:line="240" w:lineRule="auto"/>
        <w:ind w:left="720"/>
      </w:pPr>
      <w:r/>
      <w:hyperlink r:id="rId11">
        <w:r>
          <w:rPr>
            <w:color w:val="0000EE"/>
            <w:u w:val="single"/>
          </w:rPr>
          <w:t>https://fortune.com/2024/07/08/instacart-ai-powered-caper-carts-artificial-intelligence-gamification-grocery-stores/</w:t>
        </w:r>
      </w:hyperlink>
      <w:r>
        <w:t xml:space="preserve"> - Discusses the broader trend in the retail sector towards using technology to enhance customer experience and make shopping more interactive.</w:t>
      </w:r>
      <w:r/>
    </w:p>
    <w:p>
      <w:pPr>
        <w:pStyle w:val="ListNumber"/>
        <w:spacing w:line="240" w:lineRule="auto"/>
        <w:ind w:left="720"/>
      </w:pPr>
      <w:r/>
      <w:hyperlink r:id="rId12">
        <w:r>
          <w:rPr>
            <w:color w:val="0000EE"/>
            <w:u w:val="single"/>
          </w:rPr>
          <w:t>https://www.techradar.com/computing/artificial-intelligence/instacarts-ai-powered-shopping-cart-turns-shopping-into-a-side-quest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stacart.com/company/pressreleases/instacart-ads-on-ai-powered-smart-carts/" TargetMode="External"/><Relationship Id="rId11" Type="http://schemas.openxmlformats.org/officeDocument/2006/relationships/hyperlink" Target="https://fortune.com/2024/07/08/instacart-ai-powered-caper-carts-artificial-intelligence-gamification-grocery-stores/" TargetMode="External"/><Relationship Id="rId12" Type="http://schemas.openxmlformats.org/officeDocument/2006/relationships/hyperlink" Target="https://www.techradar.com/computing/artificial-intelligence/instacarts-ai-powered-shopping-cart-turns-shopping-into-a-side-quest" TargetMode="External"/><Relationship Id="rId13" Type="http://schemas.openxmlformats.org/officeDocument/2006/relationships/hyperlink" Target="https://www.caper.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