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MiniMax launches img2video feature, boosting Hailuo AI's creative capabilities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MiniMax Launches Img2Video Feature, Boosting Hailuo AI's Creative Capabilities</w:t>
      </w:r>
      <w:r/>
    </w:p>
    <w:p>
      <w:r/>
      <w:r>
        <w:t>Chinese AI startup MiniMax has announced the introduction of a highly anticipated Image-to-Video (img2video) feature to its Hailuo AI platform. Known for crafting dynamic video content, Hailuo AI aims to revolutionise the way creators develop and animate static images. The web-based feature is positioned to keep MiniMax competitive amongst industry leaders in AI video generation.</w:t>
      </w:r>
      <w:r/>
    </w:p>
    <w:p>
      <w:r/>
      <w:r>
        <w:t>Founded by AI researcher Yan Junjie, MiniMax has swiftly become a notable player in the AI sector, particularly within video generation. The company caught the industry's attention earlier this year with the launch of Hailuo AI, famed for producing ultra-realistic video content. MiniMax is backed by prominent Chinese tech giants, Alibaba and Tencent, further reinforcing its reputable stature within the technology landscape.</w:t>
      </w:r>
      <w:r/>
    </w:p>
    <w:p>
      <w:r/>
      <w:r>
        <w:t>Initially launched in September 2024, Hailuo was limited to a text-to-video offering, which allowed creators to generate videos merely by drafting text descriptions. Despite this early limitation, the platform quickly gained popularity for its ability to produce fluid, lifelike videos more efficiently than many competitors, including well-known American companies like Runway and Luma AI.</w:t>
      </w:r>
      <w:r/>
    </w:p>
    <w:p>
      <w:r/>
      <w:r>
        <w:t>With the recent addition of img2video, Hailuo AI extends its functionality by allowing users to convert static images into animated videos. This enhancement aligns closely with the capabilities of its US counterparts, empowering creators to blend both text and visual content to craft personalised and detailed video narratives. Users can expect precise control over object recognition and manipulation, resulting in visual outputs that are both creative and AI-driven.</w:t>
      </w:r>
      <w:r/>
    </w:p>
    <w:p>
      <w:r/>
      <w:r>
        <w:t>Hailuo AI distinguishes itself with an impressive range of stylistic choices. Users have the flexibility to explore realism, venture into realms of fantasy and sci-fi, or experiment with anime and abstract styles, catering to a wide array of artistic preferences. This diversity is likely to attract filmmakers, digital artists, and game developers, offering customisation that fits many creative modalities.</w:t>
      </w:r>
      <w:r/>
    </w:p>
    <w:p>
      <w:r/>
      <w:r>
        <w:t>MiniMax has quickly ascended in the AI realm, underscored by the viral success of its previous video generation tool, “video-01,” praised for adeptly managing human movement and gestures—a challenge that stumps many AI counterparts. Notably, a viral video showcasing a lightsaber duel, created by AI filmmaker Dave Clark, illustrated MiniMax's capacity to render hyper-realistic visuals, cementing its reputation for replicating well-known characters with remarkable precision.</w:t>
      </w:r>
      <w:r/>
    </w:p>
    <w:p>
      <w:r/>
      <w:r>
        <w:t>Beyond video generation, MiniMax has expanded its suite of AI offerings, launching a set of tools that include a Music Generation Model for creating diverse music tracks. Other AI-powered features integrated into the Hailuo platform include intelligent search, document summarisation, and voice-based communication, demonstrating the firm’s commitment to enhancing AI capabilities across industry borders.</w:t>
      </w:r>
      <w:r/>
    </w:p>
    <w:p>
      <w:r/>
      <w:r>
        <w:t xml:space="preserve">MiniMax's Xingye App is another unique addition, enabling users to interact with sophisticated AI companions that exhibit customisable personalities and engage users in imaginative scenarios. While most of these applications are currently available with Mandarin interfaces, Hailuo remains the exception, supporting English language users. </w:t>
      </w:r>
      <w:r/>
    </w:p>
    <w:p>
      <w:r/>
      <w:r>
        <w:t>Communications on Hailuo's Discord server, managed by moderator MiniMax_Melon, tease forthcoming announcements regarding pricing plans and exclusive perks, suggesting increasing accessibility and feature expansion.</w:t>
      </w:r>
      <w:r/>
    </w:p>
    <w:p>
      <w:r/>
      <w:r>
        <w:t>As the launch of the new img2video feature becomes live at Hailuo AI's website, creators can now exploit this new tool to transform their projects with both precision and innovation. MiniMax's continued advancements denote a significant shift in the realm of generative AI, marking an exciting period for technological evolution and creative enterprise.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https://www.tomsguide.com/ai/ai-image-video/hailuo-minimax-ai-video-just-got-a-major-upgrade-7-prompts-to-try-it-out</w:t>
        </w:r>
      </w:hyperlink>
      <w:r>
        <w:t xml:space="preserve"> - Corroborates the introduction of the Image-to-Video feature and Hailuo AI's competitive stance in AI video generation.</w:t>
      </w:r>
      <w:r/>
    </w:p>
    <w:p>
      <w:pPr>
        <w:pStyle w:val="ListNumber"/>
        <w:spacing w:line="240" w:lineRule="auto"/>
        <w:ind w:left="720"/>
      </w:pPr>
      <w:r/>
      <w:hyperlink r:id="rId11">
        <w:r>
          <w:rPr>
            <w:color w:val="0000EE"/>
            <w:u w:val="single"/>
          </w:rPr>
          <w:t>https://www.tomsguide.com/ai/ai-image-video/i-put-the-new-hailuo-minimax-image-to-video-model-to-the-test-this-is-something-special</w:t>
        </w:r>
      </w:hyperlink>
      <w:r>
        <w:t xml:space="preserve"> - Supports the launch of the img2video feature and its capabilities in converting static images into animated videos.</w:t>
      </w:r>
      <w:r/>
    </w:p>
    <w:p>
      <w:pPr>
        <w:pStyle w:val="ListNumber"/>
        <w:spacing w:line="240" w:lineRule="auto"/>
        <w:ind w:left="720"/>
      </w:pPr>
      <w:r/>
      <w:hyperlink r:id="rId12">
        <w:r>
          <w:rPr>
            <w:color w:val="0000EE"/>
            <w:u w:val="single"/>
          </w:rPr>
          <w:t>https://ageofllms.com/ai-news/ai-fun/minimax-image-2-video-out</w:t>
        </w:r>
      </w:hyperlink>
      <w:r>
        <w:t xml:space="preserve"> - Details the Image-to-Video feature, including the ability to combine text and image prompts and various stylistic choices.</w:t>
      </w:r>
      <w:r/>
    </w:p>
    <w:p>
      <w:pPr>
        <w:pStyle w:val="ListNumber"/>
        <w:spacing w:line="240" w:lineRule="auto"/>
        <w:ind w:left="720"/>
      </w:pPr>
      <w:r/>
      <w:hyperlink r:id="rId10">
        <w:r>
          <w:rPr>
            <w:color w:val="0000EE"/>
            <w:u w:val="single"/>
          </w:rPr>
          <w:t>https://www.tomsguide.com/ai/ai-image-video/hailuo-minimax-ai-video-just-got-a-major-upgrade-7-prompts-to-try-it-out</w:t>
        </w:r>
      </w:hyperlink>
      <w:r>
        <w:t xml:space="preserve"> - Provides information on MiniMax's founding by AI researcher Yan Junjie and its backing by Alibaba and Tencent.</w:t>
      </w:r>
      <w:r/>
    </w:p>
    <w:p>
      <w:pPr>
        <w:pStyle w:val="ListNumber"/>
        <w:spacing w:line="240" w:lineRule="auto"/>
        <w:ind w:left="720"/>
      </w:pPr>
      <w:r/>
      <w:hyperlink r:id="rId12">
        <w:r>
          <w:rPr>
            <w:color w:val="0000EE"/>
            <w:u w:val="single"/>
          </w:rPr>
          <w:t>https://ageofllms.com/ai-news/ai-fun/minimax-image-2-video-out</w:t>
        </w:r>
      </w:hyperlink>
      <w:r>
        <w:t xml:space="preserve"> - Corroborates Hailuo AI's initial launch with text-to-video capabilities and its popularity for producing lifelike videos.</w:t>
      </w:r>
      <w:r/>
    </w:p>
    <w:p>
      <w:pPr>
        <w:pStyle w:val="ListNumber"/>
        <w:spacing w:line="240" w:lineRule="auto"/>
        <w:ind w:left="720"/>
      </w:pPr>
      <w:r/>
      <w:hyperlink r:id="rId11">
        <w:r>
          <w:rPr>
            <w:color w:val="0000EE"/>
            <w:u w:val="single"/>
          </w:rPr>
          <w:t>https://www.tomsguide.com/ai/ai-image-video/i-put-the-new-hailuo-minimax-image-to-video-model-to-the-test-this-is-something-special</w:t>
        </w:r>
      </w:hyperlink>
      <w:r>
        <w:t xml:space="preserve"> - Supports the enhancement of Hailuo AI's functionality with the img2video feature, allowing for precise control over object recognition and manipulation.</w:t>
      </w:r>
      <w:r/>
    </w:p>
    <w:p>
      <w:pPr>
        <w:pStyle w:val="ListNumber"/>
        <w:spacing w:line="240" w:lineRule="auto"/>
        <w:ind w:left="720"/>
      </w:pPr>
      <w:r/>
      <w:hyperlink r:id="rId12">
        <w:r>
          <w:rPr>
            <w:color w:val="0000EE"/>
            <w:u w:val="single"/>
          </w:rPr>
          <w:t>https://ageofllms.com/ai-news/ai-fun/minimax-image-2-video-out</w:t>
        </w:r>
      </w:hyperlink>
      <w:r>
        <w:t xml:space="preserve"> - Highlights Hailuo AI's range of stylistic choices, including realism, fantasy, sci-fi, anime, and abstract styles.</w:t>
      </w:r>
      <w:r/>
    </w:p>
    <w:p>
      <w:pPr>
        <w:pStyle w:val="ListNumber"/>
        <w:spacing w:line="240" w:lineRule="auto"/>
        <w:ind w:left="720"/>
      </w:pPr>
      <w:r/>
      <w:hyperlink r:id="rId10">
        <w:r>
          <w:rPr>
            <w:color w:val="0000EE"/>
            <w:u w:val="single"/>
          </w:rPr>
          <w:t>https://www.tomsguide.com/ai/ai-image-video/hailuo-minimax-ai-video-just-got-a-major-upgrade-7-prompts-to-try-it-out</w:t>
        </w:r>
      </w:hyperlink>
      <w:r>
        <w:t xml:space="preserve"> - Mentions MiniMax's rapid growth and the success of its previous video generation tool, 'video-01'.</w:t>
      </w:r>
      <w:r/>
    </w:p>
    <w:p>
      <w:pPr>
        <w:pStyle w:val="ListNumber"/>
        <w:spacing w:line="240" w:lineRule="auto"/>
        <w:ind w:left="720"/>
      </w:pPr>
      <w:r/>
      <w:hyperlink r:id="rId11">
        <w:r>
          <w:rPr>
            <w:color w:val="0000EE"/>
            <w:u w:val="single"/>
          </w:rPr>
          <w:t>https://www.tomsguide.com/ai/ai-image-video/i-put-the-new-hailuo-minimax-image-to-video-model-to-the-test-this-is-something-special</w:t>
        </w:r>
      </w:hyperlink>
      <w:r>
        <w:t xml:space="preserve"> - Details MiniMax's expansion into other AI offerings, such as music generation and intelligent search.</w:t>
      </w:r>
      <w:r/>
    </w:p>
    <w:p>
      <w:pPr>
        <w:pStyle w:val="ListNumber"/>
        <w:spacing w:line="240" w:lineRule="auto"/>
        <w:ind w:left="720"/>
      </w:pPr>
      <w:r/>
      <w:hyperlink r:id="rId12">
        <w:r>
          <w:rPr>
            <w:color w:val="0000EE"/>
            <w:u w:val="single"/>
          </w:rPr>
          <w:t>https://ageofllms.com/ai-news/ai-fun/minimax-image-2-video-out</w:t>
        </w:r>
      </w:hyperlink>
      <w:r>
        <w:t xml:space="preserve"> - Corroborates the availability of Hailuo AI in English and its unique features compared to other MiniMax applications.</w:t>
      </w:r>
      <w:r/>
    </w:p>
    <w:p>
      <w:pPr>
        <w:pStyle w:val="ListNumber"/>
        <w:spacing w:line="240" w:lineRule="auto"/>
        <w:ind w:left="720"/>
      </w:pPr>
      <w:r/>
      <w:hyperlink r:id="rId10">
        <w:r>
          <w:rPr>
            <w:color w:val="0000EE"/>
            <w:u w:val="single"/>
          </w:rPr>
          <w:t>https://www.tomsguide.com/ai/ai-image-video/hailuo-minimax-ai-video-just-got-a-major-upgrade-7-prompts-to-try-it-out</w:t>
        </w:r>
      </w:hyperlink>
      <w:r>
        <w:t xml:space="preserve"> - Mentions communications on Hailuo's Discord server regarding forthcoming announcements on pricing plans and exclusive perks.</w:t>
      </w:r>
      <w:r/>
    </w:p>
    <w:p>
      <w:pPr>
        <w:pStyle w:val="ListNumber"/>
        <w:spacing w:line="240" w:lineRule="auto"/>
        <w:ind w:left="720"/>
      </w:pPr>
      <w:r/>
      <w:hyperlink r:id="rId13">
        <w:r>
          <w:rPr>
            <w:color w:val="0000EE"/>
            <w:u w:val="single"/>
          </w:rPr>
          <w:t>https://venturebeat.com/ai/hailuo-gets-feature-competitive-launching-image-to-video-ai-generation-capability/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omsguide.com/ai/ai-image-video/hailuo-minimax-ai-video-just-got-a-major-upgrade-7-prompts-to-try-it-out" TargetMode="External"/><Relationship Id="rId11" Type="http://schemas.openxmlformats.org/officeDocument/2006/relationships/hyperlink" Target="https://www.tomsguide.com/ai/ai-image-video/i-put-the-new-hailuo-minimax-image-to-video-model-to-the-test-this-is-something-special" TargetMode="External"/><Relationship Id="rId12" Type="http://schemas.openxmlformats.org/officeDocument/2006/relationships/hyperlink" Target="https://ageofllms.com/ai-news/ai-fun/minimax-image-2-video-out" TargetMode="External"/><Relationship Id="rId13" Type="http://schemas.openxmlformats.org/officeDocument/2006/relationships/hyperlink" Target="https://venturebeat.com/ai/hailuo-gets-feature-competitive-launching-image-to-video-ai-generation-capabilit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