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 in Chemistry awarded for AI breakthroughs in protein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2024 Nobel Prize in Chemistry has been awarded to three distinguished scientists for their pioneering work in understanding and manipulating proteins through artificial intelligence. The announcement, made in Sweden on Wednesday, recognises David Baker, Demis Hassabis, and John Jumper for their groundbreaking contributions to the field of protein research.</w:t>
      </w:r>
      <w:r/>
    </w:p>
    <w:p>
      <w:r/>
      <w:r>
        <w:t>David Baker, an American biochemist and professor at the University of Washington, was honoured for his innovative use of computational methods to design new proteins with unprecedented functionalities. This achievement opens up possibilities in various scientific fields, including the development of new pharmaceuticals and the expedited creation of vaccines. His work in protein design highlights an exceptional advancement in synthetic biology and biotechnology.</w:t>
      </w:r>
      <w:r/>
    </w:p>
    <w:p>
      <w:r/>
      <w:r>
        <w:t>The Nobel Committee also recognised the achievements of Demis Hassabis, a British computer scientist, and John Jumper, an American researcher, both affiliated with Google’s AI research laboratory, DeepMind. They have made significant strides in the prediction of three-dimensional protein structures using artificial intelligence. Their AI model, AlphaFold, has successfully predicted the structures of nearly all 200 million known proteins based on sequences of amino acids. This software has been widely adopted by researchers—attracting more than 2 million users globally—and serves as an invaluable tool in biological research, akin to a "Google search" for protein structures.</w:t>
      </w:r>
      <w:r/>
    </w:p>
    <w:p>
      <w:r/>
      <w:r>
        <w:t>The Nobel Prize, considered the highest accolade in the scientific community, includes a monetary award of 11 million Swedish kronor, approximately $1 million. The announcement underscored the transformative potential of the laureates' discoveries in the scientific world, noting that these advancements have resolved issues that have puzzled researchers for decades.</w:t>
      </w:r>
      <w:r/>
    </w:p>
    <w:p>
      <w:r/>
      <w:r>
        <w:t>Proteins, often referred to as the "chemical tools of life," play an essential role in biological processes. Made up of long chains of amino acids, proteins are responsible for numerous functions within living organisms, including forming cellular structure, facilitating biochemical reactions, and enabling physiological processes.</w:t>
      </w:r>
      <w:r/>
    </w:p>
    <w:p>
      <w:r/>
      <w:r>
        <w:t>The work of Hassabis and Jumper has been particularly influential since the publication of their research in 2021, receiving over 13,000 citations, a testament to its impact and significance within the scientific arena. Their AI breakthrough in protein folding was built upon techniques stemming from artificial neural networks, an area also recognised by the Nobel Prize for Physics just a day earlier.</w:t>
      </w:r>
      <w:r/>
    </w:p>
    <w:p>
      <w:r/>
      <w:r>
        <w:t>Prior to their work on proteins, Hassabis and Jumper developed a computer program capable of competing with the best players of Go, a complex ancient Chinese board game, showcasing their expertise in artificial intelligence and machine learning.</w:t>
      </w:r>
      <w:r/>
    </w:p>
    <w:p>
      <w:r/>
      <w:r>
        <w:t>As the scientific community continues to explore the possibilities opened by these discoveries, the recognition by the Nobel Committee underscores the lasting influence and potential applications of AI in understanding life’s most fundamental components.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https://www.nobelprize.org/prizes/chemistry/2024/press-release/</w:t>
        </w:r>
      </w:hyperlink>
      <w:r>
        <w:t xml:space="preserve"> - Corroborates the announcement of the 2024 Nobel Prize in Chemistry to David Baker, Demis Hassabis, and John Jumper for their work on proteins.</w:t>
      </w:r>
      <w:r/>
    </w:p>
    <w:p>
      <w:pPr>
        <w:pStyle w:val="ListNumber"/>
        <w:spacing w:line="240" w:lineRule="auto"/>
        <w:ind w:left="720"/>
      </w:pPr>
      <w:r/>
      <w:hyperlink r:id="rId11">
        <w:r>
          <w:rPr>
            <w:color w:val="0000EE"/>
            <w:u w:val="single"/>
          </w:rPr>
          <w:t>https://www.npr.org/2024/10/09/g-s1-27123/nobel-prize-in-chemistry-awarded-to-david-baker-demis-hassabis-and-john-jumper</w:t>
        </w:r>
      </w:hyperlink>
      <w:r>
        <w:t xml:space="preserve"> - Supports the recognition of David Baker for computational protein design and Demis Hassabis and John Jumper for protein structure prediction.</w:t>
      </w:r>
      <w:r/>
    </w:p>
    <w:p>
      <w:pPr>
        <w:pStyle w:val="ListNumber"/>
        <w:spacing w:line="240" w:lineRule="auto"/>
        <w:ind w:left="720"/>
      </w:pPr>
      <w:r/>
      <w:hyperlink r:id="rId12">
        <w:r>
          <w:rPr>
            <w:color w:val="0000EE"/>
            <w:u w:val="single"/>
          </w:rPr>
          <w:t>https://www.newscientist.com/article/2451239-nobel-prize-in-chemistry-awarded-for-mastering-structures-of-proteins/</w:t>
        </w:r>
      </w:hyperlink>
      <w:r>
        <w:t xml:space="preserve"> - Confirms the Nobel Prize in Chemistry 2024 was awarded to David Baker, Demis Hassabis, and John Jumper for their contributions to protein research.</w:t>
      </w:r>
      <w:r/>
    </w:p>
    <w:p>
      <w:pPr>
        <w:pStyle w:val="ListNumber"/>
        <w:spacing w:line="240" w:lineRule="auto"/>
        <w:ind w:left="720"/>
      </w:pPr>
      <w:r/>
      <w:hyperlink r:id="rId13">
        <w:r>
          <w:rPr>
            <w:color w:val="0000EE"/>
            <w:u w:val="single"/>
          </w:rPr>
          <w:t>https://www.hhmi.org/hhmi-david-baker-wins-2024-nobel-chemistry</w:t>
        </w:r>
      </w:hyperlink>
      <w:r>
        <w:t xml:space="preserve"> - Details David Baker's work on computational protein design and his shared Nobel Prize with Demis Hassabis and John Jumper.</w:t>
      </w:r>
      <w:r/>
    </w:p>
    <w:p>
      <w:pPr>
        <w:pStyle w:val="ListNumber"/>
        <w:spacing w:line="240" w:lineRule="auto"/>
        <w:ind w:left="720"/>
      </w:pPr>
      <w:r/>
      <w:hyperlink r:id="rId14">
        <w:r>
          <w:rPr>
            <w:color w:val="0000EE"/>
            <w:u w:val="single"/>
          </w:rPr>
          <w:t>https://www.bbc.com/news/articles/czrm0p2mxvyo</w:t>
        </w:r>
      </w:hyperlink>
      <w:r>
        <w:t xml:space="preserve"> - Reports on the Nobel Prize in Chemistry awarded to David Baker, Demis Hassabis, and John Jumper, highlighting their work on proteins.</w:t>
      </w:r>
      <w:r/>
    </w:p>
    <w:p>
      <w:pPr>
        <w:pStyle w:val="ListNumber"/>
        <w:spacing w:line="240" w:lineRule="auto"/>
        <w:ind w:left="720"/>
      </w:pPr>
      <w:r/>
      <w:hyperlink r:id="rId10">
        <w:r>
          <w:rPr>
            <w:color w:val="0000EE"/>
            <w:u w:val="single"/>
          </w:rPr>
          <w:t>https://www.nobelprize.org/prizes/chemistry/2024/press-release/</w:t>
        </w:r>
      </w:hyperlink>
      <w:r>
        <w:t xml:space="preserve"> - Explains the innovative use of computational methods by David Baker to design new proteins and its implications in various scientific fields.</w:t>
      </w:r>
      <w:r/>
    </w:p>
    <w:p>
      <w:pPr>
        <w:pStyle w:val="ListNumber"/>
        <w:spacing w:line="240" w:lineRule="auto"/>
        <w:ind w:left="720"/>
      </w:pPr>
      <w:r/>
      <w:hyperlink r:id="rId11">
        <w:r>
          <w:rPr>
            <w:color w:val="0000EE"/>
            <w:u w:val="single"/>
          </w:rPr>
          <w:t>https://www.npr.org/2024/10/09/g-s1-27123/nobel-prize-in-chemistry-awarded-to-david-baker-demis-hassabis-and-john-jumper</w:t>
        </w:r>
      </w:hyperlink>
      <w:r>
        <w:t xml:space="preserve"> - Describes the achievements of Demis Hassabis and John Jumper in predicting three-dimensional protein structures using the AI model AlphaFold.</w:t>
      </w:r>
      <w:r/>
    </w:p>
    <w:p>
      <w:pPr>
        <w:pStyle w:val="ListNumber"/>
        <w:spacing w:line="240" w:lineRule="auto"/>
        <w:ind w:left="720"/>
      </w:pPr>
      <w:r/>
      <w:hyperlink r:id="rId12">
        <w:r>
          <w:rPr>
            <w:color w:val="0000EE"/>
            <w:u w:val="single"/>
          </w:rPr>
          <w:t>https://www.newscientist.com/article/2451239-nobel-prize-in-chemistry-awarded-for-mastering-structures-of-proteins/</w:t>
        </w:r>
      </w:hyperlink>
      <w:r>
        <w:t xml:space="preserve"> - Mentions the widespread adoption of AlphaFold by researchers and its significant impact on biological research.</w:t>
      </w:r>
      <w:r/>
    </w:p>
    <w:p>
      <w:pPr>
        <w:pStyle w:val="ListNumber"/>
        <w:spacing w:line="240" w:lineRule="auto"/>
        <w:ind w:left="720"/>
      </w:pPr>
      <w:r/>
      <w:hyperlink r:id="rId10">
        <w:r>
          <w:rPr>
            <w:color w:val="0000EE"/>
            <w:u w:val="single"/>
          </w:rPr>
          <w:t>https://www.nobelprize.org/prizes/chemistry/2024/press-release/</w:t>
        </w:r>
      </w:hyperlink>
      <w:r>
        <w:t xml:space="preserve"> - Details the monetary award of 11 million Swedish kronor and the transformative potential of the laureates' discoveries.</w:t>
      </w:r>
      <w:r/>
    </w:p>
    <w:p>
      <w:pPr>
        <w:pStyle w:val="ListNumber"/>
        <w:spacing w:line="240" w:lineRule="auto"/>
        <w:ind w:left="720"/>
      </w:pPr>
      <w:r/>
      <w:hyperlink r:id="rId14">
        <w:r>
          <w:rPr>
            <w:color w:val="0000EE"/>
            <w:u w:val="single"/>
          </w:rPr>
          <w:t>https://www.bbc.com/news/articles/czrm0p2mxvyo</w:t>
        </w:r>
      </w:hyperlink>
      <w:r>
        <w:t xml:space="preserve"> - Highlights the essential role of proteins in biological processes and their functions within living organisms.</w:t>
      </w:r>
      <w:r/>
    </w:p>
    <w:p>
      <w:pPr>
        <w:pStyle w:val="ListNumber"/>
        <w:spacing w:line="240" w:lineRule="auto"/>
        <w:ind w:left="720"/>
      </w:pPr>
      <w:r/>
      <w:hyperlink r:id="rId12">
        <w:r>
          <w:rPr>
            <w:color w:val="0000EE"/>
            <w:u w:val="single"/>
          </w:rPr>
          <w:t>https://www.newscientist.com/article/2451239-nobel-prize-in-chemistry-awarded-for-mastering-structures-of-proteins/</w:t>
        </w:r>
      </w:hyperlink>
      <w:r>
        <w:t xml:space="preserve"> - Notes the influence and significance of Hassabis and Jumper's work, including its impact on the scientific community and citations.</w:t>
      </w:r>
      <w:r/>
    </w:p>
    <w:p>
      <w:pPr>
        <w:pStyle w:val="ListNumber"/>
        <w:spacing w:line="240" w:lineRule="auto"/>
        <w:ind w:left="720"/>
      </w:pPr>
      <w:r/>
      <w:hyperlink r:id="rId15">
        <w:r>
          <w:rPr>
            <w:color w:val="0000EE"/>
            <w:u w:val="single"/>
          </w:rPr>
          <w:t>https://edition.cnn.com/2024/10/09/science/nobel-prize-chemistry-proteins-baker-hassabis-jumper-intl/index.html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belprize.org/prizes/chemistry/2024/press-release/" TargetMode="External"/><Relationship Id="rId11" Type="http://schemas.openxmlformats.org/officeDocument/2006/relationships/hyperlink" Target="https://www.npr.org/2024/10/09/g-s1-27123/nobel-prize-in-chemistry-awarded-to-david-baker-demis-hassabis-and-john-jumper" TargetMode="External"/><Relationship Id="rId12" Type="http://schemas.openxmlformats.org/officeDocument/2006/relationships/hyperlink" Target="https://www.newscientist.com/article/2451239-nobel-prize-in-chemistry-awarded-for-mastering-structures-of-proteins/" TargetMode="External"/><Relationship Id="rId13" Type="http://schemas.openxmlformats.org/officeDocument/2006/relationships/hyperlink" Target="https://www.hhmi.org/hhmi-david-baker-wins-2024-nobel-chemistry" TargetMode="External"/><Relationship Id="rId14" Type="http://schemas.openxmlformats.org/officeDocument/2006/relationships/hyperlink" Target="https://www.bbc.com/news/articles/czrm0p2mxvyo" TargetMode="External"/><Relationship Id="rId15" Type="http://schemas.openxmlformats.org/officeDocument/2006/relationships/hyperlink" Target="https://edition.cnn.com/2024/10/09/science/nobel-prize-chemistry-proteins-baker-hassabis-jumper-intl/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