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70mai 4K Dash Cam A810-128G with advanced imaging technology launched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Revolutionary 70mai 4K Dash Cam A810-128G with Advanced Imaging Technology Launched</w:t>
      </w:r>
      <w:r/>
    </w:p>
    <w:p>
      <w:r/>
      <w:r>
        <w:t>The new 70mai 4K Dash Cam A810-128G has hit the market, promising drivers an unparalleled experience in road safety and footage clarity. Developed with the latest in imaging technology, this product features Sony’s advanced Starvis 2 IMX678 sensor, ensuring superior image quality in both day and night settings. This dash cam is designed to capture every journey detail with the utmost precision, providing not just clarity but enhanced security features for modern drivers.</w:t>
      </w:r>
      <w:r/>
    </w:p>
    <w:p>
      <w:r/>
      <w:r>
        <w:t>Key highlights of the 70mai Dash Cam include its remarkable 4K UHD resolution. Engineered with Starvis 2 technology, the camera capably doubles visibility in low-light environments, delivering sharper and more defined imagery crucial for tasks such as license plate recognition. This makes the A810-128G an ideal device for those requiring clear footage regardless of the lighting conditions.</w:t>
      </w:r>
      <w:r/>
    </w:p>
    <w:p>
      <w:r/>
      <w:r>
        <w:t>The device comes equipped with the MaiColor Vivid+ Solution, which optimises exposure to maintain true-to-life colours even under challenging lighting scenarios. Notably, users can record at 60 frames per second (FPS) at a resolution of 1080P, which significantly reduces motion blur, particularly useful for capturing crisp footage at high speeds.</w:t>
      </w:r>
      <w:r/>
    </w:p>
    <w:p>
      <w:r/>
      <w:r>
        <w:t>Versatility is also a key feature of the 70mai 4K Dash Cam. It allows for dual-channel compatibility, with support for a rear or interior 1080P HDR camera. This added functionality provides comprehensive coverage, thus enhancing the security of the vehicle from multiple angles.</w:t>
      </w:r>
      <w:r/>
    </w:p>
    <w:p>
      <w:r/>
      <w:r>
        <w:t>Safety remains a priority with the 70mai A810 model, equipped with Advanced Driver Assistance Systems (ADAS) and Global Positioning System (GPS) technology. These features offer real-time alerts, including potential collision warnings or lane departure prompts, alongside routine route tracking to keep drivers informed and safer during their travels.</w:t>
      </w:r>
      <w:r/>
    </w:p>
    <w:p>
      <w:r/>
      <w:r>
        <w:t>Available with a significant 30% discount, the 70mai 4K Dash Cam A810-128G combines crystal-clear footage capabilities, robust safety features, and reliable performance in a sleek, compact device positioned as an essential component for modern driving enthusiasts seeking enhanced security and clarity on the roads.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https://www.amazon.com/70mai-Guardian-Detection-Time-Lapse-Recording/dp/B0C9TBZF8X</w:t>
        </w:r>
      </w:hyperlink>
      <w:r>
        <w:t xml:space="preserve"> - Corroborates the use of Sony’s advanced Starvis 2 IMX678 sensor and the dash cam's ability to capture clear footage in both day and night settings.</w:t>
      </w:r>
      <w:r/>
    </w:p>
    <w:p>
      <w:pPr>
        <w:pStyle w:val="ListNumber"/>
        <w:spacing w:line="240" w:lineRule="auto"/>
        <w:ind w:left="720"/>
      </w:pPr>
      <w:r/>
      <w:hyperlink r:id="rId11">
        <w:r>
          <w:rPr>
            <w:color w:val="0000EE"/>
            <w:u w:val="single"/>
          </w:rPr>
          <w:t>https://dashcam.70mai.com/a810/</w:t>
        </w:r>
      </w:hyperlink>
      <w:r>
        <w:t xml:space="preserve"> - Supports the 4K UHD resolution and the Starvis 2 technology that doubles visibility in low-light environments.</w:t>
      </w:r>
      <w:r/>
    </w:p>
    <w:p>
      <w:pPr>
        <w:pStyle w:val="ListNumber"/>
        <w:spacing w:line="240" w:lineRule="auto"/>
        <w:ind w:left="720"/>
      </w:pPr>
      <w:r/>
      <w:hyperlink r:id="rId12">
        <w:r>
          <w:rPr>
            <w:color w:val="0000EE"/>
            <w:u w:val="single"/>
          </w:rPr>
          <w:t>https://www.youtube.com/watch?v=eseXdpMU5ps</w:t>
        </w:r>
      </w:hyperlink>
      <w:r>
        <w:t xml:space="preserve"> - Details the MaiColor Vivid+ Solution and its role in optimizing exposure for true-to-life colors under various lighting conditions.</w:t>
      </w:r>
      <w:r/>
    </w:p>
    <w:p>
      <w:pPr>
        <w:pStyle w:val="ListNumber"/>
        <w:spacing w:line="240" w:lineRule="auto"/>
        <w:ind w:left="720"/>
      </w:pPr>
      <w:r/>
      <w:hyperlink r:id="rId11">
        <w:r>
          <w:rPr>
            <w:color w:val="0000EE"/>
            <w:u w:val="single"/>
          </w:rPr>
          <w:t>https://dashcam.70mai.com/a810/</w:t>
        </w:r>
      </w:hyperlink>
      <w:r>
        <w:t xml:space="preserve"> - Explains the capability to record at 60 frames per second (FPS) at a resolution of 1080P, reducing motion blur.</w:t>
      </w:r>
      <w:r/>
    </w:p>
    <w:p>
      <w:pPr>
        <w:pStyle w:val="ListNumber"/>
        <w:spacing w:line="240" w:lineRule="auto"/>
        <w:ind w:left="720"/>
      </w:pPr>
      <w:r/>
      <w:hyperlink r:id="rId13">
        <w:r>
          <w:rPr>
            <w:color w:val="0000EE"/>
            <w:u w:val="single"/>
          </w:rPr>
          <w:t>https://www.techradar.com/vehicle-tech/dash-cams/70mai-a810-dash-cam-review</w:t>
        </w:r>
      </w:hyperlink>
      <w:r>
        <w:t xml:space="preserve"> - Confirms the dual-channel compatibility with support for a rear or interior 1080P HDR camera, enhancing vehicle security from multiple angles.</w:t>
      </w:r>
      <w:r/>
    </w:p>
    <w:p>
      <w:pPr>
        <w:pStyle w:val="ListNumber"/>
        <w:spacing w:line="240" w:lineRule="auto"/>
        <w:ind w:left="720"/>
      </w:pPr>
      <w:r/>
      <w:hyperlink r:id="rId14">
        <w:r>
          <w:rPr>
            <w:color w:val="0000EE"/>
            <w:u w:val="single"/>
          </w:rPr>
          <w:t>https://thegadgetflow.com/product/70mai-dash-cam-a810/</w:t>
        </w:r>
      </w:hyperlink>
      <w:r>
        <w:t xml:space="preserve"> - Highlights the Advanced Driver Assistance Systems (ADAS) and Global Positioning System (GPS) technology for real-time alerts and route tracking.</w:t>
      </w:r>
      <w:r/>
    </w:p>
    <w:p>
      <w:pPr>
        <w:pStyle w:val="ListNumber"/>
        <w:spacing w:line="240" w:lineRule="auto"/>
        <w:ind w:left="720"/>
      </w:pPr>
      <w:r/>
      <w:hyperlink r:id="rId11">
        <w:r>
          <w:rPr>
            <w:color w:val="0000EE"/>
            <w:u w:val="single"/>
          </w:rPr>
          <w:t>https://dashcam.70mai.com/a810/</w:t>
        </w:r>
      </w:hyperlink>
      <w:r>
        <w:t xml:space="preserve"> - Details the safety features including AI motion detection, lane departure alerts, and front collision alerts.</w:t>
      </w:r>
      <w:r/>
    </w:p>
    <w:p>
      <w:pPr>
        <w:pStyle w:val="ListNumber"/>
        <w:spacing w:line="240" w:lineRule="auto"/>
        <w:ind w:left="720"/>
      </w:pPr>
      <w:r/>
      <w:hyperlink r:id="rId10">
        <w:r>
          <w:rPr>
            <w:color w:val="0000EE"/>
            <w:u w:val="single"/>
          </w:rPr>
          <w:t>https://www.amazon.com/70mai-Guardian-Detection-Time-Lapse-Recording/dp/B0C9TBZF8X</w:t>
        </w:r>
      </w:hyperlink>
      <w:r>
        <w:t xml:space="preserve"> - Mentions the built-in GPS for positioning and route tracking, providing essential safety features like current time, speed, and coordinates.</w:t>
      </w:r>
      <w:r/>
    </w:p>
    <w:p>
      <w:pPr>
        <w:pStyle w:val="ListNumber"/>
        <w:spacing w:line="240" w:lineRule="auto"/>
        <w:ind w:left="720"/>
      </w:pPr>
      <w:r/>
      <w:hyperlink r:id="rId12">
        <w:r>
          <w:rPr>
            <w:color w:val="0000EE"/>
            <w:u w:val="single"/>
          </w:rPr>
          <w:t>https://www.youtube.com/watch?v=eseXdpMU5ps</w:t>
        </w:r>
      </w:hyperlink>
      <w:r>
        <w:t xml:space="preserve"> - Describes the remote surveillance and vehicle location features, allowing users to track their car's location and receive instant alerts.</w:t>
      </w:r>
      <w:r/>
    </w:p>
    <w:p>
      <w:pPr>
        <w:pStyle w:val="ListNumber"/>
        <w:spacing w:line="240" w:lineRule="auto"/>
        <w:ind w:left="720"/>
      </w:pPr>
      <w:r/>
      <w:hyperlink r:id="rId14">
        <w:r>
          <w:rPr>
            <w:color w:val="0000EE"/>
            <w:u w:val="single"/>
          </w:rPr>
          <w:t>https://thegadgetflow.com/product/70mai-dash-cam-a810/</w:t>
        </w:r>
      </w:hyperlink>
      <w:r>
        <w:t xml:space="preserve"> - Supports the availability of 4G connectivity features for accessing footage anytime, anywhere, though with regional limitations.</w:t>
      </w:r>
      <w:r/>
    </w:p>
    <w:p>
      <w:pPr>
        <w:pStyle w:val="ListNumber"/>
        <w:spacing w:line="240" w:lineRule="auto"/>
        <w:ind w:left="720"/>
      </w:pPr>
      <w:r/>
      <w:hyperlink r:id="rId13">
        <w:r>
          <w:rPr>
            <w:color w:val="0000EE"/>
            <w:u w:val="single"/>
          </w:rPr>
          <w:t>https://www.techradar.com/vehicle-tech/dash-cams/70mai-a810-dash-cam-review</w:t>
        </w:r>
      </w:hyperlink>
      <w:r>
        <w:t xml:space="preserve"> - Confirms the overall performance, safety features, and value of the 70mai 4K Dash Cam A810, positioning it as an essential component for modern driving enthusiasts.</w:t>
      </w:r>
      <w:r/>
    </w:p>
    <w:p>
      <w:pPr>
        <w:pStyle w:val="ListNumber"/>
        <w:spacing w:line="240" w:lineRule="auto"/>
        <w:ind w:left="720"/>
      </w:pPr>
      <w:r/>
      <w:hyperlink r:id="rId14">
        <w:r>
          <w:rPr>
            <w:color w:val="0000EE"/>
            <w:u w:val="single"/>
          </w:rPr>
          <w:t>https://thegadgetflow.com/product/70mai-dash-cam-a810/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70mai-Guardian-Detection-Time-Lapse-Recording/dp/B0C9TBZF8X" TargetMode="External"/><Relationship Id="rId11" Type="http://schemas.openxmlformats.org/officeDocument/2006/relationships/hyperlink" Target="https://dashcam.70mai.com/a810/" TargetMode="External"/><Relationship Id="rId12" Type="http://schemas.openxmlformats.org/officeDocument/2006/relationships/hyperlink" Target="https://www.youtube.com/watch?v=eseXdpMU5ps" TargetMode="External"/><Relationship Id="rId13" Type="http://schemas.openxmlformats.org/officeDocument/2006/relationships/hyperlink" Target="https://www.techradar.com/vehicle-tech/dash-cams/70mai-a810-dash-cam-review" TargetMode="External"/><Relationship Id="rId14" Type="http://schemas.openxmlformats.org/officeDocument/2006/relationships/hyperlink" Target="https://thegadgetflow.com/product/70mai-dash-cam-a8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