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Rocket Companies appoints Papanii Okai as new executive vice president of product engineering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On Monday, Rocket Companies, a prominent fintech platform encompassing mortgage, real estate, and an array of financial service ventures, announced the appointment of Papanii Okai as Executive Vice President of Product Engineering. The position will become effective on October 7. Okai, a seasoned former Chief Technology Officer at Venmo, brings a wealth of experience from his tenure at PayPal Holdings Inc., Venmo's parent company since 2013.</w:t>
      </w:r>
      <w:r/>
    </w:p>
    <w:p>
      <w:r/>
      <w:r>
        <w:t>Venmo itself is a mobile payment service that has carved a significant niche since its inception in 2009. Under Okai's technological stewardship at Venmo, he was instrumental in scaling products that catered to a vast user base, which currently stands at 90 million. Expanding beyond Venmo, Okai’s engineering leadership at PayPal was pivotal in managing and advancing technological solutions for over 400 million accounts globally.</w:t>
      </w:r>
      <w:r/>
    </w:p>
    <w:p>
      <w:r/>
      <w:r>
        <w:t>His transition to Rocket Companies marks the latest in a series of strategic executive enhancements under the leadership of CEO Varun Krishna, who assumed his role approximately a year ago. Krishna's tenure has been characterised by a strategic investment in artificial intelligence to revolutionise the homeownership experience. Within his new role, Okai will spearhead the creation and deployment of AI-driven products, emphasising accelerated development.</w:t>
      </w:r>
      <w:r/>
    </w:p>
    <w:p>
      <w:r/>
      <w:r>
        <w:t>Okai's integration into Rocket Companies involves close collaboration with various teams, including engineers, product managers, and design experts, to further innovate Rocket’s suite of AI-powered products. His directive is clear: to maintain and enhance Rocket’s reputation for delivering cutting-edge, client-centric solutions that heighten innovation and efficiency throughout the homebuying process.</w:t>
      </w:r>
      <w:r/>
    </w:p>
    <w:p>
      <w:r/>
      <w:r>
        <w:t>Relative to the market dynamics, Rocket Companies reports handling over 65 million call logs each year and managing upwards of 10 petabytes of data. These factors contribute to their ambition of establishing themselves as the leading hub for AI-driven homeownership solutions.</w:t>
      </w:r>
      <w:r/>
    </w:p>
    <w:p>
      <w:r/>
      <w:r>
        <w:t>Financially, the market has responded positively to these developments, with Rocket's stock evidencing a slight uptick. By the last check on Tuesday, RKT stock rose by 1.03%, trading at $17.69.</w:t>
      </w:r>
      <w:r/>
    </w:p>
    <w:p>
      <w:r/>
      <w:r>
        <w:t>Through Okai's expertise and the strategic direction set by the current executive leadership, Rocket Companies appears well poised to harness AI's potential in redefining the landscape of homeownership.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https://www.mpamag.com/us/mortgage-industry/industry-moves/venmos-former-cto-joins-rocket-to-advance-ai-powered-mortgage-tech/508723</w:t>
        </w:r>
      </w:hyperlink>
      <w:r>
        <w:t xml:space="preserve"> - Announcement of Papanii Okai joining Rocket Companies as Executive Vice President of Product Engineering and his background at Venmo and PayPal.</w:t>
      </w:r>
      <w:r/>
    </w:p>
    <w:p>
      <w:pPr>
        <w:pStyle w:val="ListNumber"/>
        <w:spacing w:line="240" w:lineRule="auto"/>
        <w:ind w:left="720"/>
      </w:pPr>
      <w:r/>
      <w:hyperlink r:id="rId11">
        <w:r>
          <w:rPr>
            <w:color w:val="0000EE"/>
            <w:u w:val="single"/>
          </w:rPr>
          <w:t>https://www.housingwire.com/articles/rocket-hires-venmo-cto-papanii-okai-to-lead-product-engineering/</w:t>
        </w:r>
      </w:hyperlink>
      <w:r>
        <w:t xml:space="preserve"> - Details on Okai's hiring, his role at Venmo, and his new responsibilities at Rocket Companies, including AI-driven innovation.</w:t>
      </w:r>
      <w:r/>
    </w:p>
    <w:p>
      <w:pPr>
        <w:pStyle w:val="ListNumber"/>
        <w:spacing w:line="240" w:lineRule="auto"/>
        <w:ind w:left="720"/>
      </w:pPr>
      <w:r/>
      <w:hyperlink r:id="rId12">
        <w:r>
          <w:rPr>
            <w:color w:val="0000EE"/>
            <w:u w:val="single"/>
          </w:rPr>
          <w:t>https://wrenews.com/rocket-companies-names-new-evp-of-product-engineering/</w:t>
        </w:r>
      </w:hyperlink>
      <w:r>
        <w:t xml:space="preserve"> - Confirmation of Papanii Okai's appointment as Executive Vice President of Product Engineering at Rocket Companies.</w:t>
      </w:r>
      <w:r/>
    </w:p>
    <w:p>
      <w:pPr>
        <w:pStyle w:val="ListNumber"/>
        <w:spacing w:line="240" w:lineRule="auto"/>
        <w:ind w:left="720"/>
      </w:pPr>
      <w:r/>
      <w:hyperlink r:id="rId13">
        <w:r>
          <w:rPr>
            <w:color w:val="0000EE"/>
            <w:u w:val="single"/>
          </w:rPr>
          <w:t>https://ir.rocketcompanies.com/news-and-events/press-releases/press-release-details/2024/Rocket-Companies-Names-Venmo-Chief-Technology-Officer-Former-PayPal-Executive-Papanii-Okai-EVP-of-Product-Engineering/default.aspx</w:t>
        </w:r>
      </w:hyperlink>
      <w:r>
        <w:t xml:space="preserve"> - Official press release from Rocket Companies announcing Okai's appointment and his experience at Venmo and PayPal.</w:t>
      </w:r>
      <w:r/>
    </w:p>
    <w:p>
      <w:pPr>
        <w:pStyle w:val="ListNumber"/>
        <w:spacing w:line="240" w:lineRule="auto"/>
        <w:ind w:left="720"/>
      </w:pPr>
      <w:r/>
      <w:hyperlink r:id="rId14">
        <w:r>
          <w:rPr>
            <w:color w:val="0000EE"/>
            <w:u w:val="single"/>
          </w:rPr>
          <w:t>https://www.investing.com/news/company-news/rocket-companies-appoints-papanii-okai-as-evp-of-product-engineering-93CH-3651749</w:t>
        </w:r>
      </w:hyperlink>
      <w:r>
        <w:t xml:space="preserve"> - Information on Okai's appointment and its alignment with Rocket Companies' focus on AI-driven innovation.</w:t>
      </w:r>
      <w:r/>
    </w:p>
    <w:p>
      <w:pPr>
        <w:pStyle w:val="ListNumber"/>
        <w:spacing w:line="240" w:lineRule="auto"/>
        <w:ind w:left="720"/>
      </w:pPr>
      <w:r/>
      <w:hyperlink r:id="rId11">
        <w:r>
          <w:rPr>
            <w:color w:val="0000EE"/>
            <w:u w:val="single"/>
          </w:rPr>
          <w:t>https://www.housingwire.com/articles/rocket-hires-venmo-cto-papanii-okai-to-lead-product-engineering/</w:t>
        </w:r>
      </w:hyperlink>
      <w:r>
        <w:t xml:space="preserve"> - Details on CEO Varun Krishna's strategic investments in AI to transform the homeownership experience.</w:t>
      </w:r>
      <w:r/>
    </w:p>
    <w:p>
      <w:pPr>
        <w:pStyle w:val="ListNumber"/>
        <w:spacing w:line="240" w:lineRule="auto"/>
        <w:ind w:left="720"/>
      </w:pPr>
      <w:r/>
      <w:hyperlink r:id="rId10">
        <w:r>
          <w:rPr>
            <w:color w:val="0000EE"/>
            <w:u w:val="single"/>
          </w:rPr>
          <w:t>https://www.mpamag.com/us/mortgage-industry/industry-moves/venmos-former-cto-joins-rocket-to-advance-ai-powered-mortgage-tech/508723</w:t>
        </w:r>
      </w:hyperlink>
      <w:r>
        <w:t xml:space="preserve"> - Okai's role in collaborating with engineers, product managers, and design teams to innovate AI-powered products at Rocket Companies.</w:t>
      </w:r>
      <w:r/>
    </w:p>
    <w:p>
      <w:pPr>
        <w:pStyle w:val="ListNumber"/>
        <w:spacing w:line="240" w:lineRule="auto"/>
        <w:ind w:left="720"/>
      </w:pPr>
      <w:r/>
      <w:hyperlink r:id="rId11">
        <w:r>
          <w:rPr>
            <w:color w:val="0000EE"/>
            <w:u w:val="single"/>
          </w:rPr>
          <w:t>https://www.housingwire.com/articles/rocket-hires-venmo-cto-papanii-okai-to-lead-product-engineering/</w:t>
        </w:r>
      </w:hyperlink>
      <w:r>
        <w:t xml:space="preserve"> - Rocket Companies' data handling and call logs, highlighting their ambition in AI-driven homeownership solutions.</w:t>
      </w:r>
      <w:r/>
    </w:p>
    <w:p>
      <w:pPr>
        <w:pStyle w:val="ListNumber"/>
        <w:spacing w:line="240" w:lineRule="auto"/>
        <w:ind w:left="720"/>
      </w:pPr>
      <w:r/>
      <w:hyperlink r:id="rId13">
        <w:r>
          <w:rPr>
            <w:color w:val="0000EE"/>
            <w:u w:val="single"/>
          </w:rPr>
          <w:t>https://ir.rocketcompanies.com/news-and-events/press-releases/press-release-details/2024/Rocket-Companies-Names-Venmo-Chief-Technology-Officer-Former-PayPal-Executive-Papanii-Okai-EVP-of-Product-Engineering/default.aspx</w:t>
        </w:r>
      </w:hyperlink>
      <w:r>
        <w:t xml:space="preserve"> - Okai's experience in managing and advancing technological solutions for over 400 million accounts at PayPal.</w:t>
      </w:r>
      <w:r/>
    </w:p>
    <w:p>
      <w:pPr>
        <w:pStyle w:val="ListNumber"/>
        <w:spacing w:line="240" w:lineRule="auto"/>
        <w:ind w:left="720"/>
      </w:pPr>
      <w:r/>
      <w:hyperlink r:id="rId14">
        <w:r>
          <w:rPr>
            <w:color w:val="0000EE"/>
            <w:u w:val="single"/>
          </w:rPr>
          <w:t>https://www.investing.com/news/company-news/rocket-companies-appoints-papanii-okai-as-evp-of-product-engineering-93CH-3651749</w:t>
        </w:r>
      </w:hyperlink>
      <w:r>
        <w:t xml:space="preserve"> - Market response to Okai's appointment, including the slight uptick in Rocket's stock price.</w:t>
      </w:r>
      <w:r/>
    </w:p>
    <w:p>
      <w:pPr>
        <w:pStyle w:val="ListNumber"/>
        <w:spacing w:line="240" w:lineRule="auto"/>
        <w:ind w:left="720"/>
      </w:pPr>
      <w:r/>
      <w:hyperlink r:id="rId15">
        <w:r>
          <w:rPr>
            <w:color w:val="0000EE"/>
            <w:u w:val="single"/>
          </w:rPr>
          <w:t>https://www.benzinga.com/fintech/24/10/41232271/rocket-mortgage-parent-appoints-former-venmo-exec-papanii-okai-to-lead-ai-driven-products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pamag.com/us/mortgage-industry/industry-moves/venmos-former-cto-joins-rocket-to-advance-ai-powered-mortgage-tech/508723" TargetMode="External"/><Relationship Id="rId11" Type="http://schemas.openxmlformats.org/officeDocument/2006/relationships/hyperlink" Target="https://www.housingwire.com/articles/rocket-hires-venmo-cto-papanii-okai-to-lead-product-engineering/" TargetMode="External"/><Relationship Id="rId12" Type="http://schemas.openxmlformats.org/officeDocument/2006/relationships/hyperlink" Target="https://wrenews.com/rocket-companies-names-new-evp-of-product-engineering/" TargetMode="External"/><Relationship Id="rId13" Type="http://schemas.openxmlformats.org/officeDocument/2006/relationships/hyperlink" Target="https://ir.rocketcompanies.com/news-and-events/press-releases/press-release-details/2024/Rocket-Companies-Names-Venmo-Chief-Technology-Officer-Former-PayPal-Executive-Papanii-Okai-EVP-of-Product-Engineering/default.aspx" TargetMode="External"/><Relationship Id="rId14" Type="http://schemas.openxmlformats.org/officeDocument/2006/relationships/hyperlink" Target="https://www.investing.com/news/company-news/rocket-companies-appoints-papanii-okai-as-evp-of-product-engineering-93CH-3651749" TargetMode="External"/><Relationship Id="rId15" Type="http://schemas.openxmlformats.org/officeDocument/2006/relationships/hyperlink" Target="https://www.benzinga.com/fintech/24/10/41232271/rocket-mortgage-parent-appoints-former-venmo-exec-papanii-okai-to-lead-ai-driven-produ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