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giants push AI integration amid privacy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technology, prominent companies like Google, Apple, Microsoft, and Meta are at the forefront of integrating artificial intelligence (AI) into everyday consumer products. These tech giants tout AI as a revolutionary tool that will soon become integral to tasks such as email composition, image generation, and article summarisation. However, the push toward AI integration has raised questions about consumer demand and the implications for user privacy.</w:t>
      </w:r>
      <w:r/>
    </w:p>
    <w:p>
      <w:r/>
      <w:r>
        <w:t>Many outside the tech industry express scepticism towards AI, showing little enthusiasm for its implementation in consumer products. A growing number of individuals are frustrated by the seemingly inescapable presence of AI, which is becoming more embedded in the digital tools that people use daily. This frustration is compounded by the reliance of big tech on user interaction to refine their AI systems. This method involves embedding AI within popular consumer platforms to foster user engagement and data collection.</w:t>
      </w:r>
      <w:r/>
    </w:p>
    <w:p>
      <w:r/>
      <w:r>
        <w:t>One example of AI integration can be found in Google’s search engine. Typing a basic query, such as "Is Jay-Z left-handed?", now triggers an AI-generated summary at the top of the search results. Similarly, Meta, formerly known as Facebook, now leverages its AI technology within Instagram. Users utilising the social media platform’s search functionality may inadvertently interact with Meta’s AI chatbot, known as Meta AI. Apple is also keeping pace with its peers by launching Apple Intelligence, its suite of AI tools, through software updates in its iPhones and other Apple products. These updates will integrate AI into functions that facilitate text and photo editing.</w:t>
      </w:r>
      <w:r/>
    </w:p>
    <w:p>
      <w:r/>
      <w:r>
        <w:t>The widespread incorporation of AI into consumer technology brings significant concerns, particularly relating to data privacy. These companies are delving deeper into users’ personal data, such as images, messages, and web activity, to enhance the functionality and accuracy of their AI systems. This approach raises privacy and data security questions, as companies gather and analyse vast amounts of personal information.</w:t>
      </w:r>
      <w:r/>
    </w:p>
    <w:p>
      <w:r/>
      <w:r>
        <w:t>For the average user, the increasing prevalence of AI in technology can be more than just a breach of privacy; it can be an annoyance. The tools are not always flawless and, when they malfunction, they can become a source of frustration rather than convenience. The ongoing advancements in AI still face hurdles, including achieving seamless functionality and addressing public concern over data protection.</w:t>
      </w:r>
      <w:r/>
    </w:p>
    <w:p>
      <w:r/>
      <w:r>
        <w:t>As AI continues to pervade consumer technology, users remain divided between embracing the potential benefits of enhanced convenience and efficiency, and grappling with the implications for privacy and personal data security. With their eyes set on the future, tech companies are capitalising on AI to innovate and transform user experiences, yet the discourse around its impact remains a central issue in the debate over privacy and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https://blog.google/technology/ai/9-ways-we-use-ai-in-our-products/</w:t>
        </w:r>
      </w:hyperlink>
      <w:r>
        <w:t xml:space="preserve"> - Corroborates Google's integration of AI in its search engine and other products like Google Lens, Translate, and Maps.</w:t>
      </w:r>
      <w:r/>
    </w:p>
    <w:p>
      <w:pPr>
        <w:pStyle w:val="ListNumber"/>
        <w:spacing w:line="240" w:lineRule="auto"/>
        <w:ind w:left="720"/>
      </w:pPr>
      <w:r/>
      <w:hyperlink r:id="rId11">
        <w:r>
          <w:rPr>
            <w:color w:val="0000EE"/>
            <w:u w:val="single"/>
          </w:rPr>
          <w:t>https://cloud.google.com/products/ai?hl=en</w:t>
        </w:r>
      </w:hyperlink>
      <w:r>
        <w:t xml:space="preserve"> - Provides details on Google Cloud's AI and machine learning products, including generative AI, image and video analysis, and conversational AI.</w:t>
      </w:r>
      <w:r/>
    </w:p>
    <w:p>
      <w:pPr>
        <w:pStyle w:val="ListNumber"/>
        <w:spacing w:line="240" w:lineRule="auto"/>
        <w:ind w:left="720"/>
      </w:pPr>
      <w:r/>
      <w:hyperlink r:id="rId12">
        <w:r>
          <w:rPr>
            <w:color w:val="0000EE"/>
            <w:u w:val="single"/>
          </w:rPr>
          <w:t>https://cloud.google.com/blog/products/ai-machine-learning/introducing-customer-engagement-suite-with-google-ai</w:t>
        </w:r>
      </w:hyperlink>
      <w:r>
        <w:t xml:space="preserve"> - Describes Google Cloud's Customer Engagement Suite with generative AI, highlighting its use in customer service operations and integration with various systems.</w:t>
      </w:r>
      <w:r/>
    </w:p>
    <w:p>
      <w:pPr>
        <w:pStyle w:val="ListNumber"/>
        <w:spacing w:line="240" w:lineRule="auto"/>
        <w:ind w:left="720"/>
      </w:pPr>
      <w:r/>
      <w:hyperlink r:id="rId13">
        <w:r>
          <w:rPr>
            <w:color w:val="0000EE"/>
            <w:u w:val="single"/>
          </w:rPr>
          <w:t>https://www.digitalcommerce360.com/2024/01/12/google-cloud-releases-generative-ai-tools-for-retailers/</w:t>
        </w:r>
      </w:hyperlink>
      <w:r>
        <w:t xml:space="preserve"> - Details Google Cloud's generative AI tools for retailers, including AI-powered chatbots and search enhancements.</w:t>
      </w:r>
      <w:r/>
    </w:p>
    <w:p>
      <w:pPr>
        <w:pStyle w:val="ListNumber"/>
        <w:spacing w:line="240" w:lineRule="auto"/>
        <w:ind w:left="720"/>
      </w:pPr>
      <w:r/>
      <w:hyperlink r:id="rId14">
        <w:r>
          <w:rPr>
            <w:color w:val="0000EE"/>
            <w:u w:val="single"/>
          </w:rPr>
          <w:t>https://consumergoods.com/puma-boosting-ctrs-google-cloud-generative-ai-tools</w:t>
        </w:r>
      </w:hyperlink>
      <w:r>
        <w:t xml:space="preserve"> - Illustrates the use of Google Cloud's generative AI tools by Puma to improve digital creative and customer engagement.</w:t>
      </w:r>
      <w:r/>
    </w:p>
    <w:p>
      <w:pPr>
        <w:pStyle w:val="ListNumber"/>
        <w:spacing w:line="240" w:lineRule="auto"/>
        <w:ind w:left="720"/>
      </w:pPr>
      <w:r/>
      <w:hyperlink r:id="rId10">
        <w:r>
          <w:rPr>
            <w:color w:val="0000EE"/>
            <w:u w:val="single"/>
          </w:rPr>
          <w:t>https://blog.google/technology/ai/9-ways-we-use-ai-in-our-products/</w:t>
        </w:r>
      </w:hyperlink>
      <w:r>
        <w:t xml:space="preserve"> - Explains how AI is used in Google's core products like Gmail, YouTube, and Google Assistant, addressing concerns about user interaction and data collection.</w:t>
      </w:r>
      <w:r/>
    </w:p>
    <w:p>
      <w:pPr>
        <w:pStyle w:val="ListNumber"/>
        <w:spacing w:line="240" w:lineRule="auto"/>
        <w:ind w:left="720"/>
      </w:pPr>
      <w:r/>
      <w:hyperlink r:id="rId11">
        <w:r>
          <w:rPr>
            <w:color w:val="0000EE"/>
            <w:u w:val="single"/>
          </w:rPr>
          <w:t>https://cloud.google.com/products/ai?hl=en</w:t>
        </w:r>
      </w:hyperlink>
      <w:r>
        <w:t xml:space="preserve"> - Discusses the various AI tools and services offered by Google Cloud, including those that rely on user interaction for refinement.</w:t>
      </w:r>
      <w:r/>
    </w:p>
    <w:p>
      <w:pPr>
        <w:pStyle w:val="ListNumber"/>
        <w:spacing w:line="240" w:lineRule="auto"/>
        <w:ind w:left="720"/>
      </w:pPr>
      <w:r/>
      <w:hyperlink r:id="rId13">
        <w:r>
          <w:rPr>
            <w:color w:val="0000EE"/>
            <w:u w:val="single"/>
          </w:rPr>
          <w:t>https://www.digitalcommerce360.com/2024/01/12/google-cloud-releases-generative-ai-tools-for-retailers/</w:t>
        </w:r>
      </w:hyperlink>
      <w:r>
        <w:t xml:space="preserve"> - Highlights the integration of AI in consumer platforms like retail websites and apps, and the implications for user data and privacy.</w:t>
      </w:r>
      <w:r/>
    </w:p>
    <w:p>
      <w:pPr>
        <w:pStyle w:val="ListNumber"/>
        <w:spacing w:line="240" w:lineRule="auto"/>
        <w:ind w:left="720"/>
      </w:pPr>
      <w:r/>
      <w:hyperlink r:id="rId12">
        <w:r>
          <w:rPr>
            <w:color w:val="0000EE"/>
            <w:u w:val="single"/>
          </w:rPr>
          <w:t>https://cloud.google.com/blog/products/ai-machine-learning/introducing-customer-engagement-suite-with-google-ai</w:t>
        </w:r>
      </w:hyperlink>
      <w:r>
        <w:t xml:space="preserve"> - Addresses the concerns about data privacy and security in the context of Google Cloud's AI-powered customer service solutions.</w:t>
      </w:r>
      <w:r/>
    </w:p>
    <w:p>
      <w:pPr>
        <w:pStyle w:val="ListNumber"/>
        <w:spacing w:line="240" w:lineRule="auto"/>
        <w:ind w:left="720"/>
      </w:pPr>
      <w:r/>
      <w:hyperlink r:id="rId14">
        <w:r>
          <w:rPr>
            <w:color w:val="0000EE"/>
            <w:u w:val="single"/>
          </w:rPr>
          <w:t>https://consumergoods.com/puma-boosting-ctrs-google-cloud-generative-ai-tools</w:t>
        </w:r>
      </w:hyperlink>
      <w:r>
        <w:t xml:space="preserve"> - Provides an example of how AI integration can enhance user experience but also raises questions about data privacy and security.</w:t>
      </w:r>
      <w:r/>
    </w:p>
    <w:p>
      <w:pPr>
        <w:pStyle w:val="ListNumber"/>
        <w:spacing w:line="240" w:lineRule="auto"/>
        <w:ind w:left="720"/>
      </w:pPr>
      <w:r/>
      <w:hyperlink r:id="rId10">
        <w:r>
          <w:rPr>
            <w:color w:val="0000EE"/>
            <w:u w:val="single"/>
          </w:rPr>
          <w:t>https://blog.google/technology/ai/9-ways-we-use-ai-in-our-products/</w:t>
        </w:r>
      </w:hyperlink>
      <w:r>
        <w:t xml:space="preserve"> - Discusses the ongoing advancements in AI and the challenges, including achieving seamless functionality and addressing public concern over data protection.</w:t>
      </w:r>
      <w:r/>
    </w:p>
    <w:p>
      <w:pPr>
        <w:pStyle w:val="ListNumber"/>
        <w:spacing w:line="240" w:lineRule="auto"/>
        <w:ind w:left="720"/>
      </w:pPr>
      <w:r/>
      <w:hyperlink r:id="rId15">
        <w:r>
          <w:rPr>
            <w:color w:val="0000EE"/>
            <w:u w:val="single"/>
          </w:rPr>
          <w:t>https://www.nytimes.com/2024/10/09/technology/personaltech/turn-off-ai-overviews-google-meta.html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google/technology/ai/9-ways-we-use-ai-in-our-products/" TargetMode="External"/><Relationship Id="rId11" Type="http://schemas.openxmlformats.org/officeDocument/2006/relationships/hyperlink" Target="https://cloud.google.com/products/ai?hl=en" TargetMode="External"/><Relationship Id="rId12" Type="http://schemas.openxmlformats.org/officeDocument/2006/relationships/hyperlink" Target="https://cloud.google.com/blog/products/ai-machine-learning/introducing-customer-engagement-suite-with-google-ai" TargetMode="External"/><Relationship Id="rId13" Type="http://schemas.openxmlformats.org/officeDocument/2006/relationships/hyperlink" Target="https://www.digitalcommerce360.com/2024/01/12/google-cloud-releases-generative-ai-tools-for-retailers/" TargetMode="External"/><Relationship Id="rId14" Type="http://schemas.openxmlformats.org/officeDocument/2006/relationships/hyperlink" Target="https://consumergoods.com/puma-boosting-ctrs-google-cloud-generative-ai-tools" TargetMode="External"/><Relationship Id="rId15" Type="http://schemas.openxmlformats.org/officeDocument/2006/relationships/hyperlink" Target="https://www.nytimes.com/2024/10/09/technology/personaltech/turn-off-ai-overviews-google-meta.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