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Turkish football scandal ensnares referee and official over sex tape allegations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scandal involving a Turkish female referee and a senior football official has resulted in significant controversy within the Turkish Football Federation. Elif Karaarslan, a 24-year-old referee, and Orhan Erdemir, a 61-year-old Super League referee inspector, have both been suspended following allegations connected to a purported sex tape. The incident has rapidly escalated, drawing considerable attention and legal battles.</w:t>
      </w:r>
      <w:r/>
    </w:p>
    <w:p>
      <w:r/>
      <w:r>
        <w:t>On October 4, the Turkish Football Federation imposed suspensions on both individuals, with Karaarslan receiving a 90-day suspension from all football-related activities and Erdemir a 45-day suspension. The controversy began when a supposed sex tape involving the two surfaced, allegedly prompting the suspensions by the Federation.</w:t>
      </w:r>
      <w:r/>
    </w:p>
    <w:p>
      <w:r/>
      <w:r>
        <w:t>Karaarslan has publicly denied any involvement in such a tape, expressing her determination to contest the allegations. "I will have a long road ahead legally, but will overcome in the strongest and most robust way," Karaarslan declared, as reported by British tabloid The Sun. She asserted her intent to pursue the matter until a favourable conclusion is reached, describing herself as a victim among many and hoping to bring an end to such harms.</w:t>
      </w:r>
      <w:r/>
    </w:p>
    <w:p>
      <w:r/>
      <w:r>
        <w:t>Her legal representative has taken a strong stance against the allegations, claiming that the video was artificially generated using AI technology. The lawyer released a statement on social media discrediting the tape, arguing it was a composite created from someone else's content and entirely irrelevant to Karaarslan. They highlighted that the video was intended to damage her image for financial and moral gains. It was further mentioned that the blurred quality of the video indicated substantial computer editing.</w:t>
      </w:r>
      <w:r/>
    </w:p>
    <w:p>
      <w:r/>
      <w:r>
        <w:t>The legal team representing Karaarslan stated their intention to pursue legal action against those disseminating false information and defamatory content about her on social media. They have already begun identifying accounts responsible for spreading these claims.</w:t>
      </w:r>
      <w:r/>
    </w:p>
    <w:p>
      <w:r/>
      <w:r>
        <w:t>Meanwhile, Orhan Erdemir, previously a FIFA referee between 1999 and 2002, expressed dismay over the situation, citing severe damage to his professional and personal reputation. Erdemir lamented the destruction of his long-standing, unblemished career within the referee community, attributing the events to false information dissemination.</w:t>
      </w:r>
      <w:r/>
    </w:p>
    <w:p>
      <w:r/>
      <w:r>
        <w:t>The incident has prompted questions about privacy and the reliability of AI-generated content, challenging the processes for verifying such claims within sports governance. While the legal and administrative outcomes remain pending, the case has undoubtedly highlighted significant issues around digital manipulation and reputational impact within professional sports communities. As the legal battle unfolds, it remains to be seen what repercussions this event will have on both the individuals involved and broader regulatory practices within sports federations.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https://www.thesun.co.uk/sport/30942664/elif-karaarslan-referee-sex-tape-orhan-erdemir/</w:t>
        </w:r>
      </w:hyperlink>
      <w:r>
        <w:t xml:space="preserve"> - Corroborates the controversy involving Elif Karaarslan and Orhan Erdemir, including the suspensions and the sex tape allegations.</w:t>
      </w:r>
      <w:r/>
    </w:p>
    <w:p>
      <w:pPr>
        <w:pStyle w:val="ListNumber"/>
        <w:spacing w:line="240" w:lineRule="auto"/>
        <w:ind w:left="720"/>
      </w:pPr>
      <w:r/>
      <w:hyperlink r:id="rId11">
        <w:r>
          <w:rPr>
            <w:color w:val="0000EE"/>
            <w:u w:val="single"/>
          </w:rPr>
          <w:t>https://www.news.com.au/sport/sports-life/female-referee-handed-lifetime-ban-after-featuring-in-leaked-tape/news-story/3ec62c8785aaab5992305bebd3e2208e</w:t>
        </w:r>
      </w:hyperlink>
      <w:r>
        <w:t xml:space="preserve"> - Provides details on the lifetime ban imposed on Elif Karaarslan by the Turkish Football Federation and her involvement with Orhan Erdemir.</w:t>
      </w:r>
      <w:r/>
    </w:p>
    <w:p>
      <w:pPr>
        <w:pStyle w:val="ListNumber"/>
        <w:spacing w:line="240" w:lineRule="auto"/>
        <w:ind w:left="720"/>
      </w:pPr>
      <w:r/>
      <w:hyperlink r:id="rId12">
        <w:r>
          <w:rPr>
            <w:color w:val="0000EE"/>
            <w:u w:val="single"/>
          </w:rPr>
          <w:t>https://us.community.sony.com/s/question/0D5Dp00002ARht8KAD/fullvideo-elif-karaarslan-tff-kad%C3%A4n-hakem-elif-kad%C3%A4n-hakem-elif-karaarslan-reddit-elif-karaarslan-video-hakem-orhan-erdemir?language=en_US</w:t>
        </w:r>
      </w:hyperlink>
      <w:r>
        <w:t xml:space="preserve"> - Mentions the controversy and the involvement of Elif Karaarslan and Orhan Erdemir, including Erdemir's background as a referee.</w:t>
      </w:r>
      <w:r/>
    </w:p>
    <w:p>
      <w:pPr>
        <w:pStyle w:val="ListNumber"/>
        <w:spacing w:line="240" w:lineRule="auto"/>
        <w:ind w:left="720"/>
      </w:pPr>
      <w:r/>
      <w:hyperlink r:id="rId13">
        <w:r>
          <w:rPr>
            <w:color w:val="0000EE"/>
            <w:u w:val="single"/>
          </w:rPr>
          <w:t>https://rossvideo.community/discussion/full-original-elif-karaarslan-video-hakem-orhan-erdemir-elif-karaarslan-hakem-hakem</w:t>
        </w:r>
      </w:hyperlink>
      <w:r>
        <w:t xml:space="preserve"> - Discusses the social media stir caused by the controversy surrounding Elif Karaarslan and Orhan Erdemir.</w:t>
      </w:r>
      <w:r/>
    </w:p>
    <w:p>
      <w:pPr>
        <w:pStyle w:val="ListNumber"/>
        <w:spacing w:line="240" w:lineRule="auto"/>
        <w:ind w:left="720"/>
      </w:pPr>
      <w:r/>
      <w:hyperlink r:id="rId10">
        <w:r>
          <w:rPr>
            <w:color w:val="0000EE"/>
            <w:u w:val="single"/>
          </w:rPr>
          <w:t>https://www.thesun.co.uk/sport/30942664/elif-karaarslan-referee-sex-tape-orhan-erdemir/</w:t>
        </w:r>
      </w:hyperlink>
      <w:r>
        <w:t xml:space="preserve"> - Quotes Elif Karaarslan's determination to contest the allegations and her legal representative's stance on the AI-generated video.</w:t>
      </w:r>
      <w:r/>
    </w:p>
    <w:p>
      <w:pPr>
        <w:pStyle w:val="ListNumber"/>
        <w:spacing w:line="240" w:lineRule="auto"/>
        <w:ind w:left="720"/>
      </w:pPr>
      <w:r/>
      <w:hyperlink r:id="rId11">
        <w:r>
          <w:rPr>
            <w:color w:val="0000EE"/>
            <w:u w:val="single"/>
          </w:rPr>
          <w:t>https://www.news.com.au/sport/sports-life/female-referee-handed-lifetime-ban-after-featuring-in-leaked-tape/news-story/3ec62c8785aaab5992305bebd3e2208e</w:t>
        </w:r>
      </w:hyperlink>
      <w:r>
        <w:t xml:space="preserve"> - Details the legal team's intention to pursue legal action against those disseminating false information about Karaarslan.</w:t>
      </w:r>
      <w:r/>
    </w:p>
    <w:p>
      <w:pPr>
        <w:pStyle w:val="ListNumber"/>
        <w:spacing w:line="240" w:lineRule="auto"/>
        <w:ind w:left="720"/>
      </w:pPr>
      <w:r/>
      <w:hyperlink r:id="rId14">
        <w:r>
          <w:rPr>
            <w:color w:val="0000EE"/>
            <w:u w:val="single"/>
          </w:rPr>
          <w:t>https://www.honor.com/globalgm/club/topicdetail/topicid-3624400121528320/</w:t>
        </w:r>
      </w:hyperlink>
      <w:r>
        <w:t xml:space="preserve"> - Mentions the impact on Orhan Erdemir's professional and personal reputation due to the false information dissemination.</w:t>
      </w:r>
      <w:r/>
    </w:p>
    <w:p>
      <w:pPr>
        <w:pStyle w:val="ListNumber"/>
        <w:spacing w:line="240" w:lineRule="auto"/>
        <w:ind w:left="720"/>
      </w:pPr>
      <w:r/>
      <w:hyperlink r:id="rId10">
        <w:r>
          <w:rPr>
            <w:color w:val="0000EE"/>
            <w:u w:val="single"/>
          </w:rPr>
          <w:t>https://www.thesun.co.uk/sport/30942664/elif-karaarslan-referee-sex-tape-orhan-erdemir/</w:t>
        </w:r>
      </w:hyperlink>
      <w:r>
        <w:t xml:space="preserve"> - Highlights the questions raised about privacy and the reliability of AI-generated content in sports governance.</w:t>
      </w:r>
      <w:r/>
    </w:p>
    <w:p>
      <w:pPr>
        <w:pStyle w:val="ListNumber"/>
        <w:spacing w:line="240" w:lineRule="auto"/>
        <w:ind w:left="720"/>
      </w:pPr>
      <w:r/>
      <w:hyperlink r:id="rId11">
        <w:r>
          <w:rPr>
            <w:color w:val="0000EE"/>
            <w:u w:val="single"/>
          </w:rPr>
          <w:t>https://www.news.com.au/sport/sports-life/female-referee-handed-lifetime-ban-after-featuring-in-leaked-tape/news-story/3ec62c8785aaab5992305bebd3e2208e</w:t>
        </w:r>
      </w:hyperlink>
      <w:r>
        <w:t xml:space="preserve"> - Discusses the broader issues around digital manipulation and reputational impact within professional sports communities.</w:t>
      </w:r>
      <w:r/>
    </w:p>
    <w:p>
      <w:pPr>
        <w:pStyle w:val="ListNumber"/>
        <w:spacing w:line="240" w:lineRule="auto"/>
        <w:ind w:left="720"/>
      </w:pPr>
      <w:r/>
      <w:hyperlink r:id="rId12">
        <w:r>
          <w:rPr>
            <w:color w:val="0000EE"/>
            <w:u w:val="single"/>
          </w:rPr>
          <w:t>https://us.community.sony.com/s/question/0D5Dp00002ARht8KAD/fullvideo-elif-karaarslan-tff-kad%C3%A4n-hakem-elif-kad%C3%A4n-hakem-elif-karaarslan-reddit-elif-karaarslan-video-hakem-orhan-erdemir?language=en_US</w:t>
        </w:r>
      </w:hyperlink>
      <w:r>
        <w:t xml:space="preserve"> - Provides context on the suspensions imposed by the Turkish Football Federation on October 4.</w:t>
      </w:r>
      <w:r/>
    </w:p>
    <w:p>
      <w:pPr>
        <w:pStyle w:val="ListNumber"/>
        <w:spacing w:line="240" w:lineRule="auto"/>
        <w:ind w:left="720"/>
      </w:pPr>
      <w:r/>
      <w:hyperlink r:id="rId13">
        <w:r>
          <w:rPr>
            <w:color w:val="0000EE"/>
            <w:u w:val="single"/>
          </w:rPr>
          <w:t>https://rossvideo.community/discussion/full-original-elif-karaarslan-video-hakem-orhan-erdemir-elif-karaarslan-hakem-hakem</w:t>
        </w:r>
      </w:hyperlink>
      <w:r>
        <w:t xml:space="preserve"> - Corroborates the legal and administrative outcomes remaining pending and the ongoing legal battle.</w:t>
      </w:r>
      <w:r/>
    </w:p>
    <w:p>
      <w:pPr>
        <w:pStyle w:val="ListNumber"/>
        <w:spacing w:line="240" w:lineRule="auto"/>
        <w:ind w:left="720"/>
      </w:pPr>
      <w:r/>
      <w:hyperlink r:id="rId15">
        <w:r>
          <w:rPr>
            <w:color w:val="0000EE"/>
            <w:u w:val="single"/>
          </w:rPr>
          <w:t>https://www.dailymail.co.uk/sport/football/article-13932495/Turkish-female-referee-banned-alleged.html?ns_mchannel=rss&amp;ns_campaign=1490&amp;ito=1490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un.co.uk/sport/30942664/elif-karaarslan-referee-sex-tape-orhan-erdemir/" TargetMode="External"/><Relationship Id="rId11" Type="http://schemas.openxmlformats.org/officeDocument/2006/relationships/hyperlink" Target="https://www.news.com.au/sport/sports-life/female-referee-handed-lifetime-ban-after-featuring-in-leaked-tape/news-story/3ec62c8785aaab5992305bebd3e2208e" TargetMode="External"/><Relationship Id="rId12" Type="http://schemas.openxmlformats.org/officeDocument/2006/relationships/hyperlink" Target="https://us.community.sony.com/s/question/0D5Dp00002ARht8KAD/fullvideo-elif-karaarslan-tff-kad%C3%A4n-hakem-elif-kad%C3%A4n-hakem-elif-karaarslan-reddit-elif-karaarslan-video-hakem-orhan-erdemir?language=en_US" TargetMode="External"/><Relationship Id="rId13" Type="http://schemas.openxmlformats.org/officeDocument/2006/relationships/hyperlink" Target="https://rossvideo.community/discussion/full-original-elif-karaarslan-video-hakem-orhan-erdemir-elif-karaarslan-hakem-hakem" TargetMode="External"/><Relationship Id="rId14" Type="http://schemas.openxmlformats.org/officeDocument/2006/relationships/hyperlink" Target="https://www.honor.com/globalgm/club/topicdetail/topicid-3624400121528320/" TargetMode="External"/><Relationship Id="rId15" Type="http://schemas.openxmlformats.org/officeDocument/2006/relationships/hyperlink" Target="https://www.dailymail.co.uk/sport/football/article-13932495/Turkish-female-referee-banned-alleged.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