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Yext enhances AI review generation for broader reach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Yext Enhances AI Review Generation for Broader Reach</w:t>
      </w:r>
      <w:r/>
    </w:p>
    <w:p>
      <w:r/>
      <w:r>
        <w:t>Yext, a prominent provider of digital presence solutions for multi-location businesses, has announced a significant enhancement to its AI Review Generation service. This expansion allows companies to solicit and manage customer reviews across over 80 different review platforms, now including major sites like Google and Facebook, alongside their own proprietary channels.</w:t>
      </w:r>
      <w:r/>
    </w:p>
    <w:p>
      <w:r/>
      <w:r>
        <w:t>The development aims to streamline the process by which businesses accumulate and respond to customer reviews. By leveraging generative review responses and automated reply functions, businesses can now handle a large volume of reviews more efficiently. This capability enables companies to increase their review volume, improve their visibility in search results, boost star ratings, and establish more robust relationships with their customer base.</w:t>
      </w:r>
      <w:r/>
    </w:p>
    <w:p>
      <w:r/>
      <w:r>
        <w:t>The enhanced Review Generation suite offers several key customizable tools designed to simplify and enhance the collection of reviews. The following features have been introduced:</w:t>
      </w:r>
      <w:r/>
    </w:p>
    <w:p>
      <w:r/>
      <w:r>
        <w:t xml:space="preserve">1. </w:t>
      </w:r>
      <w:r>
        <w:rPr>
          <w:b/>
        </w:rPr>
        <w:t>Review Invitations</w:t>
      </w:r>
      <w:r>
        <w:t>: This feature enables businesses to invite customers to share their feedback using a range of pre-made and customizable email and SMS templates, all integrated with relevant brand information.</w:t>
      </w:r>
      <w:r/>
    </w:p>
    <w:p>
      <w:r/>
      <w:r>
        <w:t xml:space="preserve">2. </w:t>
      </w:r>
      <w:r>
        <w:rPr>
          <w:b/>
        </w:rPr>
        <w:t>Review Generation URLs</w:t>
      </w:r>
      <w:r>
        <w:t>: Businesses can now distribute URLs through various means such as invitations, business cards, advertisements, and receipts, to encourage customers to leave reviews.</w:t>
      </w:r>
      <w:r/>
    </w:p>
    <w:p>
      <w:r/>
      <w:r>
        <w:t xml:space="preserve">3. </w:t>
      </w:r>
      <w:r>
        <w:rPr>
          <w:b/>
        </w:rPr>
        <w:t>Customizable Settings</w:t>
      </w:r>
      <w:r>
        <w:t>: Companies can adjust review generation settings to align with their strategic objectives. This includes managing the frequency of review requests, overseeing first-party review pages, and directing customer reviews to third-party platforms.</w:t>
      </w:r>
      <w:r/>
    </w:p>
    <w:p>
      <w:r/>
      <w:r>
        <w:t xml:space="preserve">4. </w:t>
      </w:r>
      <w:r>
        <w:rPr>
          <w:b/>
        </w:rPr>
        <w:t>In-Platform Analytics</w:t>
      </w:r>
      <w:r>
        <w:t>: With these analytics, businesses can keep track of their review performance across all locations. The features offer comprehensive data including success rates, average ratings, and conversion rates, providing valuable insights into customer feedback trends.</w:t>
      </w:r>
      <w:r/>
    </w:p>
    <w:p>
      <w:r/>
      <w:r>
        <w:t>These newly expanded capabilities aim to offer businesses a robust toolset for generating and managing customer reviews more effectively, fostering stronger connections with consumers and enhancing the overall customer experience. This functional evolution in Yext’s service portfolio marks an important step in their ongoing effort to support businesses in navigating the complexities of digital customer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https://www.yext.com/about/news-media/announce-yext-reviewgeneration</w:t>
        </w:r>
      </w:hyperlink>
      <w:r>
        <w:t xml:space="preserve"> - Corroborates the expansion of Yext's AI Review Generation to include third-party sites like Google and Facebook.</w:t>
      </w:r>
      <w:r/>
    </w:p>
    <w:p>
      <w:pPr>
        <w:pStyle w:val="ListNumber"/>
        <w:spacing w:line="240" w:lineRule="auto"/>
        <w:ind w:left="720"/>
      </w:pPr>
      <w:r/>
      <w:hyperlink r:id="rId11">
        <w:r>
          <w:rPr>
            <w:color w:val="0000EE"/>
            <w:u w:val="single"/>
          </w:rPr>
          <w:t>https://www.yext.com/platform/features/review-generation</w:t>
        </w:r>
      </w:hyperlink>
      <w:r>
        <w:t xml:space="preserve"> - Details the features of Review Generation, including review invitations, review generation URLs, and customizable settings.</w:t>
      </w:r>
      <w:r/>
    </w:p>
    <w:p>
      <w:pPr>
        <w:pStyle w:val="ListNumber"/>
        <w:spacing w:line="240" w:lineRule="auto"/>
        <w:ind w:left="720"/>
      </w:pPr>
      <w:r/>
      <w:hyperlink r:id="rId11">
        <w:r>
          <w:rPr>
            <w:color w:val="0000EE"/>
            <w:u w:val="single"/>
          </w:rPr>
          <w:t>https://www.yext.com/platform/features/review-generation</w:t>
        </w:r>
      </w:hyperlink>
      <w:r>
        <w:t xml:space="preserve"> - Explains the use of pre-made and customizable email and SMS templates for review invitations.</w:t>
      </w:r>
      <w:r/>
    </w:p>
    <w:p>
      <w:pPr>
        <w:pStyle w:val="ListNumber"/>
        <w:spacing w:line="240" w:lineRule="auto"/>
        <w:ind w:left="720"/>
      </w:pPr>
      <w:r/>
      <w:hyperlink r:id="rId11">
        <w:r>
          <w:rPr>
            <w:color w:val="0000EE"/>
            <w:u w:val="single"/>
          </w:rPr>
          <w:t>https://www.yext.com/platform/features/review-generation</w:t>
        </w:r>
      </w:hyperlink>
      <w:r>
        <w:t xml:space="preserve"> - Describes the distribution of review generation URLs through various channels like invitations, business cards, and receipts.</w:t>
      </w:r>
      <w:r/>
    </w:p>
    <w:p>
      <w:pPr>
        <w:pStyle w:val="ListNumber"/>
        <w:spacing w:line="240" w:lineRule="auto"/>
        <w:ind w:left="720"/>
      </w:pPr>
      <w:r/>
      <w:hyperlink r:id="rId11">
        <w:r>
          <w:rPr>
            <w:color w:val="0000EE"/>
            <w:u w:val="single"/>
          </w:rPr>
          <w:t>https://www.yext.com/platform/features/review-generation</w:t>
        </w:r>
      </w:hyperlink>
      <w:r>
        <w:t xml:space="preserve"> - Outlines the customizable settings for managing review generation, including frequency and direction of reviews.</w:t>
      </w:r>
      <w:r/>
    </w:p>
    <w:p>
      <w:pPr>
        <w:pStyle w:val="ListNumber"/>
        <w:spacing w:line="240" w:lineRule="auto"/>
        <w:ind w:left="720"/>
      </w:pPr>
      <w:r/>
      <w:hyperlink r:id="rId11">
        <w:r>
          <w:rPr>
            <w:color w:val="0000EE"/>
            <w:u w:val="single"/>
          </w:rPr>
          <w:t>https://www.yext.com/platform/features/review-generation</w:t>
        </w:r>
      </w:hyperlink>
      <w:r>
        <w:t xml:space="preserve"> - Discusses the in-platform analytics for tracking review performance, including success rates, average ratings, and conversion rates.</w:t>
      </w:r>
      <w:r/>
    </w:p>
    <w:p>
      <w:pPr>
        <w:pStyle w:val="ListNumber"/>
        <w:spacing w:line="240" w:lineRule="auto"/>
        <w:ind w:left="720"/>
      </w:pPr>
      <w:r/>
      <w:hyperlink r:id="rId12">
        <w:r>
          <w:rPr>
            <w:color w:val="0000EE"/>
            <w:u w:val="single"/>
          </w:rPr>
          <w:t>https://www.yext.com/about/news-media/ai-generated-review-response</w:t>
        </w:r>
      </w:hyperlink>
      <w:r>
        <w:t xml:space="preserve"> - Explains how AI-generated review responses can help businesses handle a large volume of reviews efficiently.</w:t>
      </w:r>
      <w:r/>
    </w:p>
    <w:p>
      <w:pPr>
        <w:pStyle w:val="ListNumber"/>
        <w:spacing w:line="240" w:lineRule="auto"/>
        <w:ind w:left="720"/>
      </w:pPr>
      <w:r/>
      <w:hyperlink r:id="rId13">
        <w:r>
          <w:rPr>
            <w:color w:val="0000EE"/>
            <w:u w:val="single"/>
          </w:rPr>
          <w:t>https://www.yext.com/platform/features/content-generation-for-review-response</w:t>
        </w:r>
      </w:hyperlink>
      <w:r>
        <w:t xml:space="preserve"> - Details the generative review response feature, including automated reply functions and customization options.</w:t>
      </w:r>
      <w:r/>
    </w:p>
    <w:p>
      <w:pPr>
        <w:pStyle w:val="ListNumber"/>
        <w:spacing w:line="240" w:lineRule="auto"/>
        <w:ind w:left="720"/>
      </w:pPr>
      <w:r/>
      <w:hyperlink r:id="rId14">
        <w:r>
          <w:rPr>
            <w:color w:val="0000EE"/>
            <w:u w:val="single"/>
          </w:rPr>
          <w:t>https://www.investing.com/news/company-news/yext-unveils-enhanced-ai-tool-for-online-reputation-management-93CH-3653291</w:t>
        </w:r>
      </w:hyperlink>
      <w:r>
        <w:t xml:space="preserve"> - Provides information on the enhanced AI Review Generation solution and its impact on customer engagement and online reputation management.</w:t>
      </w:r>
      <w:r/>
    </w:p>
    <w:p>
      <w:pPr>
        <w:pStyle w:val="ListNumber"/>
        <w:spacing w:line="240" w:lineRule="auto"/>
        <w:ind w:left="720"/>
      </w:pPr>
      <w:r/>
      <w:hyperlink r:id="rId14">
        <w:r>
          <w:rPr>
            <w:color w:val="0000EE"/>
            <w:u w:val="single"/>
          </w:rPr>
          <w:t>https://www.investing.com/news/company-news/yext-unveils-enhanced-ai-tool-for-online-reputation-management-93CH-3653291</w:t>
        </w:r>
      </w:hyperlink>
      <w:r>
        <w:t xml:space="preserve"> - Mentions the support for over 80 review sites and the importance of reviews in customer trust and business visibility.</w:t>
      </w:r>
      <w:r/>
    </w:p>
    <w:p>
      <w:pPr>
        <w:pStyle w:val="ListNumber"/>
        <w:spacing w:line="240" w:lineRule="auto"/>
        <w:ind w:left="720"/>
      </w:pPr>
      <w:r/>
      <w:hyperlink r:id="rId15">
        <w:r>
          <w:rPr>
            <w:color w:val="0000EE"/>
            <w:u w:val="single"/>
          </w:rPr>
          <w:t>https://www.destinationcrm.com/Articles/ReadArticle.aspx?ArticleID=166251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ext.com/about/news-media/announce-yext-reviewgeneration" TargetMode="External"/><Relationship Id="rId11" Type="http://schemas.openxmlformats.org/officeDocument/2006/relationships/hyperlink" Target="https://www.yext.com/platform/features/review-generation" TargetMode="External"/><Relationship Id="rId12" Type="http://schemas.openxmlformats.org/officeDocument/2006/relationships/hyperlink" Target="https://www.yext.com/about/news-media/ai-generated-review-response" TargetMode="External"/><Relationship Id="rId13" Type="http://schemas.openxmlformats.org/officeDocument/2006/relationships/hyperlink" Target="https://www.yext.com/platform/features/content-generation-for-review-response" TargetMode="External"/><Relationship Id="rId14" Type="http://schemas.openxmlformats.org/officeDocument/2006/relationships/hyperlink" Target="https://www.investing.com/news/company-news/yext-unveils-enhanced-ai-tool-for-online-reputation-management-93CH-3653291" TargetMode="External"/><Relationship Id="rId15" Type="http://schemas.openxmlformats.org/officeDocument/2006/relationships/hyperlink" Target="https://www.destinationcrm.com/Articles/ReadArticle.aspx?ArticleID=1662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