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Acer Swift 14 AI laptop delivers sleek design with integrated AI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Acer Swift 14 AI Laptop: A Blend of Sleek Design and AI Features</w:t>
      </w:r>
      <w:r/>
    </w:p>
    <w:p>
      <w:r/>
      <w:r>
        <w:t>Acer has introduced the Swift 14 AI, a laptop that merges compact design with advanced artificial intelligence functionalities. This model, priced at £1,199.99 in the UK and $1,049.99 in the US, aims to cater to hybrid workers who appreciate portability alongside cutting-edge AI technology.</w:t>
      </w:r>
      <w:r/>
    </w:p>
    <w:p>
      <w:r/>
      <w:r>
        <w:rPr>
          <w:b/>
        </w:rPr>
        <w:t>Design and Build</w:t>
      </w:r>
      <w:r/>
    </w:p>
    <w:p>
      <w:r/>
      <w:r>
        <w:t>The Acer Swift 14 AI distinguishes itself through its aesthetic appeal. Measuring 14.90 mm in thickness and weighing 1.36 kg, the laptop showcases a sleek profile with bevelled edges and tapered corners that contribute to its elegant look. Although the keyboard's slightly recessed design may pose a comfort issue for some users, the trackpad is centrally positioned, enhancing usability despite the non-responsive top section.</w:t>
      </w:r>
      <w:r/>
    </w:p>
    <w:p>
      <w:r/>
      <w:r>
        <w:t>In terms of connectivity, Acer has opted for a minimalist approach, with only two USB-A ports, two USB-C ports, and an audio jack. This choice may disappoint users who require more diverse port options, such as an HDMI port or an SD card reader, typically valued by photographers and videographers. The display screen, offering a 2.5K resolution, provides clear and vibrant visuals, although its flexibility might be a point of concern regarding durability.</w:t>
      </w:r>
      <w:r/>
    </w:p>
    <w:p>
      <w:r/>
      <w:r>
        <w:rPr>
          <w:b/>
        </w:rPr>
        <w:t>Features and Performance</w:t>
      </w:r>
      <w:r/>
    </w:p>
    <w:p>
      <w:r/>
      <w:r>
        <w:t>Equipped with Qualcomm technology, namely the Qualcomm Oryon Deca-core 3.40 GHz CPU and Qualcomm Adreno GPU, the Swift 14 AI is not primarily designed for high-end creative tasks. Performance assessments, such as the Blender benchmark scores—26.4 for Monster, 21.21 for Junkshop, and 10.6 for Classroom scenes—indicate its limitations in handling demanding 3D rendering tasks efficiently. Furthermore, Geekbench tests revealed scores of 1,322 and 5,425 in single-core and multi-core performances, respectively, with a GPU OpenCL score of 9,503.</w:t>
      </w:r>
      <w:r/>
    </w:p>
    <w:p>
      <w:r/>
      <w:r>
        <w:t>While these specifications place it alongside other mid-range laptops like the Microsoft Laptop Studio 2, the Acer Swift 14 AI may not fulfil the requirements of creative professionals heavily relying on graphics performance. However, it is suitable for more routine tasks owing to its lightweight design.</w:t>
      </w:r>
      <w:r/>
    </w:p>
    <w:p>
      <w:r/>
      <w:r>
        <w:t>Video editors might find the laptop's speed less than ideal, as evidenced by a 12-minute and 45-second completion time for transcoding a 10-minute 4K video to 1080p using Handbrake—considerably longer than some high-performance counterparts.</w:t>
      </w:r>
      <w:r/>
    </w:p>
    <w:p>
      <w:r/>
      <w:r>
        <w:rPr>
          <w:b/>
        </w:rPr>
        <w:t>Target Audience</w:t>
      </w:r>
      <w:r/>
    </w:p>
    <w:p>
      <w:r/>
      <w:r>
        <w:t>The Acer Swift 14 AI is tailored for individuals seeking a portable, stylish laptop integrated with modern AI capabilities, such as Copilot+ for enhanced productivity features like Recall, Cocreator, and Live Captions. It's an appealing option for those who need to balance different work environments, from offices to coffee shops, although it isn't built for users demanding peak performance in gaming or graphic-intensive tasks.</w:t>
      </w:r>
      <w:r/>
    </w:p>
    <w:p>
      <w:r/>
      <w:r>
        <w:rPr>
          <w:b/>
        </w:rPr>
        <w:t>Conclusion</w:t>
      </w:r>
      <w:r/>
    </w:p>
    <w:p>
      <w:r/>
      <w:r>
        <w:t>The Acer Swift 14 AI is a pragmatic choice for hybrid workers appreciating compactness and AI advancements. While it may not meet the performance needs of creatives requiring top-tier GPU capabilities, its design and AI functionalities present a compelling option for users prioritizing mobility and modern technology. However, individuals looking for gaming laptops or high-performance machines with NVIDIA graphics may need to consider alternatives such as the HP Omen Transcend 14 or the Dell Precision 7780, which offer different strengths to meet specialized needs.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https://news.acer.com/acer-expands-its-copilot-pc-line-with-new-swift-14-ai-and-swift-go-14-ai-laptops</w:t>
        </w:r>
      </w:hyperlink>
      <w:r>
        <w:t xml:space="preserve"> - Corroborates the introduction of the Acer Swift 14 AI and its integration with advanced AI functionalities.</w:t>
      </w:r>
      <w:r/>
    </w:p>
    <w:p>
      <w:pPr>
        <w:pStyle w:val="ListNumber"/>
        <w:spacing w:line="240" w:lineRule="auto"/>
        <w:ind w:left="720"/>
      </w:pPr>
      <w:r/>
      <w:hyperlink r:id="rId11">
        <w:r>
          <w:rPr>
            <w:color w:val="0000EE"/>
            <w:u w:val="single"/>
          </w:rPr>
          <w:t>https://www.acer.com/us-en/laptops/swift/swift-14-ai</w:t>
        </w:r>
      </w:hyperlink>
      <w:r>
        <w:t xml:space="preserve"> - Provides details on the design and build of the Acer Swift 14 AI, including its thickness, weight, and aesthetic appeal.</w:t>
      </w:r>
      <w:r/>
    </w:p>
    <w:p>
      <w:pPr>
        <w:pStyle w:val="ListNumber"/>
        <w:spacing w:line="240" w:lineRule="auto"/>
        <w:ind w:left="720"/>
      </w:pPr>
      <w:r/>
      <w:hyperlink r:id="rId12">
        <w:r>
          <w:rPr>
            <w:color w:val="0000EE"/>
            <w:u w:val="single"/>
          </w:rPr>
          <w:t>https://www.creativebloq.com/tech/laptops/acer-swift-14-ai-review-a-laptop-that-has-gone-all-out-ai</w:t>
        </w:r>
      </w:hyperlink>
      <w:r>
        <w:t xml:space="preserve"> - Supports the information about the laptop's design, including the recessed keyboard and centrally positioned trackpad.</w:t>
      </w:r>
      <w:r/>
    </w:p>
    <w:p>
      <w:pPr>
        <w:pStyle w:val="ListNumber"/>
        <w:spacing w:line="240" w:lineRule="auto"/>
        <w:ind w:left="720"/>
      </w:pPr>
      <w:r/>
      <w:hyperlink r:id="rId12">
        <w:r>
          <w:rPr>
            <w:color w:val="0000EE"/>
            <w:u w:val="single"/>
          </w:rPr>
          <w:t>https://www.creativebloq.com/tech/laptops/acer-swift-14-ai-review-a-laptop-that-has-gone-all-out-ai</w:t>
        </w:r>
      </w:hyperlink>
      <w:r>
        <w:t xml:space="preserve"> - Corroborates the connectivity options of the Acer Swift 14 AI, such as the USB ports and audio jack.</w:t>
      </w:r>
      <w:r/>
    </w:p>
    <w:p>
      <w:pPr>
        <w:pStyle w:val="ListNumber"/>
        <w:spacing w:line="240" w:lineRule="auto"/>
        <w:ind w:left="720"/>
      </w:pPr>
      <w:r/>
      <w:hyperlink r:id="rId11">
        <w:r>
          <w:rPr>
            <w:color w:val="0000EE"/>
            <w:u w:val="single"/>
          </w:rPr>
          <w:t>https://www.acer.com/us-en/laptops/swift/swift-14-ai</w:t>
        </w:r>
      </w:hyperlink>
      <w:r>
        <w:t xml:space="preserve"> - Details the display screen's resolution and visual quality of the Acer Swift 14 AI.</w:t>
      </w:r>
      <w:r/>
    </w:p>
    <w:p>
      <w:pPr>
        <w:pStyle w:val="ListNumber"/>
        <w:spacing w:line="240" w:lineRule="auto"/>
        <w:ind w:left="720"/>
      </w:pPr>
      <w:r/>
      <w:hyperlink r:id="rId12">
        <w:r>
          <w:rPr>
            <w:color w:val="0000EE"/>
            <w:u w:val="single"/>
          </w:rPr>
          <w:t>https://www.creativebloq.com/tech/laptops/acer-swift-14-ai-review-a-laptop-that-has-gone-all-out-ai</w:t>
        </w:r>
      </w:hyperlink>
      <w:r>
        <w:t xml:space="preserve"> - Provides performance details, including the Qualcomm Oryon Deca-core CPU and Qualcomm Adreno GPU, and Blender benchmark scores.</w:t>
      </w:r>
      <w:r/>
    </w:p>
    <w:p>
      <w:pPr>
        <w:pStyle w:val="ListNumber"/>
        <w:spacing w:line="240" w:lineRule="auto"/>
        <w:ind w:left="720"/>
      </w:pPr>
      <w:r/>
      <w:hyperlink r:id="rId13">
        <w:r>
          <w:rPr>
            <w:color w:val="0000EE"/>
            <w:u w:val="single"/>
          </w:rPr>
          <w:t>https://www.itpro.com/hardware/laptops/acer-swift-14-ai-review-a-compelling-well-rounded-option-both-for-small-businesses-and-some-larger-firm</w:t>
        </w:r>
      </w:hyperlink>
      <w:r>
        <w:t xml:space="preserve"> - Supports the performance assessments and limitations in handling demanding tasks like 3D rendering and video editing.</w:t>
      </w:r>
      <w:r/>
    </w:p>
    <w:p>
      <w:pPr>
        <w:pStyle w:val="ListNumber"/>
        <w:spacing w:line="240" w:lineRule="auto"/>
        <w:ind w:left="720"/>
      </w:pPr>
      <w:r/>
      <w:hyperlink r:id="rId11">
        <w:r>
          <w:rPr>
            <w:color w:val="0000EE"/>
            <w:u w:val="single"/>
          </w:rPr>
          <w:t>https://www.acer.com/us-en/laptops/swift/swift-14-ai</w:t>
        </w:r>
      </w:hyperlink>
      <w:r>
        <w:t xml:space="preserve"> - Explains the AI features, including Copilot+ and its productivity enhancements like Recall, Cocreator, and Live Captions.</w:t>
      </w:r>
      <w:r/>
    </w:p>
    <w:p>
      <w:pPr>
        <w:pStyle w:val="ListNumber"/>
        <w:spacing w:line="240" w:lineRule="auto"/>
        <w:ind w:left="720"/>
      </w:pPr>
      <w:r/>
      <w:hyperlink r:id="rId12">
        <w:r>
          <w:rPr>
            <w:color w:val="0000EE"/>
            <w:u w:val="single"/>
          </w:rPr>
          <w:t>https://www.creativebloq.com/tech/laptops/acer-swift-14-ai-review-a-laptop-that-has-gone-all-out-ai</w:t>
        </w:r>
      </w:hyperlink>
      <w:r>
        <w:t xml:space="preserve"> - Corroborates the target audience for the Acer Swift 14 AI, including hybrid workers and those in creative support roles.</w:t>
      </w:r>
      <w:r/>
    </w:p>
    <w:p>
      <w:pPr>
        <w:pStyle w:val="ListNumber"/>
        <w:spacing w:line="240" w:lineRule="auto"/>
        <w:ind w:left="720"/>
      </w:pPr>
      <w:r/>
      <w:hyperlink r:id="rId13">
        <w:r>
          <w:rPr>
            <w:color w:val="0000EE"/>
            <w:u w:val="single"/>
          </w:rPr>
          <w:t>https://www.itpro.com/hardware/laptops/acer-swift-14-ai-review-a-compelling-well-rounded-option-both-for-small-businesses-and-some-larger-firm</w:t>
        </w:r>
      </w:hyperlink>
      <w:r>
        <w:t xml:space="preserve"> - Supports the conclusion that the Acer Swift 14 AI is suitable for users prioritizing mobility and modern technology but not for gaming or high-performance tasks.</w:t>
      </w:r>
      <w:r/>
    </w:p>
    <w:p>
      <w:pPr>
        <w:pStyle w:val="ListNumber"/>
        <w:spacing w:line="240" w:lineRule="auto"/>
        <w:ind w:left="720"/>
      </w:pPr>
      <w:r/>
      <w:hyperlink r:id="rId10">
        <w:r>
          <w:rPr>
            <w:color w:val="0000EE"/>
            <w:u w:val="single"/>
          </w:rPr>
          <w:t>https://news.acer.com/acer-expands-its-copilot-pc-line-with-new-swift-14-ai-and-swift-go-14-ai-laptops</w:t>
        </w:r>
      </w:hyperlink>
      <w:r>
        <w:t xml:space="preserve"> - Provides additional context on the broader Copilot+ PC line and its focus on productivity and AI features.</w:t>
      </w:r>
      <w:r/>
    </w:p>
    <w:p>
      <w:pPr>
        <w:pStyle w:val="ListNumber"/>
        <w:spacing w:line="240" w:lineRule="auto"/>
        <w:ind w:left="720"/>
      </w:pPr>
      <w:r/>
      <w:hyperlink r:id="rId12">
        <w:r>
          <w:rPr>
            <w:color w:val="0000EE"/>
            <w:u w:val="single"/>
          </w:rPr>
          <w:t>https://www.creativebloq.com/tech/laptops/acer-swift-14-ai-review-a-laptop-that-has-gone-all-out-ai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acer.com/acer-expands-its-copilot-pc-line-with-new-swift-14-ai-and-swift-go-14-ai-laptops" TargetMode="External"/><Relationship Id="rId11" Type="http://schemas.openxmlformats.org/officeDocument/2006/relationships/hyperlink" Target="https://www.acer.com/us-en/laptops/swift/swift-14-ai" TargetMode="External"/><Relationship Id="rId12" Type="http://schemas.openxmlformats.org/officeDocument/2006/relationships/hyperlink" Target="https://www.creativebloq.com/tech/laptops/acer-swift-14-ai-review-a-laptop-that-has-gone-all-out-ai" TargetMode="External"/><Relationship Id="rId13" Type="http://schemas.openxmlformats.org/officeDocument/2006/relationships/hyperlink" Target="https://www.itpro.com/hardware/laptops/acer-swift-14-ai-review-a-compelling-well-rounded-option-both-for-small-businesses-and-some-larger-fi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