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Platform Alliance expands to address growing demands in AI inference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 Platform Alliance has announced a significant expansion in its consortium, which was formed to integrate key hardware and chips essential for operating modern AI compute services. The alliance is focused on developing more open, economical, and sustainable AI solutions, aligning with the evolving demands of the AI inference industry.</w:t>
      </w:r>
      <w:r/>
    </w:p>
    <w:p>
      <w:r/>
      <w:r>
        <w:t>Founded last year during the Open Compute Conference, the alliance originally consisted of companies designing AI accelerators—chips devised to expedite AI software processes. Now, it has broadened its scope to incorporate cloud-managed service providers, system suppliers and integrators, and software companies. This expansion reflects the growing maturity of the AI ecosystem particularly addressing high-demand AI inference applications.</w:t>
      </w:r>
      <w:r/>
    </w:p>
    <w:p>
      <w:r/>
      <w:r>
        <w:t>New members joining this alliance include a diverse group of companies such as Adlink, ASRock Rack, ASA Computers, Canonical, Clairo.ai, Deepgram, DeepX, ECS/Equus, Giga Computing (Gigabyte), Kamiwaza.ai, Lampi.ai, Netint, NextComputing, opsZero, Positron, Prov.net/Alpha3, Responsible Compute, Supermicro, Untether, View IO, and Wallaroo.ai. They join a roster of founding members like Ampere Computing, Cerebras Systems, Furiosa, Graphcore, Kalray, Kinara, Luminous, Neuchips, Rebellions, and Sapeon.</w:t>
      </w:r>
      <w:r/>
    </w:p>
    <w:p>
      <w:r/>
      <w:r>
        <w:t>The alliance now comprises over 30 organisations spanning five core sectors of the burgeoning AI inference ecosystem. This collaboration seeks to elevate AI solutions in power and cost efficiency, outperforming traditional GPU-based systems. Additionally, a new marketplace on the AI Platform Alliance website offers these innovative solutions to the market, enhancing accessibility and adoption.</w:t>
      </w:r>
      <w:r/>
    </w:p>
    <w:p>
      <w:r/>
      <w:r>
        <w:t>The AI Platform Alliance was conceived with the mission to enhance collaboration and transparency in AI. This expansion comes at a crucial time, considering the AI industry's exponential demand for compute power necessary to function and integrate complex AI-enabled digital services. While previous efforts largely focused on training AI models, the heightened requirement for AI inference—often needing significantly more compute resources—illustrates a pressing need for collaborative innovation.</w:t>
      </w:r>
      <w:r/>
    </w:p>
    <w:p>
      <w:r/>
      <w:r>
        <w:t>Throughout this expansion, alliance members aim to validate joint AI solutions, providing robust alternatives to the conventional GPU-dominant platforms. This collaborative effort is anticipated to invigorate AI innovation, enable more transparent and open AI systems, and facilitate the practical application and scalability of AI inference solutions that are environmentally sustainable and socially responsible.</w:t>
      </w:r>
      <w:r/>
    </w:p>
    <w:p>
      <w:r/>
      <w:r>
        <w:t>In a related development, several members of the AI Platform Alliance are scheduled to present their AI solutions at Yotta 2024, occurring in Las Vegas from October 7th to October 9th, 2024. The alliance also remains open to new members interested in reshaping the AI technology landscape, offering opportunities for companies to join this pioneering venture.</w:t>
      </w:r>
      <w:r/>
    </w:p>
    <w:p>
      <w:r/>
      <w:r>
        <w:t>Moreover, gaming industry leaders are anticipating the upcoming GamesBeat Next event slated for October 28th and 29th, showcasing prominent figures like Matthew Bromberg of Unity, Amy Hennig from New Media Skydance Games, and Laura Naviaux Sturr of Amazon Games among others. This event, marked as a critical junction for game industry product leaders, provides a venue for sharing visionary insights and networking with peers.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https://curiouscats.ai/technology/ai-platform-alliance-expands-consortium-to-enhance</w:t>
        </w:r>
      </w:hyperlink>
      <w:r>
        <w:t xml:space="preserve"> - Corroborates the expansion of the AI Platform Alliance and its focus on enhancing collaboration in AI hardware development.</w:t>
      </w:r>
      <w:r/>
    </w:p>
    <w:p>
      <w:pPr>
        <w:pStyle w:val="ListNumber"/>
        <w:spacing w:line="240" w:lineRule="auto"/>
        <w:ind w:left="720"/>
      </w:pPr>
      <w:r/>
      <w:hyperlink r:id="rId11">
        <w:r>
          <w:rPr>
            <w:color w:val="0000EE"/>
            <w:u w:val="single"/>
          </w:rPr>
          <w:t>https://www.prnewswire.com/news-releases/ai-platform-alliance-publishes-new-open-solutions-marketplace-for-ai-adds-21-members-302268336.html</w:t>
        </w:r>
      </w:hyperlink>
      <w:r>
        <w:t xml:space="preserve"> - Details the expansion of the alliance to include cloud managed service providers, system suppliers and integrators, and ISVs, and the addition of new members.</w:t>
      </w:r>
      <w:r/>
    </w:p>
    <w:p>
      <w:pPr>
        <w:pStyle w:val="ListNumber"/>
        <w:spacing w:line="240" w:lineRule="auto"/>
        <w:ind w:left="720"/>
      </w:pPr>
      <w:r/>
      <w:hyperlink r:id="rId12">
        <w:r>
          <w:rPr>
            <w:color w:val="0000EE"/>
            <w:u w:val="single"/>
          </w:rPr>
          <w:t>https://sp-edge.com/updates/34520</w:t>
        </w:r>
      </w:hyperlink>
      <w:r>
        <w:t xml:space="preserve"> - Mentions the AI Platform Alliance's expansion to include AI compute services and the inclusion of various new members.</w:t>
      </w:r>
      <w:r/>
    </w:p>
    <w:p>
      <w:pPr>
        <w:pStyle w:val="ListNumber"/>
        <w:spacing w:line="240" w:lineRule="auto"/>
        <w:ind w:left="720"/>
      </w:pPr>
      <w:r/>
      <w:hyperlink r:id="rId13">
        <w:r>
          <w:rPr>
            <w:color w:val="0000EE"/>
            <w:u w:val="single"/>
          </w:rPr>
          <w:t>https://platformalliance.ai</w:t>
        </w:r>
      </w:hyperlink>
      <w:r>
        <w:t xml:space="preserve"> - Provides information on the AI Platform Alliance's mission, membership, and the solutions offered, including the new marketplace for AI solutions.</w:t>
      </w:r>
      <w:r/>
    </w:p>
    <w:p>
      <w:pPr>
        <w:pStyle w:val="ListNumber"/>
        <w:spacing w:line="240" w:lineRule="auto"/>
        <w:ind w:left="720"/>
      </w:pPr>
      <w:r/>
      <w:hyperlink r:id="rId10">
        <w:r>
          <w:rPr>
            <w:color w:val="0000EE"/>
            <w:u w:val="single"/>
          </w:rPr>
          <w:t>https://curiouscats.ai/technology/ai-platform-alliance-expands-consortium-to-enhance</w:t>
        </w:r>
      </w:hyperlink>
      <w:r>
        <w:t xml:space="preserve"> - Explains the alliance's focus on developing open, economical, and sustainable AI solutions for AI inference.</w:t>
      </w:r>
      <w:r/>
    </w:p>
    <w:p>
      <w:pPr>
        <w:pStyle w:val="ListNumber"/>
        <w:spacing w:line="240" w:lineRule="auto"/>
        <w:ind w:left="720"/>
      </w:pPr>
      <w:r/>
      <w:hyperlink r:id="rId11">
        <w:r>
          <w:rPr>
            <w:color w:val="0000EE"/>
            <w:u w:val="single"/>
          </w:rPr>
          <w:t>https://www.prnewswire.com/news-releases/ai-platform-alliance-publishes-new-open-solutions-marketplace-for-ai-adds-21-members-302268336.html</w:t>
        </w:r>
      </w:hyperlink>
      <w:r>
        <w:t xml:space="preserve"> - Describes the founding of the alliance during the Open Compute Conference and its original focus on AI accelerators.</w:t>
      </w:r>
      <w:r/>
    </w:p>
    <w:p>
      <w:pPr>
        <w:pStyle w:val="ListNumber"/>
        <w:spacing w:line="240" w:lineRule="auto"/>
        <w:ind w:left="720"/>
      </w:pPr>
      <w:r/>
      <w:hyperlink r:id="rId13">
        <w:r>
          <w:rPr>
            <w:color w:val="0000EE"/>
            <w:u w:val="single"/>
          </w:rPr>
          <w:t>https://platformalliance.ai</w:t>
        </w:r>
      </w:hyperlink>
      <w:r>
        <w:t xml:space="preserve"> - Lists the new and founding members of the AI Platform Alliance, highlighting the diversity of the ecosystem.</w:t>
      </w:r>
      <w:r/>
    </w:p>
    <w:p>
      <w:pPr>
        <w:pStyle w:val="ListNumber"/>
        <w:spacing w:line="240" w:lineRule="auto"/>
        <w:ind w:left="720"/>
      </w:pPr>
      <w:r/>
      <w:hyperlink r:id="rId11">
        <w:r>
          <w:rPr>
            <w:color w:val="0000EE"/>
            <w:u w:val="single"/>
          </w:rPr>
          <w:t>https://www.prnewswire.com/news-releases/ai-platform-alliance-publishes-new-open-solutions-marketplace-for-ai-adds-21-members-302268336.html</w:t>
        </w:r>
      </w:hyperlink>
      <w:r>
        <w:t xml:space="preserve"> - Details the alliance's goal to enhance power and cost efficiency of AI solutions and the new marketplace for these solutions.</w:t>
      </w:r>
      <w:r/>
    </w:p>
    <w:p>
      <w:pPr>
        <w:pStyle w:val="ListNumber"/>
        <w:spacing w:line="240" w:lineRule="auto"/>
        <w:ind w:left="720"/>
      </w:pPr>
      <w:r/>
      <w:hyperlink r:id="rId10">
        <w:r>
          <w:rPr>
            <w:color w:val="0000EE"/>
            <w:u w:val="single"/>
          </w:rPr>
          <w:t>https://curiouscats.ai/technology/ai-platform-alliance-expands-consortium-to-enhance</w:t>
        </w:r>
      </w:hyperlink>
      <w:r>
        <w:t xml:space="preserve"> - Discusses the alliance's mission to enhance collaboration and transparency in AI, particularly in addressing the high demand for AI inference.</w:t>
      </w:r>
      <w:r/>
    </w:p>
    <w:p>
      <w:pPr>
        <w:pStyle w:val="ListNumber"/>
        <w:spacing w:line="240" w:lineRule="auto"/>
        <w:ind w:left="720"/>
      </w:pPr>
      <w:r/>
      <w:hyperlink r:id="rId11">
        <w:r>
          <w:rPr>
            <w:color w:val="0000EE"/>
            <w:u w:val="single"/>
          </w:rPr>
          <w:t>https://www.prnewswire.com/news-releases/ai-platform-alliance-publishes-new-open-solutions-marketplace-for-ai-adds-21-members-302268336.html</w:t>
        </w:r>
      </w:hyperlink>
      <w:r>
        <w:t xml:space="preserve"> - Mentions the upcoming presentation of AI solutions by alliance members at Yotta 2024 and the openness to new members.</w:t>
      </w:r>
      <w:r/>
    </w:p>
    <w:p>
      <w:pPr>
        <w:pStyle w:val="ListNumber"/>
        <w:spacing w:line="240" w:lineRule="auto"/>
        <w:ind w:left="720"/>
      </w:pPr>
      <w:r/>
      <w:hyperlink r:id="rId13">
        <w:r>
          <w:rPr>
            <w:color w:val="0000EE"/>
            <w:u w:val="single"/>
          </w:rPr>
          <w:t>https://platformalliance.ai</w:t>
        </w:r>
      </w:hyperlink>
      <w:r>
        <w:t xml:space="preserve"> - Provides information on how companies can join the AI Platform Alliance and contribute to the evolving AI ecosystem.</w:t>
      </w:r>
      <w:r/>
    </w:p>
    <w:p>
      <w:pPr>
        <w:pStyle w:val="ListNumber"/>
        <w:spacing w:line="240" w:lineRule="auto"/>
        <w:ind w:left="720"/>
      </w:pPr>
      <w:r/>
      <w:hyperlink r:id="rId14">
        <w:r>
          <w:rPr>
            <w:color w:val="0000EE"/>
            <w:u w:val="single"/>
          </w:rPr>
          <w:t>https://venturebeat.com/ai/ai-platform-alliance-brings-system-and-chip-companies-together/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uriouscats.ai/technology/ai-platform-alliance-expands-consortium-to-enhance" TargetMode="External"/><Relationship Id="rId11" Type="http://schemas.openxmlformats.org/officeDocument/2006/relationships/hyperlink" Target="https://www.prnewswire.com/news-releases/ai-platform-alliance-publishes-new-open-solutions-marketplace-for-ai-adds-21-members-302268336.html" TargetMode="External"/><Relationship Id="rId12" Type="http://schemas.openxmlformats.org/officeDocument/2006/relationships/hyperlink" Target="https://sp-edge.com/updates/34520" TargetMode="External"/><Relationship Id="rId13" Type="http://schemas.openxmlformats.org/officeDocument/2006/relationships/hyperlink" Target="https://platformalliance.ai" TargetMode="External"/><Relationship Id="rId14" Type="http://schemas.openxmlformats.org/officeDocument/2006/relationships/hyperlink" Target="https://venturebeat.com/ai/ai-platform-alliance-brings-system-and-chip-companies-togeth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