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voice changer Vozard brings anime characters to 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 technology has been making waves in various sectors, and anime culture is no exception. For anime aficionados who have always dreamed of emulating the voices of their beloved characters, there is now a tool that caters to this niche demand. The application, Vozard, stands out as a formidable AI-powered solution that allows PC users to transform their voices into those of popular anime characters. Here is a comprehensive look at this intriguing technology and its various applications.</w:t>
      </w:r>
      <w:r/>
    </w:p>
    <w:p>
      <w:r/>
      <w:r>
        <w:rPr>
          <w:b/>
        </w:rPr>
        <w:t>Understanding the Demand for Anime Voice Changers</w:t>
      </w:r>
      <w:r/>
    </w:p>
    <w:p>
      <w:r/>
      <w:r>
        <w:t>Anime has a uniquely vibrant and engaging auditory aesthetic, often making character voices as memorable as their visuals. From the intense shouts of shonen heroes to the whimsical tones of anime heroines, fans globally have found joy in imitating these voices. This burgeoning interest has been further fuelled by the rise of online streaming, gaming, and social interaction platforms, where users wish to enhance their interactions with novel experiences. Anime voice changers bridge this gap, giving enthusiasts the ability to transform their voice into that of their favourite anime icons.</w:t>
      </w:r>
      <w:r/>
    </w:p>
    <w:p>
      <w:r/>
      <w:r>
        <w:rPr>
          <w:b/>
        </w:rPr>
        <w:t>Vozard: The AI-Powered Solution</w:t>
      </w:r>
      <w:r/>
    </w:p>
    <w:p>
      <w:r/>
      <w:r>
        <w:t>Vozard has emerged as a leading application in the field of AI voice transformation technology, particularly for anime voices. It features an extensive library of characters, including iconic figures such as Hatsune Miku, Goku, and Nezuko, among others. This user-friendly software provides a plethora of options for users to mimic various high-profile characters effectively.</w:t>
      </w:r>
      <w:r/>
    </w:p>
    <w:p>
      <w:r/>
      <w:r>
        <w:rPr>
          <w:b/>
        </w:rPr>
        <w:t>Key Features of Vozard</w:t>
      </w:r>
      <w:r/>
    </w:p>
    <w:p>
      <w:r/>
      <w:r>
        <w:t>The software is built on cutting-edge AI algorithms capable of offering high-quality voice transformations. This allows users to enjoy a seamless and lifelike voice-changing experience. The suite is compatible with a wide range of platforms such as Discord, Twitch, OBS, Zoom, Fortnite, and Roblox, among others.</w:t>
      </w:r>
      <w:r/>
    </w:p>
    <w:p>
      <w:r/>
      <w:r>
        <w:t xml:space="preserve">Some notable features include: - </w:t>
      </w:r>
      <w:r>
        <w:rPr>
          <w:b/>
        </w:rPr>
        <w:t>Rich Sounds Library</w:t>
      </w:r>
      <w:r>
        <w:t xml:space="preserve">: Boasting over 180 voice effects, the library continually expands, thus providing users with fresh options for voice transformation. - </w:t>
      </w:r>
      <w:r>
        <w:rPr>
          <w:b/>
        </w:rPr>
        <w:t>Multiple Voice-Changing Modes</w:t>
      </w:r>
      <w:r>
        <w:t xml:space="preserve">: Users can choose between real-time voice changing, recordings, or uploading pre-recorded audio, thereby accommodating various user needs. - </w:t>
      </w:r>
      <w:r>
        <w:rPr>
          <w:b/>
        </w:rPr>
        <w:t>Customization Features</w:t>
      </w:r>
      <w:r>
        <w:t>: Vozard offers extensive customization allowing users to tweak pitches, tones, and voice parameters for unique results.</w:t>
      </w:r>
      <w:r/>
    </w:p>
    <w:p>
      <w:r/>
      <w:r>
        <w:rPr>
          <w:b/>
        </w:rPr>
        <w:t>Technical Requirements and Accessibility</w:t>
      </w:r>
      <w:r/>
    </w:p>
    <w:p>
      <w:r/>
      <w:r>
        <w:t>While Vozard’s capabilities are impressive, they do come with some prerequisites. Optimal performance is contingent upon high-performance PC specifications. Some of the more advanced or premium voice effects might require a subscription model, which could limit immediate access for some users.</w:t>
      </w:r>
      <w:r/>
    </w:p>
    <w:p>
      <w:r/>
      <w:r>
        <w:rPr>
          <w:b/>
        </w:rPr>
        <w:t>Implementation and Usage</w:t>
      </w:r>
      <w:r/>
    </w:p>
    <w:p>
      <w:r/>
      <w:r>
        <w:t>Here's a general guide for transforming one’s voice to that of Hatsune Miku using Vozard: 1. Download and install Vozard from their official website. 2. Launch the application and configure the microphone settings. 3. Select the "Real-Time" voice-changing option. 4. Pick Hatsune Miku from the available characters list. 5. Begin speaking, and the software transforms your voice in real-time.</w:t>
      </w:r>
      <w:r/>
    </w:p>
    <w:p>
      <w:r/>
      <w:r>
        <w:rPr>
          <w:b/>
        </w:rPr>
        <w:t>Platforms and Compatibility</w:t>
      </w:r>
      <w:r/>
    </w:p>
    <w:p>
      <w:r/>
      <w:r>
        <w:t>Vozard's integration with several popular online platforms means users can enhance interactions on places like Discord or while gaming on platforms like Fortnite. This versatility makes it particularly useful for streamers or content creators looking to inject a unique flair into their presentations or interactions.</w:t>
      </w:r>
      <w:r/>
    </w:p>
    <w:p>
      <w:r/>
      <w:r>
        <w:rPr>
          <w:b/>
        </w:rPr>
        <w:t>Conclusion</w:t>
      </w:r>
      <w:r/>
    </w:p>
    <w:p>
      <w:r/>
      <w:r>
        <w:t>For anime enthusiasts and tech aficionados alike, Vozard represents an innovative crossover of AI technology and cultural fandom. With its robust library and seamless integration, it brings a new dimension to personal entertainment and creative expression on digital platforms. As AI technology continues advancing, tools like Vozard will likely become increasingly sophisticated, adding even more layers to the way we experience and interact with digital entertainment.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https://www.imobie.com/vozard/</w:t>
        </w:r>
      </w:hyperlink>
      <w:r>
        <w:t xml:space="preserve"> - Corroborates the existence and key features of Vozard, including its AI-powered voice transformation, compatibility with various platforms, and extensive library of voice effects.</w:t>
      </w:r>
      <w:r/>
    </w:p>
    <w:p>
      <w:pPr>
        <w:pStyle w:val="ListNumber"/>
        <w:spacing w:line="240" w:lineRule="auto"/>
        <w:ind w:left="720"/>
      </w:pPr>
      <w:r/>
      <w:hyperlink r:id="rId10">
        <w:r>
          <w:rPr>
            <w:color w:val="0000EE"/>
            <w:u w:val="single"/>
          </w:rPr>
          <w:t>https://www.imobie.com/vozard/</w:t>
        </w:r>
      </w:hyperlink>
      <w:r>
        <w:t xml:space="preserve"> - Details the technical requirements and accessibility of Vozard, including the need for high-performance PC specifications and potential subscription models for premium voice effects.</w:t>
      </w:r>
      <w:r/>
    </w:p>
    <w:p>
      <w:pPr>
        <w:pStyle w:val="ListNumber"/>
        <w:spacing w:line="240" w:lineRule="auto"/>
        <w:ind w:left="720"/>
      </w:pPr>
      <w:r/>
      <w:hyperlink r:id="rId10">
        <w:r>
          <w:rPr>
            <w:color w:val="0000EE"/>
            <w:u w:val="single"/>
          </w:rPr>
          <w:t>https://www.imobie.com/vozard/</w:t>
        </w:r>
      </w:hyperlink>
      <w:r>
        <w:t xml:space="preserve"> - Explains the multiple voice-changing modes available in Vozard, such as real-time voice changing, recordings, or uploading pre-recorded audio.</w:t>
      </w:r>
      <w:r/>
    </w:p>
    <w:p>
      <w:pPr>
        <w:pStyle w:val="ListNumber"/>
        <w:spacing w:line="240" w:lineRule="auto"/>
        <w:ind w:left="720"/>
      </w:pPr>
      <w:r/>
      <w:hyperlink r:id="rId10">
        <w:r>
          <w:rPr>
            <w:color w:val="0000EE"/>
            <w:u w:val="single"/>
          </w:rPr>
          <w:t>https://www.imobie.com/vozard/</w:t>
        </w:r>
      </w:hyperlink>
      <w:r>
        <w:t xml:space="preserve"> - Highlights the customization features of Vozard, allowing users to tweak pitches, tones, and voice parameters for unique results.</w:t>
      </w:r>
      <w:r/>
    </w:p>
    <w:p>
      <w:pPr>
        <w:pStyle w:val="ListNumber"/>
        <w:spacing w:line="240" w:lineRule="auto"/>
        <w:ind w:left="720"/>
      </w:pPr>
      <w:r/>
      <w:hyperlink r:id="rId10">
        <w:r>
          <w:rPr>
            <w:color w:val="0000EE"/>
            <w:u w:val="single"/>
          </w:rPr>
          <w:t>https://www.imobie.com/vozard/</w:t>
        </w:r>
      </w:hyperlink>
      <w:r>
        <w:t xml:space="preserve"> - Discusses Vozard's compatibility with various online platforms, including Discord, Twitch, OBS, Zoom, Fortnite, and Roblox.</w:t>
      </w:r>
      <w:r/>
    </w:p>
    <w:p>
      <w:pPr>
        <w:pStyle w:val="ListNumber"/>
        <w:spacing w:line="240" w:lineRule="auto"/>
        <w:ind w:left="720"/>
      </w:pPr>
      <w:r/>
      <w:hyperlink r:id="rId10">
        <w:r>
          <w:rPr>
            <w:color w:val="0000EE"/>
            <w:u w:val="single"/>
          </w:rPr>
          <w:t>https://www.imobie.com/vozard/</w:t>
        </w:r>
      </w:hyperlink>
      <w:r>
        <w:t xml:space="preserve"> - Provides instructions on how to use Vozard to transform one’s voice, including downloading and installing the software, configuring microphone settings, and selecting the desired character.</w:t>
      </w:r>
      <w:r/>
    </w:p>
    <w:p>
      <w:pPr>
        <w:pStyle w:val="ListNumber"/>
        <w:spacing w:line="240" w:lineRule="auto"/>
        <w:ind w:left="720"/>
      </w:pPr>
      <w:r/>
      <w:hyperlink r:id="rId10">
        <w:r>
          <w:rPr>
            <w:color w:val="0000EE"/>
            <w:u w:val="single"/>
          </w:rPr>
          <w:t>https://www.imobie.com/vozard/</w:t>
        </w:r>
      </w:hyperlink>
      <w:r>
        <w:t xml:space="preserve"> - Mentions the rich sounds library of Vozard, boasting over 180 voice effects, and its continuous expansion to provide fresh options for users.</w:t>
      </w:r>
      <w:r/>
    </w:p>
    <w:p>
      <w:pPr>
        <w:pStyle w:val="ListNumber"/>
        <w:spacing w:line="240" w:lineRule="auto"/>
        <w:ind w:left="720"/>
      </w:pPr>
      <w:r/>
      <w:hyperlink r:id="rId10">
        <w:r>
          <w:rPr>
            <w:color w:val="0000EE"/>
            <w:u w:val="single"/>
          </w:rPr>
          <w:t>https://www.imobie.com/vozard/</w:t>
        </w:r>
      </w:hyperlink>
      <w:r>
        <w:t xml:space="preserve"> - Addresses the use of Vozard for enhancing interactions on platforms like Discord and while gaming on platforms like Fortnite, making it useful for streamers and content creators.</w:t>
      </w:r>
      <w:r/>
    </w:p>
    <w:p>
      <w:pPr>
        <w:pStyle w:val="ListNumber"/>
        <w:spacing w:line="240" w:lineRule="auto"/>
        <w:ind w:left="720"/>
      </w:pPr>
      <w:r/>
      <w:hyperlink r:id="rId10">
        <w:r>
          <w:rPr>
            <w:color w:val="0000EE"/>
            <w:u w:val="single"/>
          </w:rPr>
          <w:t>https://www.imobie.com/vozard/</w:t>
        </w:r>
      </w:hyperlink>
      <w:r>
        <w:t xml:space="preserve"> - Notes that Vozard is compatible with both Windows and Mac computers, ensuring broad accessibility.</w:t>
      </w:r>
      <w:r/>
    </w:p>
    <w:p>
      <w:pPr>
        <w:pStyle w:val="ListNumber"/>
        <w:spacing w:line="240" w:lineRule="auto"/>
        <w:ind w:left="720"/>
      </w:pPr>
      <w:r/>
      <w:hyperlink r:id="rId10">
        <w:r>
          <w:rPr>
            <w:color w:val="0000EE"/>
            <w:u w:val="single"/>
          </w:rPr>
          <w:t>https://www.imobie.com/vozard/</w:t>
        </w:r>
      </w:hyperlink>
      <w:r>
        <w:t xml:space="preserve"> - Clarifies that Vozard provides users with 3 completely free voice effects per day and unlimited use of background sound effects without any limitations.</w:t>
      </w:r>
      <w:r/>
    </w:p>
    <w:p>
      <w:pPr>
        <w:pStyle w:val="ListNumber"/>
        <w:spacing w:line="240" w:lineRule="auto"/>
        <w:ind w:left="720"/>
      </w:pPr>
      <w:r/>
      <w:hyperlink r:id="rId11">
        <w:r>
          <w:rPr>
            <w:color w:val="0000EE"/>
            <w:u w:val="single"/>
          </w:rPr>
          <w:t>https://www.redmondpie.com/the-best-ai-anime-voice-changer-for-pc-change-your-voice-to-any-popular-anime-character/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obie.com/vozard/" TargetMode="External"/><Relationship Id="rId11" Type="http://schemas.openxmlformats.org/officeDocument/2006/relationships/hyperlink" Target="https://www.redmondpie.com/the-best-ai-anime-voice-changer-for-pc-change-your-voice-to-any-popular-anime-charact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