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Concerns grow over AI-generated content in search results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rise of artificial intelligence and its integration into everyday technology has sparked wide-ranging debates on various fronts. Recently, this conversation took a significant turn following a viral image showing an unexpected prevalence of AI-generated content in Google search results. Specifically, a screenshot of a Google search for "baby peacock" featuring predominantly AI-generated images has become a focal point for discussions about digital authenticity and misinformation.</w:t>
      </w:r>
      <w:r/>
    </w:p>
    <w:p>
      <w:r/>
      <w:r>
        <w:t>Originally shared by X user @notengoprisa on October 5, 2024, the image highlights a noticeable imbalance: out of fifteen search results displayed, only four were genuine photographs, while the majority were AI-generated images. Such results illustrate how ubiquitous AI-generated content has become on the web, often blending seamlessly with actual photographs, raising concerns regarding the authenticity and reliability of search engine results.</w:t>
      </w:r>
      <w:r/>
    </w:p>
    <w:p>
      <w:r/>
      <w:r>
        <w:t>The image quickly sparked discussions across various online platforms, notably within creative circles. On the r/graphic_design subreddit, for instance, artists and designers expressed their frustrations and concerns over the increasing difficulty in finding genuine reference images. One user lamented the presence of AI-generated content infiltrating art inspiration websites, stating that this intrusion complicates the task of sourcing quality material for creative projects.</w:t>
      </w:r>
      <w:r/>
    </w:p>
    <w:p>
      <w:r/>
      <w:r>
        <w:t>The screenshot of AI-imposed imagery represents a broader issue that has been brewing across multiple sectors, including politics. AI is increasingly employed to fabricate scenarios, with potential impacts seen in the spread of misinformation during events like presidential races. This has led to calls for stricter regulations on AI-generated content, with creatives advocating for search engines to provide filters to distinguish AI-generated images from authentic ones.</w:t>
      </w:r>
      <w:r/>
    </w:p>
    <w:p>
      <w:r/>
      <w:r>
        <w:t>Despite the technological advancements offered by AI, the proliferation of artificial content has prompted significant reflection on its impact, particularly regarding its net value to society. Many in the creative community are urging legislative bodies to establish clear guidelines to regulate AI's influence on publicly available content, cautioning that failure to do so could render commonly used resources like Google unreliable.</w:t>
      </w:r>
      <w:r/>
    </w:p>
    <w:p>
      <w:r/>
      <w:r>
        <w:t>The conversation extends beyond just search engines. Social media platforms are also experiencing a surge of AI-generated content, impacting how users interact and share information. In response, new platforms, such as Cara, which positions itself as an anti-AI social media site, are emerging to provide artists and creatives a space free from the overwhelming presence of AI.</w:t>
      </w:r>
      <w:r/>
    </w:p>
    <w:p>
      <w:r/>
      <w:r>
        <w:t>Amidst these discussions on digital creation and authenticity, the broader dialogue continues to evolve, reflecting growing concerns about maintaining a balance between technological innovation and the preservation of genuine human creativity.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https://www.animalz.co/blog/google-march-2024-update-ai-generated-content/</w:t>
        </w:r>
      </w:hyperlink>
      <w:r>
        <w:t xml:space="preserve"> - This article discusses Google's March 2024 update targeting AI-generated content, including practices like scaled content abuse, expired domain abuse, and site reputation abuse, which corroborates the concerns about the authenticity and reliability of search engine results.</w:t>
      </w:r>
      <w:r/>
    </w:p>
    <w:p>
      <w:pPr>
        <w:pStyle w:val="ListNumber"/>
        <w:spacing w:line="240" w:lineRule="auto"/>
        <w:ind w:left="720"/>
      </w:pPr>
      <w:r/>
      <w:hyperlink r:id="rId11">
        <w:r>
          <w:rPr>
            <w:color w:val="0000EE"/>
            <w:u w:val="single"/>
          </w:rPr>
          <w:t>https://support.google.com/websearch/answer/14901683?hl=en&amp;p=ai_overviews&amp;rd=1&amp;visit_id=638530235353939754-3844204137</w:t>
        </w:r>
      </w:hyperlink>
      <w:r>
        <w:t xml:space="preserve"> - This page explains Google's AI Overviews, which use generative AI to provide summaries in search results, highlighting the integration of AI in search and the potential for inaccuracies or misinformation.</w:t>
      </w:r>
      <w:r/>
    </w:p>
    <w:p>
      <w:pPr>
        <w:pStyle w:val="ListNumber"/>
        <w:spacing w:line="240" w:lineRule="auto"/>
        <w:ind w:left="720"/>
      </w:pPr>
      <w:r/>
      <w:hyperlink r:id="rId12">
        <w:r>
          <w:rPr>
            <w:color w:val="0000EE"/>
            <w:u w:val="single"/>
          </w:rPr>
          <w:t>https://originality.ai/ai-content-in-google-search-results</w:t>
        </w:r>
      </w:hyperlink>
      <w:r>
        <w:t xml:space="preserve"> - This study tracks the presence of AI-generated content in Google search results, showing an increase in AI content and addressing concerns about its impact on search result authenticity.</w:t>
      </w:r>
      <w:r/>
    </w:p>
    <w:p>
      <w:pPr>
        <w:pStyle w:val="ListNumber"/>
        <w:spacing w:line="240" w:lineRule="auto"/>
        <w:ind w:left="720"/>
      </w:pPr>
      <w:r/>
      <w:hyperlink r:id="rId13">
        <w:r>
          <w:rPr>
            <w:color w:val="0000EE"/>
            <w:u w:val="single"/>
          </w:rPr>
          <w:t>https://www.theguardian.com/technology/article/2024/may/14/google-ai-search-results</w:t>
        </w:r>
      </w:hyperlink>
      <w:r>
        <w:t xml:space="preserve"> - This article discusses Google's rollout of AI-generated summaries in search results, which relates to the broader issue of AI-generated content affecting search engine results and digital authenticity.</w:t>
      </w:r>
      <w:r/>
    </w:p>
    <w:p>
      <w:pPr>
        <w:pStyle w:val="ListNumber"/>
        <w:spacing w:line="240" w:lineRule="auto"/>
        <w:ind w:left="720"/>
      </w:pPr>
      <w:r/>
      <w:hyperlink r:id="rId14">
        <w:r>
          <w:rPr>
            <w:color w:val="0000EE"/>
            <w:u w:val="single"/>
          </w:rPr>
          <w:t>https://www.wired.com/story/google-search-ai-spam-original-reporting-news-results/</w:t>
        </w:r>
      </w:hyperlink>
      <w:r>
        <w:t xml:space="preserve"> - This article highlights the persistence of AI-generated spam content in Google search results, despite Google's efforts to combat it, and the impact on original reporting and digital authenticity.</w:t>
      </w:r>
      <w:r/>
    </w:p>
    <w:p>
      <w:pPr>
        <w:pStyle w:val="ListNumber"/>
        <w:spacing w:line="240" w:lineRule="auto"/>
        <w:ind w:left="720"/>
      </w:pPr>
      <w:r/>
      <w:hyperlink r:id="rId10">
        <w:r>
          <w:rPr>
            <w:color w:val="0000EE"/>
            <w:u w:val="single"/>
          </w:rPr>
          <w:t>https://www.animalz.co/blog/google-march-2024-update-ai-generated-content/</w:t>
        </w:r>
      </w:hyperlink>
      <w:r>
        <w:t xml:space="preserve"> - The article mentions the consequences of relying heavily on AI-generated content, such as sites being removed from search results, which supports the call for stricter regulations on AI-generated content.</w:t>
      </w:r>
      <w:r/>
    </w:p>
    <w:p>
      <w:pPr>
        <w:pStyle w:val="ListNumber"/>
        <w:spacing w:line="240" w:lineRule="auto"/>
        <w:ind w:left="720"/>
      </w:pPr>
      <w:r/>
      <w:hyperlink r:id="rId11">
        <w:r>
          <w:rPr>
            <w:color w:val="0000EE"/>
            <w:u w:val="single"/>
          </w:rPr>
          <w:t>https://support.google.com/websearch/answer/14901683?hl=en&amp;p=ai_overviews&amp;rd=1&amp;visit_id=638530235353939754-3844204137</w:t>
        </w:r>
      </w:hyperlink>
      <w:r>
        <w:t xml:space="preserve"> - This page discusses the experimental nature of generative AI in Google Search and the need for critical evaluation of AI-generated responses, reflecting concerns about misinformation.</w:t>
      </w:r>
      <w:r/>
    </w:p>
    <w:p>
      <w:pPr>
        <w:pStyle w:val="ListNumber"/>
        <w:spacing w:line="240" w:lineRule="auto"/>
        <w:ind w:left="720"/>
      </w:pPr>
      <w:r/>
      <w:hyperlink r:id="rId12">
        <w:r>
          <w:rPr>
            <w:color w:val="0000EE"/>
            <w:u w:val="single"/>
          </w:rPr>
          <w:t>https://originality.ai/ai-content-in-google-search-results</w:t>
        </w:r>
      </w:hyperlink>
      <w:r>
        <w:t xml:space="preserve"> - The study notes the increase in AI-generated content despite Google's helpful content policy, which aligns with the discussion on the need for clearer guidelines to regulate AI's influence.</w:t>
      </w:r>
      <w:r/>
    </w:p>
    <w:p>
      <w:pPr>
        <w:pStyle w:val="ListNumber"/>
        <w:spacing w:line="240" w:lineRule="auto"/>
        <w:ind w:left="720"/>
      </w:pPr>
      <w:r/>
      <w:hyperlink r:id="rId13">
        <w:r>
          <w:rPr>
            <w:color w:val="0000EE"/>
            <w:u w:val="single"/>
          </w:rPr>
          <w:t>https://www.theguardian.com/technology/article/2024/may/14/google-ai-search-results</w:t>
        </w:r>
      </w:hyperlink>
      <w:r>
        <w:t xml:space="preserve"> - The article mentions Google's commitment to driving traffic to original content creators, which is relevant to the creative community's concerns about finding genuine reference images and maintaining digital authenticity.</w:t>
      </w:r>
      <w:r/>
    </w:p>
    <w:p>
      <w:pPr>
        <w:pStyle w:val="ListNumber"/>
        <w:spacing w:line="240" w:lineRule="auto"/>
        <w:ind w:left="720"/>
      </w:pPr>
      <w:r/>
      <w:hyperlink r:id="rId14">
        <w:r>
          <w:rPr>
            <w:color w:val="0000EE"/>
            <w:u w:val="single"/>
          </w:rPr>
          <w:t>https://www.wired.com/story/google-search-ai-spam-original-reporting-news-results/</w:t>
        </w:r>
      </w:hyperlink>
      <w:r>
        <w:t xml:space="preserve"> - This article discusses the impact of AI-generated content on social media and search engines, and the emergence of anti-AI platforms, reflecting the broader dialogue on balancing technological innovation with human creativity.</w:t>
      </w:r>
      <w:r/>
    </w:p>
    <w:p>
      <w:pPr>
        <w:pStyle w:val="ListNumber"/>
        <w:spacing w:line="240" w:lineRule="auto"/>
        <w:ind w:left="720"/>
      </w:pPr>
      <w:r/>
      <w:hyperlink r:id="rId11">
        <w:r>
          <w:rPr>
            <w:color w:val="0000EE"/>
            <w:u w:val="single"/>
          </w:rPr>
          <w:t>https://support.google.com/websearch/answer/14901683?hl=en&amp;p=ai_overviews&amp;rd=1&amp;visit_id=638530235353939754-3844204137</w:t>
        </w:r>
      </w:hyperlink>
      <w:r>
        <w:t xml:space="preserve"> - The page on AI Overviews mentions the importance of user feedback in improving AI-generated content, which is part of the ongoing discussion on how to maintain the reliability of search engine results.</w:t>
      </w:r>
      <w:r/>
    </w:p>
    <w:p>
      <w:pPr>
        <w:pStyle w:val="ListNumber"/>
        <w:spacing w:line="240" w:lineRule="auto"/>
        <w:ind w:left="720"/>
      </w:pPr>
      <w:r/>
      <w:hyperlink r:id="rId15">
        <w:r>
          <w:rPr>
            <w:color w:val="0000EE"/>
            <w:u w:val="single"/>
          </w:rPr>
          <w:t>https://www.creativebloq.com/ai/googles-ai-slop-invasion-feels-like-the-beginning-of-the-end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nimalz.co/blog/google-march-2024-update-ai-generated-content/" TargetMode="External"/><Relationship Id="rId11" Type="http://schemas.openxmlformats.org/officeDocument/2006/relationships/hyperlink" Target="https://support.google.com/websearch/answer/14901683?hl=en&amp;p=ai_overviews&amp;rd=1&amp;visit_id=638530235353939754-3844204137" TargetMode="External"/><Relationship Id="rId12" Type="http://schemas.openxmlformats.org/officeDocument/2006/relationships/hyperlink" Target="https://originality.ai/ai-content-in-google-search-results" TargetMode="External"/><Relationship Id="rId13" Type="http://schemas.openxmlformats.org/officeDocument/2006/relationships/hyperlink" Target="https://www.theguardian.com/technology/article/2024/may/14/google-ai-search-results" TargetMode="External"/><Relationship Id="rId14" Type="http://schemas.openxmlformats.org/officeDocument/2006/relationships/hyperlink" Target="https://www.wired.com/story/google-search-ai-spam-original-reporting-news-results/" TargetMode="External"/><Relationship Id="rId15" Type="http://schemas.openxmlformats.org/officeDocument/2006/relationships/hyperlink" Target="https://www.creativebloq.com/ai/googles-ai-slop-invasion-feels-like-the-beginning-of-the-en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