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EndlessAI launches Lloyd: a revolutionary AI assistant for real-time video analysis on smartphones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EndlessAI Launches Lloyd: A Revolutionary AI Assistant for Real-Time Video Analysis on Smartphones</w:t>
      </w:r>
      <w:r/>
    </w:p>
    <w:p>
      <w:r/>
      <w:r>
        <w:t>In a significant advancement in the field of artificial intelligence, EndlessAI has officially launched Lloyd, a pioneering AI assistant designed to perform real-time video analysis on smartphones without the need for additional hardware. This innovative application is now available on the iOS App Store, offering users immediate insights into their surroundings by utilising sophisticated large language models (LLMs) such as ChatGPT and Google's upcoming Gemini. Since its debut just a few weeks ago, Lloyd has rapidly gained popularity, attracting tens of thousands of users.</w:t>
      </w:r>
      <w:r/>
    </w:p>
    <w:p>
      <w:r/>
      <w:r>
        <w:rPr>
          <w:b/>
        </w:rPr>
        <w:t>Addressing the Video Analysis Challenge in AI</w:t>
      </w:r>
      <w:r/>
    </w:p>
    <w:p>
      <w:r/>
      <w:r>
        <w:t>A prominent issue in scaling generative AI has been the considerable computational power required for processing video data, which renders real-time applications challenging. Traditional language models like ChatGPT demand substantial resources to process video frames, thus limiting their real-time applicability. EndlessAI seeks to overcome this obstacle by introducing proprietary algorithms and patented processes that enhance the efficiency of video data optimization for LLMs.</w:t>
      </w:r>
      <w:r/>
    </w:p>
    <w:p>
      <w:r/>
      <w:r>
        <w:t>"LLMs require substantial computing power to interpret visual data effectively," explained Roi Ginat, co-founder and CEO of EndlessAI. "Considering a 1080p video operating at 86,400 frames per hour, seamless, real-time video analysis was previously quite unfeasible. However, EndlessAI empowers existing LLMs to efficiently process and comprehend complex, real-time video."</w:t>
      </w:r>
      <w:r/>
    </w:p>
    <w:p>
      <w:r/>
      <w:r>
        <w:rPr>
          <w:b/>
        </w:rPr>
        <w:t>Diverse Applications of Lloyd</w:t>
      </w:r>
      <w:r/>
    </w:p>
    <w:p>
      <w:r/>
      <w:r>
        <w:t>Lloyd distinguishes itself by enabling smartphones to visualise real-world scenarios beyond static imagery. This capability allows users to engage with the AI assistant in various groundbreaking applications:</w:t>
      </w:r>
      <w:r/>
      <w:r/>
    </w:p>
    <w:p>
      <w:pPr>
        <w:pStyle w:val="ListBullet"/>
        <w:spacing w:line="240" w:lineRule="auto"/>
        <w:ind w:left="720"/>
      </w:pPr>
      <w:r/>
      <w:r>
        <w:rPr>
          <w:b/>
        </w:rPr>
        <w:t>Home Assistance</w:t>
      </w:r>
      <w:r>
        <w:t>: Users can child-proof a room or seek advice on home decor for their living spaces.</w:t>
      </w:r>
      <w:r/>
    </w:p>
    <w:p>
      <w:pPr>
        <w:pStyle w:val="ListBullet"/>
        <w:spacing w:line="240" w:lineRule="auto"/>
        <w:ind w:left="720"/>
      </w:pPr>
      <w:r/>
      <w:r>
        <w:rPr>
          <w:b/>
        </w:rPr>
        <w:t>DIY Fixes</w:t>
      </w:r>
      <w:r>
        <w:t>: The assistant offers guidance on fixing everyday issues, such as a leaky sink or a misaligned bicycle wheel.</w:t>
      </w:r>
      <w:r/>
    </w:p>
    <w:p>
      <w:pPr>
        <w:pStyle w:val="ListBullet"/>
        <w:spacing w:line="240" w:lineRule="auto"/>
        <w:ind w:left="720"/>
      </w:pPr>
      <w:r/>
      <w:r>
        <w:rPr>
          <w:b/>
        </w:rPr>
        <w:t>Educational Support</w:t>
      </w:r>
      <w:r>
        <w:t>: Lloyd can assist with tutoring by analysing homework pages.</w:t>
      </w:r>
      <w:r/>
    </w:p>
    <w:p>
      <w:pPr>
        <w:pStyle w:val="ListBullet"/>
        <w:spacing w:line="240" w:lineRule="auto"/>
        <w:ind w:left="720"/>
      </w:pPr>
      <w:r/>
      <w:r>
        <w:rPr>
          <w:b/>
        </w:rPr>
        <w:t>Creative Content</w:t>
      </w:r>
      <w:r>
        <w:t>: Users can create TikTok content based on their surroundings or inquire about television programmes.</w:t>
      </w:r>
      <w:r/>
    </w:p>
    <w:p>
      <w:pPr>
        <w:pStyle w:val="ListBullet"/>
        <w:spacing w:line="240" w:lineRule="auto"/>
        <w:ind w:left="720"/>
      </w:pPr>
      <w:r/>
      <w:r>
        <w:rPr>
          <w:b/>
        </w:rPr>
        <w:t>Everyday Convenience</w:t>
      </w:r>
      <w:r>
        <w:t>: The AI helps locate misplaced items like glasses or translate signs and menus.</w:t>
      </w:r>
      <w:r/>
      <w:r/>
    </w:p>
    <w:p>
      <w:r/>
      <w:r>
        <w:t>For entertainment purposes, Lloyd can craft personalised bedtime stories, animating elements of a child's room into engaging narratives.</w:t>
      </w:r>
      <w:r/>
    </w:p>
    <w:p>
      <w:r/>
      <w:r>
        <w:rPr>
          <w:b/>
        </w:rPr>
        <w:t>Smartphone Integration Without Additional Costs</w:t>
      </w:r>
      <w:r/>
    </w:p>
    <w:p>
      <w:r/>
      <w:r>
        <w:t>Unlike other visual AI assistants that require the acquisition of specific hardware, Lloyd operates entirely on smartphones, negating the need for additional purchases. This approach offers a cost-effective solution by leveraging existing technology without compromising on advanced features.</w:t>
      </w:r>
      <w:r/>
    </w:p>
    <w:p>
      <w:r/>
      <w:r>
        <w:t>Thomas Pompidou, Co-Founder and Executive Chairman of EndlessAI, commented, "Our competitors often build their own devices to enhance AI features. However, with Lloyd's capability to work on existing smartphones connected to the Cloud, there's no need for separate gadgets."</w:t>
      </w:r>
      <w:r/>
    </w:p>
    <w:p>
      <w:r/>
      <w:r>
        <w:rPr>
          <w:b/>
        </w:rPr>
        <w:t>Privacy and Security Measures</w:t>
      </w:r>
      <w:r/>
    </w:p>
    <w:p>
      <w:r/>
      <w:r>
        <w:t>EndlessAI places significant emphasis on privacy and data security, employing secure login protocols, encryption, and stringent data retention policies to safeguard user information. The company commits to adhering to data protection and privacy laws, with robust guardrails set by LLM operators to ensure content is appropriate and privacy-breaching content is prevented.</w:t>
      </w:r>
      <w:r/>
    </w:p>
    <w:p>
      <w:r/>
      <w:r>
        <w:rPr>
          <w:b/>
        </w:rPr>
        <w:t>An Evolving Platform</w:t>
      </w:r>
      <w:r/>
    </w:p>
    <w:p>
      <w:r/>
      <w:r>
        <w:t>As LLMs continue to advance, so too will Lloyd's capabilities. Operating on an over-the-top (OTT) basis, Lloyd optimises input data for these models, ensuring that its functionalities automatically enhance as models like ChatGPT and Gemini evolve.</w:t>
      </w:r>
      <w:r/>
    </w:p>
    <w:p>
      <w:r/>
      <w:r>
        <w:t>Pompidou elaborated, "We're a force multiplier for models like ChatGPT and Gemini, significantly expanding their utility in video analytics. As these models improve, so does Lloyd."</w:t>
      </w:r>
      <w:r/>
    </w:p>
    <w:p>
      <w:r/>
      <w:r>
        <w:rPr>
          <w:b/>
        </w:rPr>
        <w:t>Future Enhancements and Business Opportunities</w:t>
      </w:r>
      <w:r/>
    </w:p>
    <w:p>
      <w:r/>
      <w:r>
        <w:t>EndlessAI has outlined plans to introduce new features to Lloyd, including a "Tour Guide" mode for contextual geolocation information and an "Action Mode" for sports and fitness guidance. The company is also preparing to launch an API, allowing enterprises to integrate real-time video analysis within their processes.</w:t>
      </w:r>
      <w:r/>
    </w:p>
    <w:p>
      <w:r/>
      <w:r>
        <w:t>"Incorporating video at scale in enterprise solutions presents extensive opportunities, though it poses challenges in accuracy, speed, and cost," noted Ginat. "Our forthcoming API will enable businesses to develop tailored generative AI solutions."</w:t>
      </w:r>
      <w:r/>
    </w:p>
    <w:p>
      <w:r/>
      <w:r>
        <w:rPr>
          <w:b/>
        </w:rPr>
        <w:t>About EndlessAI</w:t>
      </w:r>
      <w:r/>
    </w:p>
    <w:p>
      <w:r/>
      <w:r>
        <w:t>Founded over ten years ago, EndlessAI is a leader in video analysis and communication technologies. Its leadership team, comprising experts in software development, marketing, and AI specialisation, includes:</w:t>
      </w:r>
      <w:r/>
      <w:r/>
    </w:p>
    <w:p>
      <w:pPr>
        <w:pStyle w:val="ListBullet"/>
        <w:spacing w:line="240" w:lineRule="auto"/>
        <w:ind w:left="720"/>
      </w:pPr>
      <w:r/>
      <w:r>
        <w:rPr>
          <w:b/>
        </w:rPr>
        <w:t>Roi Ginat</w:t>
      </w:r>
      <w:r>
        <w:t>, CEO: 28 years of software development experience, with three successful start-ups.</w:t>
      </w:r>
      <w:r/>
    </w:p>
    <w:p>
      <w:pPr>
        <w:pStyle w:val="ListBullet"/>
        <w:spacing w:line="240" w:lineRule="auto"/>
        <w:ind w:left="720"/>
      </w:pPr>
      <w:r/>
      <w:r>
        <w:rPr>
          <w:b/>
        </w:rPr>
        <w:t>Thomas Pompidou</w:t>
      </w:r>
      <w:r>
        <w:t>, Executive Chairman: 18 years in venture capital, with substantial investment banking experience.</w:t>
      </w:r>
      <w:r/>
    </w:p>
    <w:p>
      <w:pPr>
        <w:pStyle w:val="ListBullet"/>
        <w:spacing w:line="240" w:lineRule="auto"/>
        <w:ind w:left="720"/>
      </w:pPr>
      <w:r/>
      <w:r>
        <w:rPr>
          <w:b/>
        </w:rPr>
        <w:t>Matt Frischer</w:t>
      </w:r>
      <w:r>
        <w:t>, CMO: A veteran in marketing and advertising with leadership roles in several prominent organisations.</w:t>
      </w:r>
      <w:r/>
    </w:p>
    <w:p>
      <w:pPr>
        <w:pStyle w:val="ListBullet"/>
        <w:spacing w:line="240" w:lineRule="auto"/>
        <w:ind w:left="720"/>
      </w:pPr>
      <w:r/>
      <w:r>
        <w:rPr>
          <w:b/>
        </w:rPr>
        <w:t>Liron Hertz</w:t>
      </w:r>
      <w:r>
        <w:t>, Development Team Lead: A technology development expert with 25 years of experience.</w:t>
      </w:r>
      <w:r/>
    </w:p>
    <w:p>
      <w:pPr>
        <w:pStyle w:val="ListBullet"/>
        <w:spacing w:line="240" w:lineRule="auto"/>
        <w:ind w:left="720"/>
      </w:pPr>
      <w:r/>
      <w:r>
        <w:rPr>
          <w:b/>
        </w:rPr>
        <w:t>Doron Adler</w:t>
      </w:r>
      <w:r>
        <w:t>, AI Team Lead: A specialist in generative AI since 2019, co-inventor of Toonify face transformation tools.</w:t>
      </w:r>
      <w:r/>
      <w:r/>
    </w:p>
    <w:p>
      <w:r/>
      <w:r>
        <w:t>Lloyd's introduction marks a significant milestone in making advanced AI capabilities accessible to the public, utilising existing smartphones and cutting-edge LLMs to enhance our interaction with the digital and physical worlds.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https://app.daily.dev/posts/endlessai-unveils-lloyd-the-world-s-first-video-ai-assistant-for-smartphones-2a66ra3zi</w:t>
        </w:r>
      </w:hyperlink>
      <w:r>
        <w:t xml:space="preserve"> - Corroborates the launch of Lloyd, the world's first video AI assistant for smartphones, and its applications using advanced large language models like ChatGPT and Google’s Gemini.</w:t>
      </w:r>
      <w:r/>
    </w:p>
    <w:p>
      <w:pPr>
        <w:pStyle w:val="ListNumber"/>
        <w:spacing w:line="240" w:lineRule="auto"/>
        <w:ind w:left="720"/>
      </w:pPr>
      <w:r/>
      <w:hyperlink r:id="rId11">
        <w:r>
          <w:rPr>
            <w:color w:val="0000EE"/>
            <w:u w:val="single"/>
          </w:rPr>
          <w:t>https://genaigazette.com/endlessai-genai-assistant-lloyd/</w:t>
        </w:r>
      </w:hyperlink>
      <w:r>
        <w:t xml:space="preserve"> - Supports the introduction of Lloyd as a GenAI assistant that brings real-time video analysis to smartphones without needing additional hardware.</w:t>
      </w:r>
      <w:r/>
    </w:p>
    <w:p>
      <w:pPr>
        <w:pStyle w:val="ListNumber"/>
        <w:spacing w:line="240" w:lineRule="auto"/>
        <w:ind w:left="720"/>
      </w:pPr>
      <w:r/>
      <w:hyperlink r:id="rId12">
        <w:r>
          <w:rPr>
            <w:color w:val="0000EE"/>
            <w:u w:val="single"/>
          </w:rPr>
          <w:t>https://venturebeat.com/business/endlessai-unveils-lloyd-the-worlds-first-video-ai-assistant-for-smartphones/</w:t>
        </w:r>
      </w:hyperlink>
      <w:r>
        <w:t xml:space="preserve"> - Details the challenge of real-time video analysis and how EndlessAI's proprietary algorithms and patented processes overcome this issue.</w:t>
      </w:r>
      <w:r/>
    </w:p>
    <w:p>
      <w:pPr>
        <w:pStyle w:val="ListNumber"/>
        <w:spacing w:line="240" w:lineRule="auto"/>
        <w:ind w:left="720"/>
      </w:pPr>
      <w:r/>
      <w:hyperlink r:id="rId13">
        <w:r>
          <w:rPr>
            <w:color w:val="0000EE"/>
            <w:u w:val="single"/>
          </w:rPr>
          <w:t>https://chatgptguide.net/endlessai-launches-lloyd-the-groundbreaking-ai-video-assistant-for-smartphones/</w:t>
        </w:r>
      </w:hyperlink>
      <w:r>
        <w:t xml:space="preserve"> - Explains the computational power required for video data processing and how EndlessAI's technology enhances the efficiency of video data optimization for LLMs.</w:t>
      </w:r>
      <w:r/>
    </w:p>
    <w:p>
      <w:pPr>
        <w:pStyle w:val="ListNumber"/>
        <w:spacing w:line="240" w:lineRule="auto"/>
        <w:ind w:left="720"/>
      </w:pPr>
      <w:r/>
      <w:hyperlink r:id="rId10">
        <w:r>
          <w:rPr>
            <w:color w:val="0000EE"/>
            <w:u w:val="single"/>
          </w:rPr>
          <w:t>https://app.daily.dev/posts/endlessai-unveils-lloyd-the-world-s-first-video-ai-assistant-for-smartphones-2a66ra3zi</w:t>
        </w:r>
      </w:hyperlink>
      <w:r>
        <w:t xml:space="preserve"> - Highlights the diverse applications of Lloyd, including home assistance, DIY fixes, educational support, creative content, and everyday convenience.</w:t>
      </w:r>
      <w:r/>
    </w:p>
    <w:p>
      <w:pPr>
        <w:pStyle w:val="ListNumber"/>
        <w:spacing w:line="240" w:lineRule="auto"/>
        <w:ind w:left="720"/>
      </w:pPr>
      <w:r/>
      <w:hyperlink r:id="rId11">
        <w:r>
          <w:rPr>
            <w:color w:val="0000EE"/>
            <w:u w:val="single"/>
          </w:rPr>
          <w:t>https://genaigazette.com/endlessai-genai-assistant-lloyd/</w:t>
        </w:r>
      </w:hyperlink>
      <w:r>
        <w:t xml:space="preserve"> - Confirms that Lloyd operates entirely on smartphones, eliminating the need for additional hardware purchases.</w:t>
      </w:r>
      <w:r/>
    </w:p>
    <w:p>
      <w:pPr>
        <w:pStyle w:val="ListNumber"/>
        <w:spacing w:line="240" w:lineRule="auto"/>
        <w:ind w:left="720"/>
      </w:pPr>
      <w:r/>
      <w:hyperlink r:id="rId12">
        <w:r>
          <w:rPr>
            <w:color w:val="0000EE"/>
            <w:u w:val="single"/>
          </w:rPr>
          <w:t>https://venturebeat.com/business/endlessai-unveils-lloyd-the-worlds-first-video-ai-assistant-for-smartphones/</w:t>
        </w:r>
      </w:hyperlink>
      <w:r>
        <w:t xml:space="preserve"> - Quotes Thomas Pompidou on the cost-effective solution offered by Lloyd, leveraging existing smartphones connected to the Cloud.</w:t>
      </w:r>
      <w:r/>
    </w:p>
    <w:p>
      <w:pPr>
        <w:pStyle w:val="ListNumber"/>
        <w:spacing w:line="240" w:lineRule="auto"/>
        <w:ind w:left="720"/>
      </w:pPr>
      <w:r/>
      <w:hyperlink r:id="rId13">
        <w:r>
          <w:rPr>
            <w:color w:val="0000EE"/>
            <w:u w:val="single"/>
          </w:rPr>
          <w:t>https://chatgptguide.net/endlessai-launches-lloyd-the-groundbreaking-ai-video-assistant-for-smartphones/</w:t>
        </w:r>
      </w:hyperlink>
      <w:r>
        <w:t xml:space="preserve"> - Discusses the emphasis on privacy and data security by EndlessAI, including secure login protocols, encryption, and data retention policies.</w:t>
      </w:r>
      <w:r/>
    </w:p>
    <w:p>
      <w:pPr>
        <w:pStyle w:val="ListNumber"/>
        <w:spacing w:line="240" w:lineRule="auto"/>
        <w:ind w:left="720"/>
      </w:pPr>
      <w:r/>
      <w:hyperlink r:id="rId10">
        <w:r>
          <w:rPr>
            <w:color w:val="0000EE"/>
            <w:u w:val="single"/>
          </w:rPr>
          <w:t>https://app.daily.dev/posts/endlessai-unveils-lloyd-the-world-s-first-video-ai-assistant-for-smartphones-2a66ra3zi</w:t>
        </w:r>
      </w:hyperlink>
      <w:r>
        <w:t xml:space="preserve"> - Explains how Lloyd's capabilities will evolve with advancements in LLMs like ChatGPT and Gemini.</w:t>
      </w:r>
      <w:r/>
    </w:p>
    <w:p>
      <w:pPr>
        <w:pStyle w:val="ListNumber"/>
        <w:spacing w:line="240" w:lineRule="auto"/>
        <w:ind w:left="720"/>
      </w:pPr>
      <w:r/>
      <w:hyperlink r:id="rId11">
        <w:r>
          <w:rPr>
            <w:color w:val="0000EE"/>
            <w:u w:val="single"/>
          </w:rPr>
          <w:t>https://genaigazette.com/endlessai-genai-assistant-lloyd/</w:t>
        </w:r>
      </w:hyperlink>
      <w:r>
        <w:t xml:space="preserve"> - Mentions future enhancements and business opportunities, including new features like 'Tour Guide' mode and an API for enterprise integration.</w:t>
      </w:r>
      <w:r/>
    </w:p>
    <w:p>
      <w:pPr>
        <w:pStyle w:val="ListNumber"/>
        <w:spacing w:line="240" w:lineRule="auto"/>
        <w:ind w:left="720"/>
      </w:pPr>
      <w:r/>
      <w:hyperlink r:id="rId12">
        <w:r>
          <w:rPr>
            <w:color w:val="0000EE"/>
            <w:u w:val="single"/>
          </w:rPr>
          <w:t>https://venturebeat.com/business/endlessai-unveils-lloyd-the-worlds-first-video-ai-assistant-for-smartphones/</w:t>
        </w:r>
      </w:hyperlink>
      <w:r>
        <w:t xml:space="preserve"> - Provides information about EndlessAI's leadership team and their expertise in software development, marketing, and AI specialisation.</w:t>
      </w:r>
      <w:r/>
    </w:p>
    <w:p>
      <w:pPr>
        <w:pStyle w:val="ListNumber"/>
        <w:spacing w:line="240" w:lineRule="auto"/>
        <w:ind w:left="720"/>
      </w:pPr>
      <w:r/>
      <w:hyperlink r:id="rId12">
        <w:r>
          <w:rPr>
            <w:color w:val="0000EE"/>
            <w:u w:val="single"/>
          </w:rPr>
          <w:t>https://venturebeat.com/business/endlessai-unveils-lloyd-the-worlds-first-video-ai-assistant-for-smartphones/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p.daily.dev/posts/endlessai-unveils-lloyd-the-world-s-first-video-ai-assistant-for-smartphones-2a66ra3zi" TargetMode="External"/><Relationship Id="rId11" Type="http://schemas.openxmlformats.org/officeDocument/2006/relationships/hyperlink" Target="https://genaigazette.com/endlessai-genai-assistant-lloyd/" TargetMode="External"/><Relationship Id="rId12" Type="http://schemas.openxmlformats.org/officeDocument/2006/relationships/hyperlink" Target="https://venturebeat.com/business/endlessai-unveils-lloyd-the-worlds-first-video-ai-assistant-for-smartphones/" TargetMode="External"/><Relationship Id="rId13" Type="http://schemas.openxmlformats.org/officeDocument/2006/relationships/hyperlink" Target="https://chatgptguide.net/endlessai-launches-lloyd-the-groundbreaking-ai-video-assistant-for-smartphon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