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Fuseproject unveils innovative Kind Humanoid robotic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 Francisco-based design studio Fuseproject has unveiled a cutting-edge design for a robotic system developed by technological innovators, Kind Humanoid. The new robotic system, aptly named Kind Humanoid, is positioned at the forefront of the burgeoning field of domestic and commercial robotics, aiming to bridge the gap between mechanical systems and the rapidly advancing artificial intelligence technologies.</w:t>
      </w:r>
      <w:r/>
    </w:p>
    <w:p>
      <w:r/>
      <w:r>
        <w:t>The Kind Humanoid has been engineered to thrive in "unstructured" environments, such as households and care facilities, as opposed to the singular industrial settings that many AI-enabled robots currently operate in. This versatility stems from its ability to process and respond to complex commands, much like the large language models popularised by AI applications such as ChatGPT. Through extensive programming, the Kind Humanoid can perform a diverse range of tasks by utilising large data sets to activate its robotic functionalities, according to Fuseproject's founder, Yves Behar.</w:t>
      </w:r>
      <w:r/>
    </w:p>
    <w:p>
      <w:r/>
      <w:r>
        <w:t>Behar, speaking about the project, highlighted the robot's potential to handle multiple scenarios effectively, citing an example where the robot can interpret a subtle statement like "I'm thirsty" and respond by pouring a glass of water. This capacity for nuanced interaction distinguishes the Kind Humanoid from traditional factory robots, which are typically designed for specific, repetitive tasks.</w:t>
      </w:r>
      <w:r/>
    </w:p>
    <w:p>
      <w:r/>
      <w:r>
        <w:t>Kind Humanoid is currently being developed in a garage in Palo Alto, with Fuseproject tasked with crafting the robot's industrial design to convey a sense of "friendliness and levity." Behar articulated that the design seeks to mitigate the intimidating nature often associated with robots by introducing elements of personality and approachability. To achieve this, the robot features a soft, bronze colour palette and gently rounded edges. Its most striking feature is its "head," which is shaped like an oval, housing a digital screen where eyes are represented against a backdrop reminiscent of the surreal clouds seen in the works of Belgian artist René Magritte.</w:t>
      </w:r>
      <w:r/>
    </w:p>
    <w:p>
      <w:r/>
      <w:r>
        <w:t>This approach aims to endow the robot with a unique personality that, while not human, is intended to appear friendly and service-oriented. Behar suggested that the design could potentially evoke a sense of humour, broadening the appeal of the robot within everyday environments.</w:t>
      </w:r>
      <w:r/>
    </w:p>
    <w:p>
      <w:r/>
      <w:r>
        <w:t>The production timeline for the Kind Humanoid is anticipated to commence in approximately one to one and a half years, with the team emphasizing cost-effectiveness in the design's commercial rollout.</w:t>
      </w:r>
      <w:r/>
    </w:p>
    <w:p>
      <w:r/>
      <w:r>
        <w:t>Fuseproject is no stranger to the robotics sector, having previously collaborated on robotic projects such as the Moxie, a child-friendly companion developed for technology company Embodied in 2020. The studio's portfolio also includes a "non-threatening" security robot designed in 2017, which presented an alternative to the more contentious police robots trialled within New York's subway systems.</w:t>
      </w:r>
      <w:r/>
    </w:p>
    <w:p>
      <w:r/>
      <w:r>
        <w:t>The endeavour represents a significant step toward integrating AI and robotics into more personal spaces, potentially revolutionising how individuals interact with digital and mechanical assistance in day-to-day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https://www.fastcompany.com/91203133/kind-humanoid-wants-to-be-the-iphone-of-cyborgs</w:t>
        </w:r>
      </w:hyperlink>
      <w:r>
        <w:t xml:space="preserve"> - Corroborates the development of Kind Humanoid in a Palo Alto garage, its design inspired by surrealism, and its ability to perform tasks like pouring water in response to subtle statements.</w:t>
      </w:r>
      <w:r/>
    </w:p>
    <w:p>
      <w:pPr>
        <w:pStyle w:val="ListNumber"/>
        <w:spacing w:line="240" w:lineRule="auto"/>
        <w:ind w:left="720"/>
      </w:pPr>
      <w:r/>
      <w:hyperlink r:id="rId11">
        <w:r>
          <w:rPr>
            <w:color w:val="0000EE"/>
            <w:u w:val="single"/>
          </w:rPr>
          <w:t>https://www.dezeen.com/2024/10/08/ai-robot-fuseproject-kind-humanoid/</w:t>
        </w:r>
      </w:hyperlink>
      <w:r>
        <w:t xml:space="preserve"> - Supports the robot's design for various domestic and commercial environments, its ability to function in unstructured settings, and the involvement of Fuseproject in creating a friendly and approachable design.</w:t>
      </w:r>
      <w:r/>
    </w:p>
    <w:p>
      <w:pPr>
        <w:pStyle w:val="ListNumber"/>
        <w:spacing w:line="240" w:lineRule="auto"/>
        <w:ind w:left="720"/>
      </w:pPr>
      <w:r/>
      <w:hyperlink r:id="rId12">
        <w:r>
          <w:rPr>
            <w:color w:val="0000EE"/>
            <w:u w:val="single"/>
          </w:rPr>
          <w:t>https://www.wallpaper.com/tech/yves-behar-and-fuseproject-have-shaped-kind-humanoid-an-ai-driven-bipedal-robot-that-wants-to-help</w:t>
        </w:r>
      </w:hyperlink>
      <w:r>
        <w:t xml:space="preserve"> - Details the robot's design combining human proportions with futuristic forms, its ability to operate in unstructured environments, and the role of Fuseproject in designing a friendly and welcoming appearance.</w:t>
      </w:r>
      <w:r/>
    </w:p>
    <w:p>
      <w:pPr>
        <w:pStyle w:val="ListNumber"/>
        <w:spacing w:line="240" w:lineRule="auto"/>
        <w:ind w:left="720"/>
      </w:pPr>
      <w:r/>
      <w:hyperlink r:id="rId13">
        <w:r>
          <w:rPr>
            <w:color w:val="0000EE"/>
            <w:u w:val="single"/>
          </w:rPr>
          <w:t>https://www.kindhumanoid.com</w:t>
        </w:r>
      </w:hyperlink>
      <w:r>
        <w:t xml:space="preserve"> - Provides an overview of Kind Humanoid's mission to create intelligent general-purpose robots that assist humans in various tasks and environments.</w:t>
      </w:r>
      <w:r/>
    </w:p>
    <w:p>
      <w:pPr>
        <w:pStyle w:val="ListNumber"/>
        <w:spacing w:line="240" w:lineRule="auto"/>
        <w:ind w:left="720"/>
      </w:pPr>
      <w:r/>
      <w:hyperlink r:id="rId14">
        <w:r>
          <w:rPr>
            <w:color w:val="0000EE"/>
            <w:u w:val="single"/>
          </w:rPr>
          <w:t>https://www.designboom.com/technology/yves-behar-fuseproject-kind-humanoid-robot-helps-people-tasks-10-08-2024/</w:t>
        </w:r>
      </w:hyperlink>
      <w:r>
        <w:t xml:space="preserve"> - Corroborates the collaboration between Yves Béhar and Fuseproject, the robot's design features, and its intended use in assisting people in various tasks.</w:t>
      </w:r>
      <w:r/>
    </w:p>
    <w:p>
      <w:pPr>
        <w:pStyle w:val="ListNumber"/>
        <w:spacing w:line="240" w:lineRule="auto"/>
        <w:ind w:left="720"/>
      </w:pPr>
      <w:r/>
      <w:hyperlink r:id="rId10">
        <w:r>
          <w:rPr>
            <w:color w:val="0000EE"/>
            <w:u w:val="single"/>
          </w:rPr>
          <w:t>https://www.fastcompany.com/91203133/kind-humanoid-wants-to-be-the-iphone-of-cyborgs</w:t>
        </w:r>
      </w:hyperlink>
      <w:r>
        <w:t xml:space="preserve"> - Explains the robot's unique design elements, such as the digital screen with eyes against a cloudy backdrop inspired by René Magritte's work.</w:t>
      </w:r>
      <w:r/>
    </w:p>
    <w:p>
      <w:pPr>
        <w:pStyle w:val="ListNumber"/>
        <w:spacing w:line="240" w:lineRule="auto"/>
        <w:ind w:left="720"/>
      </w:pPr>
      <w:r/>
      <w:hyperlink r:id="rId11">
        <w:r>
          <w:rPr>
            <w:color w:val="0000EE"/>
            <w:u w:val="single"/>
          </w:rPr>
          <w:t>https://www.dezeen.com/2024/10/08/ai-robot-fuseproject-kind-humanoid/</w:t>
        </w:r>
      </w:hyperlink>
      <w:r>
        <w:t xml:space="preserve"> - Highlights Yves Béhar's comments on the robot's ability to handle multiple scenarios and its potential to evoke a sense of humor and approachability.</w:t>
      </w:r>
      <w:r/>
    </w:p>
    <w:p>
      <w:pPr>
        <w:pStyle w:val="ListNumber"/>
        <w:spacing w:line="240" w:lineRule="auto"/>
        <w:ind w:left="720"/>
      </w:pPr>
      <w:r/>
      <w:hyperlink r:id="rId12">
        <w:r>
          <w:rPr>
            <w:color w:val="0000EE"/>
            <w:u w:val="single"/>
          </w:rPr>
          <w:t>https://www.wallpaper.com/tech/yves-behar-and-fuseproject-have-shaped-kind-humanoid-an-ai-driven-bipedal-robot-that-wants-to-help</w:t>
        </w:r>
      </w:hyperlink>
      <w:r>
        <w:t xml:space="preserve"> - Details the production timeline and the emphasis on cost-effectiveness in the design's commercial rollout.</w:t>
      </w:r>
      <w:r/>
    </w:p>
    <w:p>
      <w:pPr>
        <w:pStyle w:val="ListNumber"/>
        <w:spacing w:line="240" w:lineRule="auto"/>
        <w:ind w:left="720"/>
      </w:pPr>
      <w:r/>
      <w:hyperlink r:id="rId11">
        <w:r>
          <w:rPr>
            <w:color w:val="0000EE"/>
            <w:u w:val="single"/>
          </w:rPr>
          <w:t>https://www.dezeen.com/2024/10/08/ai-robot-fuseproject-kind-humanoid/</w:t>
        </w:r>
      </w:hyperlink>
      <w:r>
        <w:t xml:space="preserve"> - Mentions Fuseproject's previous collaborations, including the Moxie robot and a non-threatening security robot, to highlight their experience in the robotics sector.</w:t>
      </w:r>
      <w:r/>
    </w:p>
    <w:p>
      <w:pPr>
        <w:pStyle w:val="ListNumber"/>
        <w:spacing w:line="240" w:lineRule="auto"/>
        <w:ind w:left="720"/>
      </w:pPr>
      <w:r/>
      <w:hyperlink r:id="rId10">
        <w:r>
          <w:rPr>
            <w:color w:val="0000EE"/>
            <w:u w:val="single"/>
          </w:rPr>
          <w:t>https://www.fastcompany.com/91203133/kind-humanoid-wants-to-be-the-iphone-of-cyborgs</w:t>
        </w:r>
      </w:hyperlink>
      <w:r>
        <w:t xml:space="preserve"> - Describes the robot's body design, including the copper color and the torso shaped like a kimono, to convey friendliness and approachability.</w:t>
      </w:r>
      <w:r/>
    </w:p>
    <w:p>
      <w:pPr>
        <w:pStyle w:val="ListNumber"/>
        <w:spacing w:line="240" w:lineRule="auto"/>
        <w:ind w:left="720"/>
      </w:pPr>
      <w:r/>
      <w:hyperlink r:id="rId12">
        <w:r>
          <w:rPr>
            <w:color w:val="0000EE"/>
            <w:u w:val="single"/>
          </w:rPr>
          <w:t>https://www.wallpaper.com/tech/yves-behar-and-fuseproject-have-shaped-kind-humanoid-an-ai-driven-bipedal-robot-that-wants-to-help</w:t>
        </w:r>
      </w:hyperlink>
      <w:r>
        <w:t xml:space="preserve"> - Discusses the broader implications of integrating AI and robotics into personal spaces and daily life.</w:t>
      </w:r>
      <w:r/>
    </w:p>
    <w:p>
      <w:pPr>
        <w:pStyle w:val="ListNumber"/>
        <w:spacing w:line="240" w:lineRule="auto"/>
        <w:ind w:left="720"/>
      </w:pPr>
      <w:r/>
      <w:hyperlink r:id="rId11">
        <w:r>
          <w:rPr>
            <w:color w:val="0000EE"/>
            <w:u w:val="single"/>
          </w:rPr>
          <w:t>https://www.dezeen.com/2024/10/08/ai-robot-fuseproject-kind-humanoid/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203133/kind-humanoid-wants-to-be-the-iphone-of-cyborgs" TargetMode="External"/><Relationship Id="rId11" Type="http://schemas.openxmlformats.org/officeDocument/2006/relationships/hyperlink" Target="https://www.dezeen.com/2024/10/08/ai-robot-fuseproject-kind-humanoid/" TargetMode="External"/><Relationship Id="rId12" Type="http://schemas.openxmlformats.org/officeDocument/2006/relationships/hyperlink" Target="https://www.wallpaper.com/tech/yves-behar-and-fuseproject-have-shaped-kind-humanoid-an-ai-driven-bipedal-robot-that-wants-to-help" TargetMode="External"/><Relationship Id="rId13" Type="http://schemas.openxmlformats.org/officeDocument/2006/relationships/hyperlink" Target="https://www.kindhumanoid.com" TargetMode="External"/><Relationship Id="rId14" Type="http://schemas.openxmlformats.org/officeDocument/2006/relationships/hyperlink" Target="https://www.designboom.com/technology/yves-behar-fuseproject-kind-humanoid-robot-helps-people-tasks-10-08-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