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Harnessing AI chatbots to combat conspiracy theories and misinformation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conducted by researchers at American University has taken an innovative approach to understanding how technology might be harnessed to counteract misinformation. The research explored the potential capacity of artificial intelligence, specifically AI chatbots, to influence individuals away from conspiracy beliefs. This study adds to the growing body of work analysing the dual roles that AI can play in both propagating and dispelling misinformation.</w:t>
      </w:r>
      <w:r/>
    </w:p>
    <w:p>
      <w:r/>
      <w:r>
        <w:t>Thomas Costello, an assistant professor of psychology at American University, spearheaded the research, which aimed to investigate whether AI chatbots could effectively communicate factual information to individuals holding conspiracy theories. The study looked at the efficiency of chatbots in engaging users in dialogue and subtly guiding them towards more evidence-based perspectives.</w:t>
      </w:r>
      <w:r/>
    </w:p>
    <w:p>
      <w:r/>
      <w:r>
        <w:t>While the potential for AI to disseminate false information has been widely discussed, this research shifts the focus towards how these technologies might be part of the solution in battling fake news and conspiracy theories. AI chatbots, which can simulate human-like conversation, present a unique opportunity to engage with individuals over time, potentially altering deeply held beliefs that are not based on factual evidence.</w:t>
      </w:r>
      <w:r/>
    </w:p>
    <w:p>
      <w:r/>
      <w:r>
        <w:t>The methodology employed involved setting up controlled conversations through AI platforms where participants who displayed belief in various conspiracy theories interacted with chatbots designed to present truth-based dialogues. The primary goal was to analyse the impact of these interactions on the participants' beliefs.</w:t>
      </w:r>
      <w:r/>
    </w:p>
    <w:p>
      <w:r/>
      <w:r>
        <w:t>Though the detailed results of Costello's research are not extensively covered, the study suggests a promising avenue for using technology in educational and truth-promoting capacities. The research points to the importance of how AI systems are designed and the potential they hold in counteracting the spread of misinformation while fostering a better-informed public.</w:t>
      </w:r>
      <w:r/>
    </w:p>
    <w:p>
      <w:r/>
      <w:r>
        <w:t>This innovative exploration into AI's role in reshaping beliefs highlights both the challenges and possibilities of technology in the social realm. As we delve deeper into the extent and boundaries of AI's influence on human beliefs, studies like Costello’s offer valuable insights into the capabilities of AI as a tool for positive change.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https://www.nytimes.com/2024/09/12/health/chatbot-debunk-conspiracy-theories.html</w:t>
        </w:r>
      </w:hyperlink>
      <w:r>
        <w:t xml:space="preserve"> - This article discusses the study by American University researchers using an AI chatbot, DebunkBot, to change people's beliefs in conspiracy theories, highlighting the effectiveness and enduring impact of the interactions.</w:t>
      </w:r>
      <w:r/>
    </w:p>
    <w:p>
      <w:pPr>
        <w:pStyle w:val="ListNumber"/>
        <w:spacing w:line="240" w:lineRule="auto"/>
        <w:ind w:left="720"/>
      </w:pPr>
      <w:r/>
      <w:hyperlink r:id="rId11">
        <w:r>
          <w:rPr>
            <w:color w:val="0000EE"/>
            <w:u w:val="single"/>
          </w:rPr>
          <w:t>https://www.theguardian.com/science/2024/sep/12/ai-can-change-belief-in-conspiracy-theories-study-finds</w:t>
        </w:r>
      </w:hyperlink>
      <w:r>
        <w:t xml:space="preserve"> - This article details the methodology and findings of the study, including how the AI chatbot interacted with participants and the significant reduction in their belief in conspiracy theories.</w:t>
      </w:r>
      <w:r/>
    </w:p>
    <w:p>
      <w:pPr>
        <w:pStyle w:val="ListNumber"/>
        <w:spacing w:line="240" w:lineRule="auto"/>
        <w:ind w:left="720"/>
      </w:pPr>
      <w:r/>
      <w:hyperlink r:id="rId12">
        <w:r>
          <w:rPr>
            <w:color w:val="0000EE"/>
            <w:u w:val="single"/>
          </w:rPr>
          <w:t>https://www.nature.com/articles/d41586-024-02966-6</w:t>
        </w:r>
      </w:hyperlink>
      <w:r>
        <w:t xml:space="preserve"> - This article provides insights into the study's design, the use of GPT-4 Turbo for the chatbot, and the long-term effects of the interactions on participants' beliefs in conspiracy theories.</w:t>
      </w:r>
      <w:r/>
    </w:p>
    <w:p>
      <w:pPr>
        <w:pStyle w:val="ListNumber"/>
        <w:spacing w:line="240" w:lineRule="auto"/>
        <w:ind w:left="720"/>
      </w:pPr>
      <w:r/>
      <w:hyperlink r:id="rId13">
        <w:r>
          <w:rPr>
            <w:color w:val="0000EE"/>
            <w:u w:val="single"/>
          </w:rPr>
          <w:t>https://www.american.edu/media/news/20211202-statistics-and-misinformation.cfm</w:t>
        </w:r>
      </w:hyperlink>
      <w:r>
        <w:t xml:space="preserve"> - Although not directly about Costello's study, this article discusses the broader context of using AI and statistical models to detect and combat misinformation, highlighting the dual roles of AI.</w:t>
      </w:r>
      <w:r/>
    </w:p>
    <w:p>
      <w:pPr>
        <w:pStyle w:val="ListNumber"/>
        <w:spacing w:line="240" w:lineRule="auto"/>
        <w:ind w:left="720"/>
      </w:pPr>
      <w:r/>
      <w:hyperlink r:id="rId14">
        <w:r>
          <w:rPr>
            <w:color w:val="0000EE"/>
            <w:u w:val="single"/>
          </w:rPr>
          <w:t>https://www.graydi.us/blog/graydata/battling-disinformation-and-misinformation-in-the-age-of-ai</w:t>
        </w:r>
      </w:hyperlink>
      <w:r>
        <w:t xml:space="preserve"> - This article discusses the growing importance of digital media literacy and the role of AI in both spreading and combating misinformation, aligning with the study's focus on AI's potential in dispelling misinformation.</w:t>
      </w:r>
      <w:r/>
    </w:p>
    <w:p>
      <w:pPr>
        <w:pStyle w:val="ListNumber"/>
        <w:spacing w:line="240" w:lineRule="auto"/>
        <w:ind w:left="720"/>
      </w:pPr>
      <w:r/>
      <w:hyperlink r:id="rId11">
        <w:r>
          <w:rPr>
            <w:color w:val="0000EE"/>
            <w:u w:val="single"/>
          </w:rPr>
          <w:t>https://www.theguardian.com/science/2024/sep/12/ai-can-change-belief-in-conspiracy-theories-study-finds</w:t>
        </w:r>
      </w:hyperlink>
      <w:r>
        <w:t xml:space="preserve"> - This article mentions the psychological aspects of why people cling to conspiracy theories and how the AI chatbot's tailored responses helped in changing these beliefs.</w:t>
      </w:r>
      <w:r/>
    </w:p>
    <w:p>
      <w:pPr>
        <w:pStyle w:val="ListNumber"/>
        <w:spacing w:line="240" w:lineRule="auto"/>
        <w:ind w:left="720"/>
      </w:pPr>
      <w:r/>
      <w:hyperlink r:id="rId12">
        <w:r>
          <w:rPr>
            <w:color w:val="0000EE"/>
            <w:u w:val="single"/>
          </w:rPr>
          <w:t>https://www.nature.com/articles/d41586-024-02966-6</w:t>
        </w:r>
      </w:hyperlink>
      <w:r>
        <w:t xml:space="preserve"> - This article highlights the significance of the study in challenging the notion that people's beliefs in conspiracy theories are immutable and the potential applications of such AI interventions.</w:t>
      </w:r>
      <w:r/>
    </w:p>
    <w:p>
      <w:pPr>
        <w:pStyle w:val="ListNumber"/>
        <w:spacing w:line="240" w:lineRule="auto"/>
        <w:ind w:left="720"/>
      </w:pPr>
      <w:r/>
      <w:hyperlink r:id="rId10">
        <w:r>
          <w:rPr>
            <w:color w:val="0000EE"/>
            <w:u w:val="single"/>
          </w:rPr>
          <w:t>https://www.nytimes.com/2024/09/12/health/chatbot-debunk-conspiracy-theories.html</w:t>
        </w:r>
      </w:hyperlink>
      <w:r>
        <w:t xml:space="preserve"> - This article discusses the broader implications of the study, including the potential for AI to be a viable method for disseminating factual information and altering deeply held beliefs.</w:t>
      </w:r>
      <w:r/>
    </w:p>
    <w:p>
      <w:pPr>
        <w:pStyle w:val="ListNumber"/>
        <w:spacing w:line="240" w:lineRule="auto"/>
        <w:ind w:left="720"/>
      </w:pPr>
      <w:r/>
      <w:hyperlink r:id="rId11">
        <w:r>
          <w:rPr>
            <w:color w:val="0000EE"/>
            <w:u w:val="single"/>
          </w:rPr>
          <w:t>https://www.theguardian.com/science/2024/sep/12/ai-can-change-belief-in-conspiracy-theories-study-finds</w:t>
        </w:r>
      </w:hyperlink>
      <w:r>
        <w:t xml:space="preserve"> - This article mentions the persistence of the effects of the AI interactions over time, with follow-up surveys showing that the shift in beliefs lasted for at least two months.</w:t>
      </w:r>
      <w:r/>
    </w:p>
    <w:p>
      <w:pPr>
        <w:pStyle w:val="ListNumber"/>
        <w:spacing w:line="240" w:lineRule="auto"/>
        <w:ind w:left="720"/>
      </w:pPr>
      <w:r/>
      <w:hyperlink r:id="rId12">
        <w:r>
          <w:rPr>
            <w:color w:val="0000EE"/>
            <w:u w:val="single"/>
          </w:rPr>
          <w:t>https://www.nature.com/articles/d41586-024-02966-6</w:t>
        </w:r>
      </w:hyperlink>
      <w:r>
        <w:t xml:space="preserve"> - This article addresses the concerns about AI chatbots potentially reinforcing conspiratorial thinking and the measures taken to ensure the accuracy and neutrality of the chatbot's responses.</w:t>
      </w:r>
      <w:r/>
    </w:p>
    <w:p>
      <w:pPr>
        <w:pStyle w:val="ListNumber"/>
        <w:spacing w:line="240" w:lineRule="auto"/>
        <w:ind w:left="720"/>
      </w:pPr>
      <w:r/>
      <w:hyperlink r:id="rId11">
        <w:r>
          <w:rPr>
            <w:color w:val="0000EE"/>
            <w:u w:val="single"/>
          </w:rPr>
          <w:t>https://www.theguardian.com/science/2024/sep/12/ai-can-change-belief-in-conspiracy-theories-study-finds</w:t>
        </w:r>
      </w:hyperlink>
      <w:r>
        <w:t xml:space="preserve"> - This article quotes experts like Prof. Sander van der Linden, who expressed skepticism but acknowledged the innovative and potentially significant discovery of using AI to combat misinformation.</w:t>
      </w:r>
      <w:r/>
    </w:p>
    <w:p>
      <w:pPr>
        <w:pStyle w:val="ListNumber"/>
        <w:spacing w:line="240" w:lineRule="auto"/>
        <w:ind w:left="720"/>
      </w:pPr>
      <w:r/>
      <w:hyperlink r:id="rId15">
        <w:r>
          <w:rPr>
            <w:color w:val="0000EE"/>
            <w:u w:val="single"/>
          </w:rPr>
          <w:t>https://www.theguardian.com/science/audio/2024/oct/08/could-ai-help-fight-conspiracy-theories-podcast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ytimes.com/2024/09/12/health/chatbot-debunk-conspiracy-theories.html" TargetMode="External"/><Relationship Id="rId11" Type="http://schemas.openxmlformats.org/officeDocument/2006/relationships/hyperlink" Target="https://www.theguardian.com/science/2024/sep/12/ai-can-change-belief-in-conspiracy-theories-study-finds" TargetMode="External"/><Relationship Id="rId12" Type="http://schemas.openxmlformats.org/officeDocument/2006/relationships/hyperlink" Target="https://www.nature.com/articles/d41586-024-02966-6" TargetMode="External"/><Relationship Id="rId13" Type="http://schemas.openxmlformats.org/officeDocument/2006/relationships/hyperlink" Target="https://www.american.edu/media/news/20211202-statistics-and-misinformation.cfm" TargetMode="External"/><Relationship Id="rId14" Type="http://schemas.openxmlformats.org/officeDocument/2006/relationships/hyperlink" Target="https://www.graydi.us/blog/graydata/battling-disinformation-and-misinformation-in-the-age-of-ai" TargetMode="External"/><Relationship Id="rId15" Type="http://schemas.openxmlformats.org/officeDocument/2006/relationships/hyperlink" Target="https://www.theguardian.com/science/audio/2024/oct/08/could-ai-help-fight-conspiracy-theories-podca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