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Hinton and Hopfield awarded 2024 Nobel Prize in Physics for AI advancements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landmark announcement on Tuesday, the 2024 Nobel Prize in Physics was awarded to Geoffrey Hinton and John Hopfield for their pioneering work in artificial intelligence, a development that has significantly shaped the current technological landscape. Geoffrey Hinton, often referred to as the 'Godfather of AI', along with John Hopfield of Princeton University, shared the prestigious accolade for their contributions to the foundational methods that underpin modern AI systems.</w:t>
      </w:r>
      <w:r/>
    </w:p>
    <w:p>
      <w:r/>
      <w:r>
        <w:t>Hinton, aged 76, whose career spans decades of innovative research, initially began his journey into AI as a PhD student at the University of Edinburgh in 1972. During his tenure there, he began exploring neural networks—mathematical systems capable of learning from vast amounts of data. This concept, though initially met with skepticism, has become a cornerstone of modern AI, powering platforms such as ChatGPT and Apple Intelligence.</w:t>
      </w:r>
      <w:r/>
    </w:p>
    <w:p>
      <w:r/>
      <w:r>
        <w:t>John Hopfield, celebrated for his development of models that allowed machine learning systems to store and reproduce patterns, worked alongside Hinton to enhance the capabilities of neural networks. These artificial systems mimic the functionality of the human brain, with nodes acting as neurons, which adjust connections to improve their learning capabilities. This has facilitated the creation of AI systems that can comprehend and generate human-like text and analyse visual data with remarkable accuracy.</w:t>
      </w:r>
      <w:r/>
    </w:p>
    <w:p>
      <w:r/>
      <w:r>
        <w:t>Despite the technological revolution sparked by their work, Dr Hinton has expressed significant reservations. Over the past several years, he has been vocal about the potential 'existential risks' AI poses. Hinton, who resigned from his position at Google in 2022, has highlighted his concerns about AI systems outstripping human intelligence and the potential for these systems to gain autonomous control. He draws parallels between the AI revolution and the Industrial Revolution, albeit with machines exceeding human intellectual capacities rather than physical ones.</w:t>
      </w:r>
      <w:r/>
    </w:p>
    <w:p>
      <w:r/>
      <w:r>
        <w:t>Notwithstanding his apprehensions, Hinton acknowledges AI's potential for enhancing productivity and achieving breakthroughs across various domains, including drug research and education. He has also admitted to regularly using AI chatbots like ChatGPT in his daily work, albeit with caveats about their accuracy.</w:t>
      </w:r>
      <w:r/>
    </w:p>
    <w:p>
      <w:r/>
      <w:r>
        <w:t>During his illustrious career, Hinton has been recognised with numerous accolades, including the Turing Award, often regarded as the 'Nobel Prize of computing'. His work in developing a neural network capable of identifying objects in images led to investments from industry giants like Google, which acquired his network for $44 million to bolster their AI capabilities.</w:t>
      </w:r>
      <w:r/>
    </w:p>
    <w:p>
      <w:r/>
      <w:r>
        <w:t>Meanwhile, John Hopfield, who at 91 is among the oldest recipients of the Nobel Prize, has yet to issue a statement regarding the award. The Nobel Committee highlighted the profound impact of his and Hinton’s work, which laid the groundwork for AI systems that now power some of the world's most advanced technologies.</w:t>
      </w:r>
      <w:r/>
    </w:p>
    <w:p>
      <w:r/>
      <w:r>
        <w:t>The pair will share the prize fund of 11 million Swedish kronor, equivalent to approximately £810,000, recognising their instrumental contributions to the field of AI. As AI continues to evolve and integrate deeper into various sectors, the work of Geoffrey Hinton and John Hopfield stands as a testament to the transformative power of scientific ingenuity.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https://www.nobelprize.org/prizes/physics/2024/press-release/</w:t>
        </w:r>
      </w:hyperlink>
      <w:r>
        <w:t xml:space="preserve"> - Corroborates the awarding of the 2024 Nobel Prize in Physics to Geoffrey Hinton and John Hopfield for their work in machine learning and artificial neural networks.</w:t>
      </w:r>
      <w:r/>
    </w:p>
    <w:p>
      <w:pPr>
        <w:pStyle w:val="ListNumber"/>
        <w:spacing w:line="240" w:lineRule="auto"/>
        <w:ind w:left="720"/>
      </w:pPr>
      <w:r/>
      <w:hyperlink r:id="rId10">
        <w:r>
          <w:rPr>
            <w:color w:val="0000EE"/>
            <w:u w:val="single"/>
          </w:rPr>
          <w:t>https://www.nobelprize.org/prizes/physics/2024/press-release/</w:t>
        </w:r>
      </w:hyperlink>
      <w:r>
        <w:t xml:space="preserve"> - Details Hinton's use of the Hopfield network to develop the Boltzmann machine and their contributions to machine learning.</w:t>
      </w:r>
      <w:r/>
    </w:p>
    <w:p>
      <w:pPr>
        <w:pStyle w:val="ListNumber"/>
        <w:spacing w:line="240" w:lineRule="auto"/>
        <w:ind w:left="720"/>
      </w:pPr>
      <w:r/>
      <w:hyperlink r:id="rId11">
        <w:r>
          <w:rPr>
            <w:color w:val="0000EE"/>
            <w:u w:val="single"/>
          </w:rPr>
          <w:t>https://www.washingtonpost.com/science/2024/10/08/nobel-prize-physics/</w:t>
        </w:r>
      </w:hyperlink>
      <w:r>
        <w:t xml:space="preserve"> - Confirms the Nobel Prize in Physics 2024 was awarded to John Hopfield and Geoffrey Hinton for their foundational discoveries in machine learning.</w:t>
      </w:r>
      <w:r/>
    </w:p>
    <w:p>
      <w:pPr>
        <w:pStyle w:val="ListNumber"/>
        <w:spacing w:line="240" w:lineRule="auto"/>
        <w:ind w:left="720"/>
      </w:pPr>
      <w:r/>
      <w:hyperlink r:id="rId10">
        <w:r>
          <w:rPr>
            <w:color w:val="0000EE"/>
            <w:u w:val="single"/>
          </w:rPr>
          <w:t>https://www.nobelprize.org/prizes/physics/2024/press-release/</w:t>
        </w:r>
      </w:hyperlink>
      <w:r>
        <w:t xml:space="preserve"> - Explains Hopfield's development of the Hopfield network and its ability to store and reproduce patterns.</w:t>
      </w:r>
      <w:r/>
    </w:p>
    <w:p>
      <w:pPr>
        <w:pStyle w:val="ListNumber"/>
        <w:spacing w:line="240" w:lineRule="auto"/>
        <w:ind w:left="720"/>
      </w:pPr>
      <w:r/>
      <w:hyperlink r:id="rId12">
        <w:r>
          <w:rPr>
            <w:color w:val="0000EE"/>
            <w:u w:val="single"/>
          </w:rPr>
          <w:t>https://www.youtube.com/watch?v=P5RkYcisKOs</w:t>
        </w:r>
      </w:hyperlink>
      <w:r>
        <w:t xml:space="preserve"> - Mentions Geoffrey Hinton as the 'Godfather of AI' and his concerns about AI's future development.</w:t>
      </w:r>
      <w:r/>
    </w:p>
    <w:p>
      <w:pPr>
        <w:pStyle w:val="ListNumber"/>
        <w:spacing w:line="240" w:lineRule="auto"/>
        <w:ind w:left="720"/>
      </w:pPr>
      <w:r/>
      <w:hyperlink r:id="rId10">
        <w:r>
          <w:rPr>
            <w:color w:val="0000EE"/>
            <w:u w:val="single"/>
          </w:rPr>
          <w:t>https://www.nobelprize.org/prizes/physics/2024/press-release/</w:t>
        </w:r>
      </w:hyperlink>
      <w:r>
        <w:t xml:space="preserve"> - Provides information on Hinton's career, including his PhD from the University of Edinburgh and his work on neural networks.</w:t>
      </w:r>
      <w:r/>
    </w:p>
    <w:p>
      <w:pPr>
        <w:pStyle w:val="ListNumber"/>
        <w:spacing w:line="240" w:lineRule="auto"/>
        <w:ind w:left="720"/>
      </w:pPr>
      <w:r/>
      <w:hyperlink r:id="rId13">
        <w:r>
          <w:rPr>
            <w:color w:val="0000EE"/>
            <w:u w:val="single"/>
          </w:rPr>
          <w:t>https://www.nature.com/collections/ehbjaifcgc</w:t>
        </w:r>
      </w:hyperlink>
      <w:r>
        <w:t xml:space="preserve"> - Discusses the impact of Hopfield and Hinton's work on the development of neural networks and AI systems.</w:t>
      </w:r>
      <w:r/>
    </w:p>
    <w:p>
      <w:pPr>
        <w:pStyle w:val="ListNumber"/>
        <w:spacing w:line="240" w:lineRule="auto"/>
        <w:ind w:left="720"/>
      </w:pPr>
      <w:r/>
      <w:hyperlink r:id="rId10">
        <w:r>
          <w:rPr>
            <w:color w:val="0000EE"/>
            <w:u w:val="single"/>
          </w:rPr>
          <w:t>https://www.nobelprize.org/prizes/physics/2024/press-release/</w:t>
        </w:r>
      </w:hyperlink>
      <w:r>
        <w:t xml:space="preserve"> - Details the recognition and accolades received by Hinton, including the Turing Award.</w:t>
      </w:r>
      <w:r/>
    </w:p>
    <w:p>
      <w:pPr>
        <w:pStyle w:val="ListNumber"/>
        <w:spacing w:line="240" w:lineRule="auto"/>
        <w:ind w:left="720"/>
      </w:pPr>
      <w:r/>
      <w:hyperlink r:id="rId12">
        <w:r>
          <w:rPr>
            <w:color w:val="0000EE"/>
            <w:u w:val="single"/>
          </w:rPr>
          <w:t>https://www.youtube.com/watch?v=P5RkYcisKOs</w:t>
        </w:r>
      </w:hyperlink>
      <w:r>
        <w:t xml:space="preserve"> - Mentions Hinton's resignation from Google and his concerns about AI's potential risks.</w:t>
      </w:r>
      <w:r/>
    </w:p>
    <w:p>
      <w:pPr>
        <w:pStyle w:val="ListNumber"/>
        <w:spacing w:line="240" w:lineRule="auto"/>
        <w:ind w:left="720"/>
      </w:pPr>
      <w:r/>
      <w:hyperlink r:id="rId10">
        <w:r>
          <w:rPr>
            <w:color w:val="0000EE"/>
            <w:u w:val="single"/>
          </w:rPr>
          <w:t>https://www.nobelprize.org/prizes/physics/2024/press-release/</w:t>
        </w:r>
      </w:hyperlink>
      <w:r>
        <w:t xml:space="preserve"> - Confirms the prize amount of 11 million Swedish kronor and the recognition of their contributions to AI.</w:t>
      </w:r>
      <w:r/>
    </w:p>
    <w:p>
      <w:pPr>
        <w:pStyle w:val="ListNumber"/>
        <w:spacing w:line="240" w:lineRule="auto"/>
        <w:ind w:left="720"/>
      </w:pPr>
      <w:r/>
      <w:hyperlink r:id="rId14">
        <w:r>
          <w:rPr>
            <w:color w:val="0000EE"/>
            <w:u w:val="single"/>
          </w:rPr>
          <w:t>https://www.nobelprize.org/prizes/physics/2024/summary/</w:t>
        </w:r>
      </w:hyperlink>
      <w:r>
        <w:t xml:space="preserve"> - Summarizes the Nobel Prize in Physics 2024 awarded to Hopfield and Hinton for their foundational discoveries in machine learning.</w:t>
      </w:r>
      <w:r/>
    </w:p>
    <w:p>
      <w:pPr>
        <w:pStyle w:val="ListNumber"/>
        <w:spacing w:line="240" w:lineRule="auto"/>
        <w:ind w:left="720"/>
      </w:pPr>
      <w:r/>
      <w:hyperlink r:id="rId15">
        <w:r>
          <w:rPr>
            <w:color w:val="0000EE"/>
            <w:u w:val="single"/>
          </w:rPr>
          <w:t>https://www.dailymail.co.uk/news/article-13940659/Godfather-AI-foundation-artificial-intelligence-regrets-Nobel-Prize.html?ns_mchannel=rss&amp;ns_campaign=1490&amp;ito=1490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obelprize.org/prizes/physics/2024/press-release/" TargetMode="External"/><Relationship Id="rId11" Type="http://schemas.openxmlformats.org/officeDocument/2006/relationships/hyperlink" Target="https://www.washingtonpost.com/science/2024/10/08/nobel-prize-physics/" TargetMode="External"/><Relationship Id="rId12" Type="http://schemas.openxmlformats.org/officeDocument/2006/relationships/hyperlink" Target="https://www.youtube.com/watch?v=P5RkYcisKOs" TargetMode="External"/><Relationship Id="rId13" Type="http://schemas.openxmlformats.org/officeDocument/2006/relationships/hyperlink" Target="https://www.nature.com/collections/ehbjaifcgc" TargetMode="External"/><Relationship Id="rId14" Type="http://schemas.openxmlformats.org/officeDocument/2006/relationships/hyperlink" Target="https://www.nobelprize.org/prizes/physics/2024/summary/" TargetMode="External"/><Relationship Id="rId15" Type="http://schemas.openxmlformats.org/officeDocument/2006/relationships/hyperlink" Target="https://www.dailymail.co.uk/news/article-13940659/Godfather-AI-foundation-artificial-intelligence-regrets-Nobel-Prize.html?ns_mchannel=rss&amp;ns_campaign=1490&amp;ito=14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