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Introducing the Friend AI companion necklace: A wearable for constant companionship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increasingly connected world where technology intertwines more closely with everyday life, a new device is set to change the landscape of personal interaction. Introducing the Friend AI companion necklace, a wearable gadget designed to offer round-the-clock companionship by listening to the wearer and sending text message responses. This innovative piece of technology aims to bridge the gap between AI and human-like interactions.</w:t>
      </w:r>
      <w:r/>
    </w:p>
    <w:p>
      <w:r/>
      <w:r>
        <w:t>The Friend AI companion necklace stands out for its capacity to provide a listening ear wherever you are. Emphasising its role as a steadfast confidant, it allows users to speak their mind freely. Whether you need to vent about your day or express ongoing thoughts, the necklace is always tuned in, ensuring that you always have a 'friend' ready to listen.</w:t>
      </w:r>
      <w:r/>
    </w:p>
    <w:p>
      <w:r/>
      <w:r>
        <w:t>One of the key features of this device is its ability to pause, think, and respond. The AI's processing power enables it to generate responses that aim to be appropriate for the context, thereby offering users insights or companionship that may help them move forward. Once the AI has crafted a response, it sends a text message directly to the user's phone, ensuring that the wearer can receive the feedback in a format they're comfortable with.</w:t>
      </w:r>
      <w:r/>
    </w:p>
    <w:p>
      <w:r/>
      <w:r>
        <w:t>While currently the Friend AI companion necklace is compatible solely with iOS devices, future plans include expanding its reach to accommodate Android users, indicating a desire to widen accessibility and usability. This expansion could potentially open new avenues for Android users to experience this unique technological companion.</w:t>
      </w:r>
      <w:r/>
    </w:p>
    <w:p>
      <w:r/>
      <w:r>
        <w:t>The complete package of the Friend AI companion necklace includes not only the white device itself but also two grey lanyards for carrying options and a white carrying case. A USB-C charging cable is provided to ensure the device can be easily powered, and a quick start guide is included to assist users in setting up and navigating their new digital friend.</w:t>
      </w:r>
      <w:r/>
    </w:p>
    <w:p>
      <w:r/>
      <w:r>
        <w:t>With its blend of practical design and advanced AI capabilities, the Friend AI companion necklace presents an intriguing opportunity for users seeking a non-human companion. As technology continues to evolve, devices like this necklace hint at a future where AI and human interaction are seamlessly integrated into daily life. Whether or not it meets the needs of the consumer market remains to be seen, but its introduction marks a bold step forward in the AI and wearable technology arenas.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https://www.fastcompany.com/91163068/this-always-listening-ai-necklace-wants-to-be-your-new-best-friend</w:t>
        </w:r>
      </w:hyperlink>
      <w:r>
        <w:t xml:space="preserve"> - Corroborates the introduction of the Friend AI companion necklace, its always-on microphone, and its goal of providing companionship.</w:t>
      </w:r>
      <w:r/>
    </w:p>
    <w:p>
      <w:pPr>
        <w:pStyle w:val="ListNumber"/>
        <w:spacing w:line="240" w:lineRule="auto"/>
        <w:ind w:left="720"/>
      </w:pPr>
      <w:r/>
      <w:hyperlink r:id="rId10">
        <w:r>
          <w:rPr>
            <w:color w:val="0000EE"/>
            <w:u w:val="single"/>
          </w:rPr>
          <w:t>https://www.fastcompany.com/91163068/this-always-listening-ai-necklace-wants-to-be-your-new-best-friend</w:t>
        </w:r>
      </w:hyperlink>
      <w:r>
        <w:t xml:space="preserve"> - Details the device's ability to listen, process, and respond to the wearer's interactions, sending text messages to the user's phone.</w:t>
      </w:r>
      <w:r/>
    </w:p>
    <w:p>
      <w:pPr>
        <w:pStyle w:val="ListNumber"/>
        <w:spacing w:line="240" w:lineRule="auto"/>
        <w:ind w:left="720"/>
      </w:pPr>
      <w:r/>
      <w:hyperlink r:id="rId11">
        <w:r>
          <w:rPr>
            <w:color w:val="0000EE"/>
            <w:u w:val="single"/>
          </w:rPr>
          <w:t>https://www.elle.com.au/life/health-wellness/friend-ai-necklace-explained/</w:t>
        </w:r>
      </w:hyperlink>
      <w:r>
        <w:t xml:space="preserve"> - Explains the device's design, its ability to develop a unique personality for each user, and its continuous listening feature.</w:t>
      </w:r>
      <w:r/>
    </w:p>
    <w:p>
      <w:pPr>
        <w:pStyle w:val="ListNumber"/>
        <w:spacing w:line="240" w:lineRule="auto"/>
        <w:ind w:left="720"/>
      </w:pPr>
      <w:r/>
      <w:hyperlink r:id="rId11">
        <w:r>
          <w:rPr>
            <w:color w:val="0000EE"/>
            <w:u w:val="single"/>
          </w:rPr>
          <w:t>https://www.elle.com.au/life/health-wellness/friend-ai-necklace-explained/</w:t>
        </w:r>
      </w:hyperlink>
      <w:r>
        <w:t xml:space="preserve"> - Describes how the device can be personalized and how it interacts with the user through text messages, sometimes unprompted.</w:t>
      </w:r>
      <w:r/>
    </w:p>
    <w:p>
      <w:pPr>
        <w:pStyle w:val="ListNumber"/>
        <w:spacing w:line="240" w:lineRule="auto"/>
        <w:ind w:left="720"/>
      </w:pPr>
      <w:r/>
      <w:hyperlink r:id="rId10">
        <w:r>
          <w:rPr>
            <w:color w:val="0000EE"/>
            <w:u w:val="single"/>
          </w:rPr>
          <w:t>https://www.fastcompany.com/91163068/this-always-listening-ai-necklace-wants-to-be-your-new-best-friend</w:t>
        </w:r>
      </w:hyperlink>
      <w:r>
        <w:t xml:space="preserve"> - Mentions the device's compatibility with smartphones and the lack of internal storage, with all data being encrypted and pushed to the cloud.</w:t>
      </w:r>
      <w:r/>
    </w:p>
    <w:p>
      <w:pPr>
        <w:pStyle w:val="ListNumber"/>
        <w:spacing w:line="240" w:lineRule="auto"/>
        <w:ind w:left="720"/>
      </w:pPr>
      <w:r/>
      <w:hyperlink r:id="rId11">
        <w:r>
          <w:rPr>
            <w:color w:val="0000EE"/>
            <w:u w:val="single"/>
          </w:rPr>
          <w:t>https://www.elle.com.au/life/health-wellness/friend-ai-necklace-explained/</w:t>
        </w:r>
      </w:hyperlink>
      <w:r>
        <w:t xml:space="preserve"> - Provides information on the device's battery life, charging requirements, and the included accessories like lanyards and a carrying case.</w:t>
      </w:r>
      <w:r/>
    </w:p>
    <w:p>
      <w:pPr>
        <w:pStyle w:val="ListNumber"/>
        <w:spacing w:line="240" w:lineRule="auto"/>
        <w:ind w:left="720"/>
      </w:pPr>
      <w:r/>
      <w:hyperlink r:id="rId12">
        <w:r>
          <w:rPr>
            <w:color w:val="0000EE"/>
            <w:u w:val="single"/>
          </w:rPr>
          <w:t>https://www.techradar.com/computing/artificial-intelligence/the-ai-friend-necklace-is-the-worst-parts-of-fight-club-and-beautiful-mind-put-together</w:t>
        </w:r>
      </w:hyperlink>
      <w:r>
        <w:t xml:space="preserve"> - Discusses the device's interaction capabilities, including sending unsolicited commentary and its potential impact on user behavior.</w:t>
      </w:r>
      <w:r/>
    </w:p>
    <w:p>
      <w:pPr>
        <w:pStyle w:val="ListNumber"/>
        <w:spacing w:line="240" w:lineRule="auto"/>
        <w:ind w:left="720"/>
      </w:pPr>
      <w:r/>
      <w:hyperlink r:id="rId10">
        <w:r>
          <w:rPr>
            <w:color w:val="0000EE"/>
            <w:u w:val="single"/>
          </w:rPr>
          <w:t>https://www.fastcompany.com/91163068/this-always-listening-ai-necklace-wants-to-be-your-new-best-friend</w:t>
        </w:r>
      </w:hyperlink>
      <w:r>
        <w:t xml:space="preserve"> - Highlights the creator's goal of addressing loneliness and isolation through the device, targeting users such as teenage girls and elderly people.</w:t>
      </w:r>
      <w:r/>
    </w:p>
    <w:p>
      <w:pPr>
        <w:pStyle w:val="ListNumber"/>
        <w:spacing w:line="240" w:lineRule="auto"/>
        <w:ind w:left="720"/>
      </w:pPr>
      <w:r/>
      <w:hyperlink r:id="rId11">
        <w:r>
          <w:rPr>
            <w:color w:val="0000EE"/>
            <w:u w:val="single"/>
          </w:rPr>
          <w:t>https://www.elle.com.au/life/health-wellness/friend-ai-necklace-explained/</w:t>
        </w:r>
      </w:hyperlink>
      <w:r>
        <w:t xml:space="preserve"> - Details the pricing of the device at $99 and its availability for pre-order, along with the cost of the domain name 'friend.com'.</w:t>
      </w:r>
      <w:r/>
    </w:p>
    <w:p>
      <w:pPr>
        <w:pStyle w:val="ListNumber"/>
        <w:spacing w:line="240" w:lineRule="auto"/>
        <w:ind w:left="720"/>
      </w:pPr>
      <w:r/>
      <w:hyperlink r:id="rId10">
        <w:r>
          <w:rPr>
            <w:color w:val="0000EE"/>
            <w:u w:val="single"/>
          </w:rPr>
          <w:t>https://www.fastcompany.com/91163068/this-always-listening-ai-necklace-wants-to-be-your-new-best-friend</w:t>
        </w:r>
      </w:hyperlink>
      <w:r>
        <w:t xml:space="preserve"> - Explains the device's unique approach to companionship, differing from other AI products focused on productivity, and its aim to provide emotional stability.</w:t>
      </w:r>
      <w:r/>
    </w:p>
    <w:p>
      <w:pPr>
        <w:pStyle w:val="ListNumber"/>
        <w:spacing w:line="240" w:lineRule="auto"/>
        <w:ind w:left="720"/>
      </w:pPr>
      <w:r/>
      <w:hyperlink r:id="rId11">
        <w:r>
          <w:rPr>
            <w:color w:val="0000EE"/>
            <w:u w:val="single"/>
          </w:rPr>
          <w:t>https://www.elle.com.au/life/health-wellness/friend-ai-necklace-explained/</w:t>
        </w:r>
      </w:hyperlink>
      <w:r>
        <w:t xml:space="preserve"> - Provides background information on the creator, Avi Schiffmann, and his previous work, including tracking COVID cases and helping Ukrainian asylum seekers.</w:t>
      </w:r>
      <w:r/>
    </w:p>
    <w:p>
      <w:pPr>
        <w:pStyle w:val="ListNumber"/>
        <w:spacing w:line="240" w:lineRule="auto"/>
        <w:ind w:left="720"/>
      </w:pPr>
      <w:r/>
      <w:hyperlink r:id="rId13">
        <w:r>
          <w:rPr>
            <w:color w:val="0000EE"/>
            <w:u w:val="single"/>
          </w:rPr>
          <w:t>https://thegadgetflow.com/product/friend-ai-based-companion-necklace/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astcompany.com/91163068/this-always-listening-ai-necklace-wants-to-be-your-new-best-friend" TargetMode="External"/><Relationship Id="rId11" Type="http://schemas.openxmlformats.org/officeDocument/2006/relationships/hyperlink" Target="https://www.elle.com.au/life/health-wellness/friend-ai-necklace-explained/" TargetMode="External"/><Relationship Id="rId12" Type="http://schemas.openxmlformats.org/officeDocument/2006/relationships/hyperlink" Target="https://www.techradar.com/computing/artificial-intelligence/the-ai-friend-necklace-is-the-worst-parts-of-fight-club-and-beautiful-mind-put-together" TargetMode="External"/><Relationship Id="rId13" Type="http://schemas.openxmlformats.org/officeDocument/2006/relationships/hyperlink" Target="https://thegadgetflow.com/product/friend-ai-based-companion-neckl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