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Italian PM Giorgia Meloni takes legal action against deepfake pornography creators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Italian Prime Minister Giorgia Meloni has taken a firm stance against the creators of deepfake pornography, describing such content as a "form of violence against women." In recent developments, Meloni appeared via video link in a Sardinian courtroom to press charges against two men accused of creating and disseminating fabricated explicit videos featuring her likeness. The accused are Allessio Scurosu, aged 40, and his father Roberto, aged 74, both from Sardinia.</w:t>
      </w:r>
      <w:r/>
    </w:p>
    <w:p>
      <w:r/>
      <w:r>
        <w:t>The issue dates back to 2020 when the alleged deepfake video of the prime minister was uploaded to adult websites based in the United States. Since its upload, the video is said to have accumulated millions of views. Keen to hold the creators accountable, Meloni is seeking €100,000 (approximately £84,000) in damages, with the intention of diverting the compensation to support a fund dedicated to aiding female victims of domestic violence.</w:t>
      </w:r>
      <w:r/>
    </w:p>
    <w:p>
      <w:r/>
      <w:r>
        <w:t>Addressing the court, Meloni emphatically denounced the misuse of artificial intelligence in generating such deepfake content, highlighting the personal impact it had on her. "I insist on demanding the punishment of those responsible because I consider what they did to be intolerable," she remarked, further underscoring the psychological toll such violations can impose.</w:t>
      </w:r>
      <w:r/>
    </w:p>
    <w:p>
      <w:r/>
      <w:r>
        <w:t>Her legal representatives revealed that the suit also serves a dual purpose: to embolden women who have similarly experienced abuse from such manipulative technology and to inspire them to pursue justice without fear.</w:t>
      </w:r>
      <w:r/>
    </w:p>
    <w:p>
      <w:r/>
      <w:r>
        <w:t>Meloni's vocal critique of deepfake technology places her within a broader discourse currently gaining momentum, as there have been increasing calls for heightened regulation of generative AI. Concerns are mounting over the potential for deepfake content to mislead the public and foster misinformation. Earlier this year, a collective of over 400 AI experts, celebrities, politicians, and activists underscored these apprehensions in an open letter entitled "Disrupting the Deepfake Supply Chain." The letter criticised the proliferation of AI-generated sexually explicit media, fraudulent content, and politically misleading videos.</w:t>
      </w:r>
      <w:r/>
    </w:p>
    <w:p>
      <w:r/>
      <w:r>
        <w:t>The ramifications of deepfake technology have not sparing other high-profile figures either. In 2018, actress Natalie Portman was among the first celebrities to be featured in such fake content. Subsequent targets have included singer Taylor Swift, whose deepfake images gained significant traction online, and actresses Emma Watson and Scarlett Johansson, who also fell victim to deepfake advertisements circulated on social media platforms.</w:t>
      </w:r>
      <w:r/>
    </w:p>
    <w:p>
      <w:r/>
      <w:r>
        <w:t>The ongoing discourse highlights the urgent need for legislative frameworks to address the challenges posed by rapid technological advancements in AI, particularly concerning the protection of individuals' likenesses and identities. As deepfake technology evolves, the implications for privacy, security, and authenticity continue to prompt critical dialogue among policymakers and technologists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https://www.youtube.com/watch?v=uErYmWdmZDk</w:t>
        </w:r>
      </w:hyperlink>
      <w:r>
        <w:t xml:space="preserve"> - This source details Italian Prime Minister Giorgia Meloni's legal action against the creators of deepfake pornographic videos featuring her, including the seeking of €100,000 in damages and the impact of these videos.</w:t>
      </w:r>
      <w:r/>
    </w:p>
    <w:p>
      <w:pPr>
        <w:pStyle w:val="ListNumber"/>
        <w:spacing w:line="240" w:lineRule="auto"/>
        <w:ind w:left="720"/>
      </w:pPr>
      <w:r/>
      <w:hyperlink r:id="rId11">
        <w:r>
          <w:rPr>
            <w:color w:val="0000EE"/>
            <w:u w:val="single"/>
          </w:rPr>
          <w:t>https://www.politico.eu/article/italian-pm-giorgia-meloni-called-to-testify-in-deepfake-porn-case/</w:t>
        </w:r>
      </w:hyperlink>
      <w:r>
        <w:t xml:space="preserve"> - This article reports on Meloni's testimony in a civil lawsuit against two men accused of creating and posting deepfake pornographic videos of her, and her demand for a symbolic sum of €100,000 in damages.</w:t>
      </w:r>
      <w:r/>
    </w:p>
    <w:p>
      <w:pPr>
        <w:pStyle w:val="ListNumber"/>
        <w:spacing w:line="240" w:lineRule="auto"/>
        <w:ind w:left="720"/>
      </w:pPr>
      <w:r/>
      <w:hyperlink r:id="rId12">
        <w:r>
          <w:rPr>
            <w:color w:val="0000EE"/>
            <w:u w:val="single"/>
          </w:rPr>
          <w:t>https://www.bbc.com/news/world-europe-68615474</w:t>
        </w:r>
      </w:hyperlink>
      <w:r>
        <w:t xml:space="preserve"> - This source provides information on Meloni seeking damages over deepfake porn videos, the upload of these videos to an American adult website, and her intention to donate the compensation to support women victims of domestic violence.</w:t>
      </w:r>
      <w:r/>
    </w:p>
    <w:p>
      <w:pPr>
        <w:pStyle w:val="ListNumber"/>
        <w:spacing w:line="240" w:lineRule="auto"/>
        <w:ind w:left="720"/>
      </w:pPr>
      <w:r/>
      <w:hyperlink r:id="rId13">
        <w:r>
          <w:rPr>
            <w:color w:val="0000EE"/>
            <w:u w:val="single"/>
          </w:rPr>
          <w:t>https://www.youtube.com/watch?v=DR4FjpM7tkE</w:t>
        </w:r>
      </w:hyperlink>
      <w:r>
        <w:t xml:space="preserve"> - This video discusses Meloni's lawsuit against a father and son for creating deepfake porn videos, the investigation process, and the broader implications of deepfake technology on women's rights and privacy.</w:t>
      </w:r>
      <w:r/>
    </w:p>
    <w:p>
      <w:pPr>
        <w:pStyle w:val="ListNumber"/>
        <w:spacing w:line="240" w:lineRule="auto"/>
        <w:ind w:left="720"/>
      </w:pPr>
      <w:r/>
      <w:hyperlink r:id="rId14">
        <w:r>
          <w:rPr>
            <w:color w:val="0000EE"/>
            <w:u w:val="single"/>
          </w:rPr>
          <w:t>https://www.telegraph.co.uk/world-news/2024/10/08/italy-giorgia-meloni-court-deepfake-porn-videos/</w:t>
        </w:r>
      </w:hyperlink>
      <w:r>
        <w:t xml:space="preserve"> - This article details Meloni's court appearance via video link, her demand for punishment and compensation from the accused, and her emphasis on the personal and societal impact of deepfake content.</w:t>
      </w:r>
      <w:r/>
    </w:p>
    <w:p>
      <w:pPr>
        <w:pStyle w:val="ListNumber"/>
        <w:spacing w:line="240" w:lineRule="auto"/>
        <w:ind w:left="720"/>
      </w:pPr>
      <w:r/>
      <w:hyperlink r:id="rId14">
        <w:r>
          <w:rPr>
            <w:color w:val="0000EE"/>
            <w:u w:val="single"/>
          </w:rPr>
          <w:t>https://www.telegraph.co.uk/world-news/2024/10/08/italy-giorgia-meloni-court-deepfake-porn-videos/</w:t>
        </w:r>
      </w:hyperlink>
      <w:r>
        <w:t xml:space="preserve"> - This source corroborates the identities of the accused, Alessio Scurosu and his father Roberto Scurosu, and the context of the deepfake videos being uploaded in 2020.</w:t>
      </w:r>
      <w:r/>
    </w:p>
    <w:p>
      <w:pPr>
        <w:pStyle w:val="ListNumber"/>
        <w:spacing w:line="240" w:lineRule="auto"/>
        <w:ind w:left="720"/>
      </w:pPr>
      <w:r/>
      <w:hyperlink r:id="rId11">
        <w:r>
          <w:rPr>
            <w:color w:val="0000EE"/>
            <w:u w:val="single"/>
          </w:rPr>
          <w:t>https://www.politico.eu/article/italian-pm-giorgia-meloni-called-to-testify-in-deepfake-porn-case/</w:t>
        </w:r>
      </w:hyperlink>
      <w:r>
        <w:t xml:space="preserve"> - This article supports the information that Meloni's legal team aims to empower women victims of similar abuse and to inspire them to seek justice without fear.</w:t>
      </w:r>
      <w:r/>
    </w:p>
    <w:p>
      <w:pPr>
        <w:pStyle w:val="ListNumber"/>
        <w:spacing w:line="240" w:lineRule="auto"/>
        <w:ind w:left="720"/>
      </w:pPr>
      <w:r/>
      <w:hyperlink r:id="rId12">
        <w:r>
          <w:rPr>
            <w:color w:val="0000EE"/>
            <w:u w:val="single"/>
          </w:rPr>
          <w:t>https://www.bbc.com/news/world-europe-68615474</w:t>
        </w:r>
      </w:hyperlink>
      <w:r>
        <w:t xml:space="preserve"> - This source highlights Meloni's criticism of the misuse of artificial intelligence in generating deepfake content and its personal impact on her.</w:t>
      </w:r>
      <w:r/>
    </w:p>
    <w:p>
      <w:pPr>
        <w:pStyle w:val="ListNumber"/>
        <w:spacing w:line="240" w:lineRule="auto"/>
        <w:ind w:left="720"/>
      </w:pPr>
      <w:r/>
      <w:hyperlink r:id="rId14">
        <w:r>
          <w:rPr>
            <w:color w:val="0000EE"/>
            <w:u w:val="single"/>
          </w:rPr>
          <w:t>https://www.telegraph.co.uk/world-news/2024/10/08/italy-giorgia-meloni-court-deepfake-porn-videos/</w:t>
        </w:r>
      </w:hyperlink>
      <w:r>
        <w:t xml:space="preserve"> - This article discusses the broader discourse on the need for regulation of generative AI and the potential for deepfake content to mislead the public and foster misinformation.</w:t>
      </w:r>
      <w:r/>
    </w:p>
    <w:p>
      <w:pPr>
        <w:pStyle w:val="ListNumber"/>
        <w:spacing w:line="240" w:lineRule="auto"/>
        <w:ind w:left="720"/>
      </w:pPr>
      <w:r/>
      <w:hyperlink r:id="rId13">
        <w:r>
          <w:rPr>
            <w:color w:val="0000EE"/>
            <w:u w:val="single"/>
          </w:rPr>
          <w:t>https://www.youtube.com/watch?v=DR4FjpM7tkE</w:t>
        </w:r>
      </w:hyperlink>
      <w:r>
        <w:t xml:space="preserve"> - This video mentions other high-profile figures, such as Taylor Swift, Emma Watson, and Scarlett Johansson, who have also been targeted by deepfake content.</w:t>
      </w:r>
      <w:r/>
    </w:p>
    <w:p>
      <w:pPr>
        <w:pStyle w:val="ListNumber"/>
        <w:spacing w:line="240" w:lineRule="auto"/>
        <w:ind w:left="720"/>
      </w:pPr>
      <w:r/>
      <w:hyperlink r:id="rId14">
        <w:r>
          <w:rPr>
            <w:color w:val="0000EE"/>
            <w:u w:val="single"/>
          </w:rPr>
          <w:t>https://www.telegraph.co.uk/world-news/2024/10/08/italy-giorgia-meloni-court-deepfake-porn-videos/</w:t>
        </w:r>
      </w:hyperlink>
      <w:r>
        <w:t xml:space="preserve"> - This source underscores the urgent need for legislative frameworks to address the challenges posed by deepfake technology, particularly concerning privacy, security, and authenticity.</w:t>
      </w:r>
      <w:r/>
    </w:p>
    <w:p>
      <w:pPr>
        <w:pStyle w:val="ListNumber"/>
        <w:spacing w:line="240" w:lineRule="auto"/>
        <w:ind w:left="720"/>
      </w:pPr>
      <w:r/>
      <w:hyperlink r:id="rId15">
        <w:r>
          <w:rPr>
            <w:color w:val="0000EE"/>
            <w:u w:val="single"/>
          </w:rPr>
          <w:t>https://www.dailymail.co.uk/news/article-13941019/Giorgia-Meloni-deepfake-porn-violence-against-women.html?ns_mchannel=rss&amp;ns_campaign=1490&amp;ito=1490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uErYmWdmZDk" TargetMode="External"/><Relationship Id="rId11" Type="http://schemas.openxmlformats.org/officeDocument/2006/relationships/hyperlink" Target="https://www.politico.eu/article/italian-pm-giorgia-meloni-called-to-testify-in-deepfake-porn-case/" TargetMode="External"/><Relationship Id="rId12" Type="http://schemas.openxmlformats.org/officeDocument/2006/relationships/hyperlink" Target="https://www.bbc.com/news/world-europe-68615474" TargetMode="External"/><Relationship Id="rId13" Type="http://schemas.openxmlformats.org/officeDocument/2006/relationships/hyperlink" Target="https://www.youtube.com/watch?v=DR4FjpM7tkE" TargetMode="External"/><Relationship Id="rId14" Type="http://schemas.openxmlformats.org/officeDocument/2006/relationships/hyperlink" Target="https://www.telegraph.co.uk/world-news/2024/10/08/italy-giorgia-meloni-court-deepfake-porn-videos/" TargetMode="External"/><Relationship Id="rId15" Type="http://schemas.openxmlformats.org/officeDocument/2006/relationships/hyperlink" Target="https://www.dailymail.co.uk/news/article-13941019/Giorgia-Meloni-deepfake-porn-violence-against-women.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