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thwarts phishing attempt by China-based group SweetSpecter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 Thwarts Phishing Attempt by China-Based Group SweetSpecter</w:t>
      </w:r>
      <w:r/>
    </w:p>
    <w:p>
      <w:r/>
      <w:r>
        <w:t>In a recent development highlighting the escalating threat of cyberattacks in the artificial intelligence sector, OpenAI has successfully thwarted a phishing attempt by a China-based group known as SweetSpecter. The attempted breach, reportedly targeting sensitive information of the renowned AI company, underscores the increasing cybersecurity challenges facing top AI firms amid a growing technological rivalry between the United States and China.</w:t>
      </w:r>
      <w:r/>
    </w:p>
    <w:p>
      <w:r/>
      <w:r>
        <w:rPr>
          <w:b/>
        </w:rPr>
        <w:t>SweetSpecter's Attempted Infiltration</w:t>
      </w:r>
      <w:r/>
    </w:p>
    <w:p>
      <w:r/>
      <w:r>
        <w:t>The incident, reported by Bloomberg, involved SweetSpecter masquerading as users of OpenAI's popular artificial intelligence chatbot, ChatGPT. The group allegedly sent emails purporting to be from legitimate customers to OpenAI's support staff. These emails contained malicious attachments designed to deploy malware capable of capturing screenshots and exfiltrating data. Fortunately, OpenAI's existing security measures were effective in repelling the attack, preventing the malware from accessing or compromising any sensitive information.</w:t>
      </w:r>
      <w:r/>
    </w:p>
    <w:p>
      <w:r/>
      <w:r>
        <w:rPr>
          <w:b/>
        </w:rPr>
        <w:t>A Broader Context of AI Rivalry</w:t>
      </w:r>
      <w:r/>
    </w:p>
    <w:p>
      <w:r/>
      <w:r>
        <w:t>The thwarted attack highlights the persistent threat posed by cyberattacks against major AI companies, a risk exacerbated by the ongoing competitive landscape in AI development between the US and China. The two nations are at the forefront of the global AI race, each striving to maintain a strategic edge in technological innovation and application. Consequently, the potential exposure of sensitive data and trade secrets through such cyberattacks is a significant concern for leading AI entities like OpenAI.</w:t>
      </w:r>
      <w:r/>
    </w:p>
    <w:p>
      <w:r/>
      <w:r>
        <w:t>OpenAI acknowledged the phishing attempt in a statement, noting that its security team had contacted employees targeted in the spear-phishing campaign. They confirmed that robust security controls effectively prevented the phishing emails from reaching the intended corporate email accounts, thereby averting any potential breach.</w:t>
      </w:r>
      <w:r/>
    </w:p>
    <w:p>
      <w:r/>
      <w:r>
        <w:rPr>
          <w:b/>
        </w:rPr>
        <w:t>Controversy and Accusations of Espionage</w:t>
      </w:r>
      <w:r/>
    </w:p>
    <w:p>
      <w:r/>
      <w:r>
        <w:t>The cyber intrusion attempt by SweetSpecter is not isolated; it forms part of a broader pattern of concerns over espionage and intellectual property theft in the AI sector. Earlier this year, a former Google engineer faced allegations of stealing AI trade secrets, which were subsequently passed to a Chinese company, further intensifying the discourse surrounding cybersecurity in AI technology.</w:t>
      </w:r>
      <w:r/>
    </w:p>
    <w:p>
      <w:r/>
      <w:r>
        <w:t>While China has consistently denied involvement in cyberattacks, labeling US accusations as a "smear campaign," independent cybersecurity experts have periodically reported activities suggesting organised attempts to gain strategic advantages through cyber means. Such reports contribute to the ongoing narrative of a technology-driven Cold War between the US and China.</w:t>
      </w:r>
      <w:r/>
    </w:p>
    <w:p>
      <w:r/>
      <w:r>
        <w:rPr>
          <w:b/>
        </w:rPr>
        <w:t>OpenAI's Proactive Cyber Defence</w:t>
      </w:r>
      <w:r/>
    </w:p>
    <w:p>
      <w:r/>
      <w:r>
        <w:t>In its comprehensive threat intelligence report, OpenAI elaborated on its continued vigilance and proactive measures against cyber threats worldwide. The organisation also reported terminating accounts directly associated with entities in Iran and China, which were found exploiting AI tools for diverse operations, including coding and research.</w:t>
      </w:r>
      <w:r/>
    </w:p>
    <w:p>
      <w:r/>
      <w:r>
        <w:t>As the AI sector continues to drive innovation across industries, safeguarding proprietary information and trade secrets has become paramount. Major AI companies like OpenAI remain committed to staying ahead of potential threats, preserving their role as leaders in the evolving landscape of artificial intelligence.</w:t>
      </w:r>
      <w:r/>
    </w:p>
    <w:p>
      <w:r/>
      <w:r>
        <w:rPr>
          <w:b/>
        </w:rPr>
        <w:t>Implications in Global AI Security</w:t>
      </w:r>
      <w:r/>
    </w:p>
    <w:p>
      <w:r/>
      <w:r>
        <w:t>The successful deflection of the SweetSpecter phishing attack underscores the vulnerabilities and cybersecurity challenges faced by AI companies, particularly amid the geopolitical tensions between predominant players like the US and China. As the sector continues to evolve, AI organisations globally will need to maintain stringent security measures to protect their advancements and mitigate risks involved in this high-stakes technological rivalry.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https://agogs.sk/en/phishing-scheme-targets-openai-employees/</w:t>
        </w:r>
      </w:hyperlink>
      <w:r>
        <w:t xml:space="preserve"> - Corroborates the phishing attempt by SweetSpecter, the method of attack, and the successful prevention by OpenAI's security measures.</w:t>
      </w:r>
      <w:r/>
    </w:p>
    <w:p>
      <w:pPr>
        <w:pStyle w:val="ListNumber"/>
        <w:spacing w:line="240" w:lineRule="auto"/>
        <w:ind w:left="720"/>
      </w:pPr>
      <w:r/>
      <w:hyperlink r:id="rId11">
        <w:r>
          <w:rPr>
            <w:color w:val="0000EE"/>
            <w:u w:val="single"/>
          </w:rPr>
          <w:t>https://www.scmp.com/tech/tech-war/article/3281773/tech-war-openai-says-it-foiled-suspected-china-linked-phishing-attack-employees</w:t>
        </w:r>
      </w:hyperlink>
      <w:r>
        <w:t xml:space="preserve"> - Details the phishing attempt by SweetSpecter, the involvement of malware, and the geopolitical context of the US-China AI rivalry.</w:t>
      </w:r>
      <w:r/>
    </w:p>
    <w:p>
      <w:pPr>
        <w:pStyle w:val="ListNumber"/>
        <w:spacing w:line="240" w:lineRule="auto"/>
        <w:ind w:left="720"/>
      </w:pPr>
      <w:r/>
      <w:hyperlink r:id="rId12">
        <w:r>
          <w:rPr>
            <w:color w:val="0000EE"/>
            <w:u w:val="single"/>
          </w:rPr>
          <w:t>https://www.techtimes.com/articles/307793/20241009/openai-suspects-china-based-group-sweetspecter-spear-phishing-campaign.htm</w:t>
        </w:r>
      </w:hyperlink>
      <w:r>
        <w:t xml:space="preserve"> - Describes the phishing campaign by SweetSpecter, the use of malware, and the broader implications for AI companies in the US-China tech war.</w:t>
      </w:r>
      <w:r/>
    </w:p>
    <w:p>
      <w:pPr>
        <w:pStyle w:val="ListNumber"/>
        <w:spacing w:line="240" w:lineRule="auto"/>
        <w:ind w:left="720"/>
      </w:pPr>
      <w:r/>
      <w:hyperlink r:id="rId13">
        <w:r>
          <w:rPr>
            <w:color w:val="0000EE"/>
            <w:u w:val="single"/>
          </w:rPr>
          <w:t>https://www.pymnts.com/cybersecurity/2024/openai-says-china-backed-phishing-attempt-targeted-employees/</w:t>
        </w:r>
      </w:hyperlink>
      <w:r>
        <w:t xml:space="preserve"> - Reports on the phishing attempt, the role of SweetSpecter, and OpenAI's measures to prevent the attack, as well as other cyber threats faced by the company.</w:t>
      </w:r>
      <w:r/>
    </w:p>
    <w:p>
      <w:pPr>
        <w:pStyle w:val="ListNumber"/>
        <w:spacing w:line="240" w:lineRule="auto"/>
        <w:ind w:left="720"/>
      </w:pPr>
      <w:r/>
      <w:hyperlink r:id="rId14">
        <w:r>
          <w:rPr>
            <w:color w:val="0000EE"/>
            <w:u w:val="single"/>
          </w:rPr>
          <w:t>https://www.bloomberg.com/news/articles/2024-10-09/openai-says-china-linked-group-tried-to-phish-its-employees</w:t>
        </w:r>
      </w:hyperlink>
      <w:r>
        <w:t xml:space="preserve"> - Confirms the phishing attempt by SweetSpecter, the use of malware, and the context of US-China competition in AI.</w:t>
      </w:r>
      <w:r/>
    </w:p>
    <w:p>
      <w:pPr>
        <w:pStyle w:val="ListNumber"/>
        <w:spacing w:line="240" w:lineRule="auto"/>
        <w:ind w:left="720"/>
      </w:pPr>
      <w:r/>
      <w:hyperlink r:id="rId10">
        <w:r>
          <w:rPr>
            <w:color w:val="0000EE"/>
            <w:u w:val="single"/>
          </w:rPr>
          <w:t>https://agogs.sk/en/phishing-scheme-targets-openai-employees/</w:t>
        </w:r>
      </w:hyperlink>
      <w:r>
        <w:t xml:space="preserve"> - Provides details on the broader context of AI rivalry and the significance of cybersecurity in protecting sensitive data and trade secrets.</w:t>
      </w:r>
      <w:r/>
    </w:p>
    <w:p>
      <w:pPr>
        <w:pStyle w:val="ListNumber"/>
        <w:spacing w:line="240" w:lineRule="auto"/>
        <w:ind w:left="720"/>
      </w:pPr>
      <w:r/>
      <w:hyperlink r:id="rId11">
        <w:r>
          <w:rPr>
            <w:color w:val="0000EE"/>
            <w:u w:val="single"/>
          </w:rPr>
          <w:t>https://www.scmp.com/tech/tech-war/article/3281773/tech-war-openai-says-it-foiled-suspected-china-linked-phishing-attack-employees</w:t>
        </w:r>
      </w:hyperlink>
      <w:r>
        <w:t xml:space="preserve"> - Mentions the allegations of espionage and intellectual property theft in the AI sector, including the case of a former Google engineer.</w:t>
      </w:r>
      <w:r/>
    </w:p>
    <w:p>
      <w:pPr>
        <w:pStyle w:val="ListNumber"/>
        <w:spacing w:line="240" w:lineRule="auto"/>
        <w:ind w:left="720"/>
      </w:pPr>
      <w:r/>
      <w:hyperlink r:id="rId12">
        <w:r>
          <w:rPr>
            <w:color w:val="0000EE"/>
            <w:u w:val="single"/>
          </w:rPr>
          <w:t>https://www.techtimes.com/articles/307793/20241009/openai-suspects-china-based-group-sweetspecter-spear-phishing-campaign.htm</w:t>
        </w:r>
      </w:hyperlink>
      <w:r>
        <w:t xml:space="preserve"> - Discusses China's denials of involvement in cyberattacks and the ongoing narrative of a technology-driven Cold War between the US and China.</w:t>
      </w:r>
      <w:r/>
    </w:p>
    <w:p>
      <w:pPr>
        <w:pStyle w:val="ListNumber"/>
        <w:spacing w:line="240" w:lineRule="auto"/>
        <w:ind w:left="720"/>
      </w:pPr>
      <w:r/>
      <w:hyperlink r:id="rId13">
        <w:r>
          <w:rPr>
            <w:color w:val="0000EE"/>
            <w:u w:val="single"/>
          </w:rPr>
          <w:t>https://www.pymnts.com/cybersecurity/2024/openai-says-china-backed-phishing-attempt-targeted-employees/</w:t>
        </w:r>
      </w:hyperlink>
      <w:r>
        <w:t xml:space="preserve"> - Details OpenAI's proactive measures against cyber threats, including the termination of accounts linked to Iran and China.</w:t>
      </w:r>
      <w:r/>
    </w:p>
    <w:p>
      <w:pPr>
        <w:pStyle w:val="ListNumber"/>
        <w:spacing w:line="240" w:lineRule="auto"/>
        <w:ind w:left="720"/>
      </w:pPr>
      <w:r/>
      <w:hyperlink r:id="rId14">
        <w:r>
          <w:rPr>
            <w:color w:val="0000EE"/>
            <w:u w:val="single"/>
          </w:rPr>
          <w:t>https://www.bloomberg.com/news/articles/2024-10-09/openai-says-china-linked-group-tried-to-phish-its-employees</w:t>
        </w:r>
      </w:hyperlink>
      <w:r>
        <w:t xml:space="preserve"> - Highlights the importance of safeguarding proprietary information and trade secrets in the evolving AI landscape.</w:t>
      </w:r>
      <w:r/>
    </w:p>
    <w:p>
      <w:pPr>
        <w:pStyle w:val="ListNumber"/>
        <w:spacing w:line="240" w:lineRule="auto"/>
        <w:ind w:left="720"/>
      </w:pPr>
      <w:r/>
      <w:hyperlink r:id="rId12">
        <w:r>
          <w:rPr>
            <w:color w:val="0000EE"/>
            <w:u w:val="single"/>
          </w:rPr>
          <w:t>https://www.techtimes.com/articles/307793/20241009/openai-suspects-china-based-group-sweetspecter-spear-phishing-campaign.htm</w:t>
        </w:r>
      </w:hyperlink>
      <w:r>
        <w:t xml:space="preserve"> - Emphasizes the vulnerabilities and cybersecurity challenges faced by AI companies amidst geopolitical tensions between the US and China.</w:t>
      </w:r>
      <w:r/>
    </w:p>
    <w:p>
      <w:pPr>
        <w:pStyle w:val="ListNumber"/>
        <w:spacing w:line="240" w:lineRule="auto"/>
        <w:ind w:left="720"/>
      </w:pPr>
      <w:r/>
      <w:hyperlink r:id="rId12">
        <w:r>
          <w:rPr>
            <w:color w:val="0000EE"/>
            <w:u w:val="single"/>
          </w:rPr>
          <w:t>https://www.techtimes.com/articles/307793/20241009/openai-suspects-china-based-group-sweetspecter-spear-phishing-campaign.htm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gogs.sk/en/phishing-scheme-targets-openai-employees/" TargetMode="External"/><Relationship Id="rId11" Type="http://schemas.openxmlformats.org/officeDocument/2006/relationships/hyperlink" Target="https://www.scmp.com/tech/tech-war/article/3281773/tech-war-openai-says-it-foiled-suspected-china-linked-phishing-attack-employees" TargetMode="External"/><Relationship Id="rId12" Type="http://schemas.openxmlformats.org/officeDocument/2006/relationships/hyperlink" Target="https://www.techtimes.com/articles/307793/20241009/openai-suspects-china-based-group-sweetspecter-spear-phishing-campaign.htm" TargetMode="External"/><Relationship Id="rId13" Type="http://schemas.openxmlformats.org/officeDocument/2006/relationships/hyperlink" Target="https://www.pymnts.com/cybersecurity/2024/openai-says-china-backed-phishing-attempt-targeted-employees/" TargetMode="External"/><Relationship Id="rId14" Type="http://schemas.openxmlformats.org/officeDocument/2006/relationships/hyperlink" Target="https://www.bloomberg.com/news/articles/2024-10-09/openai-says-china-linked-group-tried-to-phish-its-employe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