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Readyverse Studios launches Promptopia, an AI-powered game creation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Readyverse Studios, a dynamic force in the realm of digital gaming and immersive environments, has announced the launch of Promptopia, an innovative AI-powered generative creation tool. This cutting-edge development was revealed at the Blockworks tech conference, Permissionless III, and represents a significant advancement in how players can craft and interact within digital worlds.</w:t>
      </w:r>
      <w:r/>
    </w:p>
    <w:p>
      <w:r/>
      <w:r>
        <w:t>Promptopia is designed as a sandbox experience, enabling players to bring their imaginations to life with simplicity and ease. By entering basic text prompts, users can generate detailed and immersive game-ready objects, environments, music, and more. This tool is integrated into the expansive Readyverse environment, a virtual space inspired by Ernest Cline's novel, Ready Player One.</w:t>
      </w:r>
      <w:r/>
    </w:p>
    <w:p>
      <w:r/>
      <w:r>
        <w:t>Aaron McDonald, CEO of Readyverse Studios, has articulated the vision behind Promptopia as leveraging generative AI technology within a gaming framework. He emphasized that this platform integrates the creation tools seamlessly into the game itself, rather than offering them as standalone utilities. "We wanted to create this in a way that was leveraging the technology that we’ve been building in the generative AI space," he said. "We wanted to make the tools part of the game."</w:t>
      </w:r>
      <w:r/>
    </w:p>
    <w:p>
      <w:r/>
      <w:r>
        <w:t>The Readyverse itself is a metaverse-like experience, deeply embedded in the creative DNA of Ernest Cline's expansive storytelling. Users navigate this digital realm using avatars which can be customized to reflect characters from Ready Player One or entirely original creations.</w:t>
      </w:r>
      <w:r/>
    </w:p>
    <w:p>
      <w:r/>
      <w:r>
        <w:t>Promptopia distinguishes itself by allowing real-time multiplayer gameplay where participants not only play but also create. The environment is shaped by the ideas of the players, transforming anyone into a potential game designer. Within the Readyverse, Promptopia's tools allow for an unprecedented level of creative freedom. Players can generate new 3D assets and environments, enhanced by the advanced capabilities of the "Altered State" Generative 3D model and music AI platform JEN developed by Futureverse.</w:t>
      </w:r>
      <w:r/>
    </w:p>
    <w:p>
      <w:r/>
      <w:r>
        <w:t>During a demonstration, McDonald showcased how users could accumulate and showcase items in their personal spaces, such as Aech’s garage from Ready Player One, acting as a hub for players to store their in-game accomplishments. Players can dive into immersive zones like Promptopia, where they encounter a dynamic world, reshaping it through gameplay mechanics such as first-person shooting and capture-the-flag elements. Winning players gain the ability to alter the game’s landscape, tweaking settings like the sky or creating objects like hoverboards.</w:t>
      </w:r>
      <w:r/>
    </w:p>
    <w:p>
      <w:r/>
      <w:r>
        <w:t>Promptopia also aims to democratize game design, opening up creative possibilities without the need for extensive technical expertise. With over 200 team members dedicated to the project, including contributions from brands like Reebok, Cool Cats, and DeLorean, Promptopia forms a key part of the Readyverse initiative developed with the input of Ernest Cline and film producer Dan Farah.</w:t>
      </w:r>
      <w:r/>
    </w:p>
    <w:p>
      <w:r/>
      <w:r>
        <w:t>Future plans for Promptopia include enabling players to begin wishlisting the Readyverse experience, with anticipated closed testing phases expected later this year and open testing projected for the following year. This ongoing development is reinforced by efforts from Futureverse, creating an expansive and engaging digital ecosystem across multiple platforms.</w:t>
      </w:r>
      <w:r/>
    </w:p>
    <w:p>
      <w:r/>
      <w:r>
        <w:t>With the launch of Promptopia, Readyverse Studios continues to chart new territory in AI integration within gaming, offering players a unique space to explore, create, and play, echoing the visionary narratives of Ready Player One while pushing the boundaries of digital interaction and creativity.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