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Ring unveils AI-driven Smart Video Search feature for enhanced home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Amazon's home security brand, Ring, is set to redefine the user experience with the introduction of an innovative feature within its application. On the heels of releasing new tablets and during a major sales event, the tech giant has unveiled an AI-driven enhancement to its Ring video history, enhancing its service for subscribers with Smart Video Search functionality.</w:t>
      </w:r>
      <w:r/>
    </w:p>
    <w:p>
      <w:r/>
      <w:r>
        <w:t>This advanced feature leverages artificial intelligence to allow users to pinpoint specific events captured by their Ring cameras, offering a search capability that extends beyond simple motion detection. For instance, customers can search for terms as precise as "UPS truck," "raccoon at night in the rain," or "squirrel on the roof in the afternoon," and the app will fetch relevant video snippets from the past 30 days, immediately identifying the moments these events took place. This introduces a significant improvement in how users interact with their video footage, aiming to effortlessly provide them with the exact segment they need from a potentially overwhelming wave of video data.</w:t>
      </w:r>
      <w:r/>
    </w:p>
    <w:p>
      <w:r/>
      <w:r>
        <w:t>Eric Kuhn, the General Manager at Ring Experiences and Subscriptions, showcased this functionality in a recent demonstration, underscoring the feature's accuracy and user-friendly design. Smart Video Search is part of an overarching AI initiative within Ring known as Ring IQ. This technology combines Ring's proprietary artificial intelligence with expert in-house knowledge and employs Visual Language Modeling to link textual searches to visual content, efficiently retrieving videos that correspond to user queries.</w:t>
      </w:r>
      <w:r/>
    </w:p>
    <w:p>
      <w:r/>
      <w:r>
        <w:t>This innovative feature is slated to be available to all Ring Home Premium subscribers starting 5 November, with some customers already experiencing it during a public beta phase. In the competitive landscape of smart home devices, Google is also developing a similar feature for its Nest Aware subscribers. However, the precise launch date remains unspecified, promising only a release "later this year." Though a demonstration of Google's upcoming AI feature was conducted, it lacked the specificity observed in Ring's current offering, such as successfully identifying "a red truck in the rain."</w:t>
      </w:r>
      <w:r/>
    </w:p>
    <w:p>
      <w:r/>
      <w:r>
        <w:t xml:space="preserve">The introduction of Smart Video Search marks a significant step towards enhancing home surveillance capabilities, offering users both convenience and precision in reviewing past events by allowing them to forgo hours of tediously sifting through video footage. This feature may particularly appeal to users during occasions where revisiting past events quickly and accurately holds greater importance, adding remarkable value to Ring's suite of home security solutions. </w:t>
      </w:r>
      <w:r/>
    </w:p>
    <w:p>
      <w:r/>
      <w:r>
        <w:t>Overall, this development positions Ring as a leader in introducing AI-enhanced features to the home security market, delivering precise, efficient, and user-friendly solutions to its subscribers. As the feature rolls out, it will be interesting to see how it enhances the everyday experiences and security practices of Ring users in the US.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https://www.tomsguide.com/home/smart-home/i-just-tried-rings-new-ai-smart-video-search-feature-and-im-blown-away-by-its-accuracy</w:t>
        </w:r>
      </w:hyperlink>
      <w:r>
        <w:t xml:space="preserve"> - Corroborates the introduction of Ring's AI-driven Smart Video Search feature, its accuracy, and the ability to search for specific events like 'UPS truck' or 'raccoon at night in the rain'.</w:t>
      </w:r>
      <w:r/>
    </w:p>
    <w:p>
      <w:pPr>
        <w:pStyle w:val="ListNumber"/>
        <w:spacing w:line="240" w:lineRule="auto"/>
        <w:ind w:left="720"/>
      </w:pPr>
      <w:r/>
      <w:hyperlink r:id="rId11">
        <w:r>
          <w:rPr>
            <w:color w:val="0000EE"/>
            <w:u w:val="single"/>
          </w:rPr>
          <w:t>https://www.engadget.com/home/smart-home/ring-adds-ai-enabled-smart-video-search-as-part-of-its-upcoming-20-subscription-service-130049585.html</w:t>
        </w:r>
      </w:hyperlink>
      <w:r>
        <w:t xml:space="preserve"> - Supports the feature's integration into the Ring Home Premium subscription, its use of Visual Language Modeling, and examples of specific searches like 'raccoon in the backyard last night'.</w:t>
      </w:r>
      <w:r/>
    </w:p>
    <w:p>
      <w:pPr>
        <w:pStyle w:val="ListNumber"/>
        <w:spacing w:line="240" w:lineRule="auto"/>
        <w:ind w:left="720"/>
      </w:pPr>
      <w:r/>
      <w:hyperlink r:id="rId12">
        <w:r>
          <w:rPr>
            <w:color w:val="0000EE"/>
            <w:u w:val="single"/>
          </w:rPr>
          <w:t>https://techcrunch.com/2024/10/09/amazon-revamps-ring-subscriptions-with-ai-video-search/</w:t>
        </w:r>
      </w:hyperlink>
      <w:r>
        <w:t xml:space="preserve"> - Details the new Ring Home Premium subscription, the inclusion of Smart Video Search, and its capabilities such as searching for 'red bicycle in the driveway' or 'raccoon in the backyard last night'.</w:t>
      </w:r>
      <w:r/>
    </w:p>
    <w:p>
      <w:pPr>
        <w:pStyle w:val="ListNumber"/>
        <w:spacing w:line="240" w:lineRule="auto"/>
        <w:ind w:left="720"/>
      </w:pPr>
      <w:r/>
      <w:hyperlink r:id="rId13">
        <w:r>
          <w:rPr>
            <w:color w:val="0000EE"/>
            <w:u w:val="single"/>
          </w:rPr>
          <w:t>https://9to5google.com/2024/10/09/amazon-ring-ai-video-search/</w:t>
        </w:r>
      </w:hyperlink>
      <w:r>
        <w:t xml:space="preserve"> - Explains the Smart Video Search feature, its public beta rollout, and its comparison to Google's upcoming AI features for Nest cameras.</w:t>
      </w:r>
      <w:r/>
    </w:p>
    <w:p>
      <w:pPr>
        <w:pStyle w:val="ListNumber"/>
        <w:spacing w:line="240" w:lineRule="auto"/>
        <w:ind w:left="720"/>
      </w:pPr>
      <w:r/>
      <w:hyperlink r:id="rId14">
        <w:r>
          <w:rPr>
            <w:color w:val="0000EE"/>
            <w:u w:val="single"/>
          </w:rPr>
          <w:t>https://www.lifewire.com/ring-smart-video-search-8725545</w:t>
        </w:r>
      </w:hyperlink>
      <w:r>
        <w:t xml:space="preserve"> - Describes how Smart Video Search works, its user-friendly interface, and examples of searches like 'brown truck' or 'pizza delivery with red shirt'.</w:t>
      </w:r>
      <w:r/>
    </w:p>
    <w:p>
      <w:pPr>
        <w:pStyle w:val="ListNumber"/>
        <w:spacing w:line="240" w:lineRule="auto"/>
        <w:ind w:left="720"/>
      </w:pPr>
      <w:r/>
      <w:hyperlink r:id="rId10">
        <w:r>
          <w:rPr>
            <w:color w:val="0000EE"/>
            <w:u w:val="single"/>
          </w:rPr>
          <w:t>https://www.tomsguide.com/home/smart-home/i-just-tried-rings-new-ai-smart-video-search-feature-and-im-blown-away-by-its-accuracy</w:t>
        </w:r>
      </w:hyperlink>
      <w:r>
        <w:t xml:space="preserve"> - Highlights Eric Kuhn's demonstration of the feature and its accuracy, as well as the technology behind Ring IQ and Visual Language Modeling.</w:t>
      </w:r>
      <w:r/>
    </w:p>
    <w:p>
      <w:pPr>
        <w:pStyle w:val="ListNumber"/>
        <w:spacing w:line="240" w:lineRule="auto"/>
        <w:ind w:left="720"/>
      </w:pPr>
      <w:r/>
      <w:hyperlink r:id="rId11">
        <w:r>
          <w:rPr>
            <w:color w:val="0000EE"/>
            <w:u w:val="single"/>
          </w:rPr>
          <w:t>https://www.engadget.com/home/smart-home/ring-adds-ai-enabled-smart-video-search-as-part-of-its-upcoming-20-subscription-service-130049585.html</w:t>
        </w:r>
      </w:hyperlink>
      <w:r>
        <w:t xml:space="preserve"> - Mentions the public beta phase and the official launch date of November 5 for Smart Video Search.</w:t>
      </w:r>
      <w:r/>
    </w:p>
    <w:p>
      <w:pPr>
        <w:pStyle w:val="ListNumber"/>
        <w:spacing w:line="240" w:lineRule="auto"/>
        <w:ind w:left="720"/>
      </w:pPr>
      <w:r/>
      <w:hyperlink r:id="rId12">
        <w:r>
          <w:rPr>
            <w:color w:val="0000EE"/>
            <w:u w:val="single"/>
          </w:rPr>
          <w:t>https://techcrunch.com/2024/10/09/amazon-revamps-ring-subscriptions-with-ai-video-search/</w:t>
        </w:r>
      </w:hyperlink>
      <w:r>
        <w:t xml:space="preserve"> - Discusses the competitive landscape with Google's Nest Aware and the specificity of Ring's Smart Video Search feature.</w:t>
      </w:r>
      <w:r/>
    </w:p>
    <w:p>
      <w:pPr>
        <w:pStyle w:val="ListNumber"/>
        <w:spacing w:line="240" w:lineRule="auto"/>
        <w:ind w:left="720"/>
      </w:pPr>
      <w:r/>
      <w:hyperlink r:id="rId13">
        <w:r>
          <w:rPr>
            <w:color w:val="0000EE"/>
            <w:u w:val="single"/>
          </w:rPr>
          <w:t>https://9to5google.com/2024/10/09/amazon-ring-ai-video-search/</w:t>
        </w:r>
      </w:hyperlink>
      <w:r>
        <w:t xml:space="preserve"> - Compares Ring's Smart Video Search to Google's upcoming AI features for Nest cameras, highlighting the specificity and launch timelines.</w:t>
      </w:r>
      <w:r/>
    </w:p>
    <w:p>
      <w:pPr>
        <w:pStyle w:val="ListNumber"/>
        <w:spacing w:line="240" w:lineRule="auto"/>
        <w:ind w:left="720"/>
      </w:pPr>
      <w:r/>
      <w:hyperlink r:id="rId14">
        <w:r>
          <w:rPr>
            <w:color w:val="0000EE"/>
            <w:u w:val="single"/>
          </w:rPr>
          <w:t>https://www.lifewire.com/ring-smart-video-search-8725545</w:t>
        </w:r>
      </w:hyperlink>
      <w:r>
        <w:t xml:space="preserve"> - Explains how Smart Video Search enhances home surveillance capabilities by allowing users to quickly find specific events without sifting through hours of footage.</w:t>
      </w:r>
      <w:r/>
    </w:p>
    <w:p>
      <w:pPr>
        <w:pStyle w:val="ListNumber"/>
        <w:spacing w:line="240" w:lineRule="auto"/>
        <w:ind w:left="720"/>
      </w:pPr>
      <w:r/>
      <w:hyperlink r:id="rId10">
        <w:r>
          <w:rPr>
            <w:color w:val="0000EE"/>
            <w:u w:val="single"/>
          </w:rPr>
          <w:t>https://www.tomsguide.com/home/smart-home/i-just-tried-rings-new-ai-smart-video-search-feature-and-im-blown-away-by-its-accuracy</w:t>
        </w:r>
      </w:hyperlink>
      <w:r>
        <w:t xml:space="preserve"> - Positions Ring as a leader in AI-enhanced home security features, delivering precise and user-friendly solutions to its subscribers.</w:t>
      </w:r>
      <w:r/>
    </w:p>
    <w:p>
      <w:pPr>
        <w:pStyle w:val="ListNumber"/>
        <w:spacing w:line="240" w:lineRule="auto"/>
        <w:ind w:left="720"/>
      </w:pPr>
      <w:r/>
      <w:hyperlink r:id="rId15">
        <w:r>
          <w:rPr>
            <w:color w:val="0000EE"/>
            <w:u w:val="single"/>
          </w:rPr>
          <w:t>https://www.zdnet.com/article/rings-new-smart-video-search-dazzled-me-with-its-accuracy-heres-when-you-get-to-try-it/#ftag=RSSbaffb68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home/smart-home/i-just-tried-rings-new-ai-smart-video-search-feature-and-im-blown-away-by-its-accuracy" TargetMode="External"/><Relationship Id="rId11" Type="http://schemas.openxmlformats.org/officeDocument/2006/relationships/hyperlink" Target="https://www.engadget.com/home/smart-home/ring-adds-ai-enabled-smart-video-search-as-part-of-its-upcoming-20-subscription-service-130049585.html" TargetMode="External"/><Relationship Id="rId12" Type="http://schemas.openxmlformats.org/officeDocument/2006/relationships/hyperlink" Target="https://techcrunch.com/2024/10/09/amazon-revamps-ring-subscriptions-with-ai-video-search/" TargetMode="External"/><Relationship Id="rId13" Type="http://schemas.openxmlformats.org/officeDocument/2006/relationships/hyperlink" Target="https://9to5google.com/2024/10/09/amazon-ring-ai-video-search/" TargetMode="External"/><Relationship Id="rId14" Type="http://schemas.openxmlformats.org/officeDocument/2006/relationships/hyperlink" Target="https://www.lifewire.com/ring-smart-video-search-8725545" TargetMode="External"/><Relationship Id="rId15" Type="http://schemas.openxmlformats.org/officeDocument/2006/relationships/hyperlink" Target="https://www.zdnet.com/article/rings-new-smart-video-search-dazzled-me-with-its-accuracy-heres-when-you-get-to-try-it/#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