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Snowflake launches AI Data Cloud for travel and hospitality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Snowflake, renowned for its AI Data Cloud solutions, has announced the launch of its latest innovation specifically tailored for the travel and hospitality industry. The new AI Data Cloud for Travel and Hospitality brings together Snowflake’s advanced data platform and AI capabilities along with industry-specific solutions. This offering aims to empower businesses within this sector, including airlines, hotels, cruise lines, and travel technology providers, by providing them with the tools needed to enhance operations and offer superior customer experiences.</w:t>
      </w:r>
      <w:r/>
    </w:p>
    <w:p>
      <w:r/>
      <w:r>
        <w:t>Snowflake's initiative comes at a time when the travel and hospitality industry is embracing digital transformation to meet the demands of modern consumers. The AI Data Cloud for Travel and Hospitality addresses a variety of emergent industry needs such as dynamic pricing, sustainability tracking, developer efficiencies, reputation management, and performance advertising. These features are designed to streamline operations while also uncovering new business opportunities.</w:t>
      </w:r>
      <w:r/>
    </w:p>
    <w:p>
      <w:r/>
      <w:r>
        <w:t>In terms of specific capabilities, the AI Data Cloud offers solutions that businesses can utilise to refine several operational aspects. Firstly, it enables hyper-personalised marketing. This is intended to drive more effective marketing campaigns that respect privacy but also result in faster customer acquisition and reduced costs. Additionally, it promises improvements in customer experience by optimising bots and Interactive Voice Response (IVR) systems, alongside preemptive messaging to mitigate customer churn.</w:t>
      </w:r>
      <w:r/>
    </w:p>
    <w:p>
      <w:r/>
      <w:r>
        <w:t>Moreover, the platform focuses on enhancing customer loyalty and engagement. It facilitates modernised customer data management and streamlined alliance point systems, as well as optimised hotel and partner collaborations. Through these features, businesses can deliver a personalised experience to both customers and members, thus boosting retention.</w:t>
      </w:r>
      <w:r/>
    </w:p>
    <w:p>
      <w:r/>
      <w:r>
        <w:t>Operational efficiency is another critical area of focus. The AI Data Cloud aims to optimise routes and networks, simplify the management of irregular operations (IROP), and improve crew coordination, all aimed at achieving a reliable and efficient operation. Furthermore, the platform supports maximising revenue through streamlined maintenance, repair, and overhaul workstreams, better scenario forecasting, and targeted dynamic pricing strategies.</w:t>
      </w:r>
      <w:r/>
    </w:p>
    <w:p>
      <w:r/>
      <w:r>
        <w:t>A crucial component of this new offering is Snowflake’s expansive partner ecosystem. Through the Snowflake Marketplace, businesses can enrich their data by seamlessly integrating third-party data sources such as weather patterns, economic indicators, and global events. This enrichment allows for more comprehensive data analysis and informed decision-making—a necessity in an industry where external factors can significantly influence operations and consumer behaviour.</w:t>
      </w:r>
      <w:r/>
    </w:p>
    <w:p>
      <w:r/>
      <w:r>
        <w:t>Whitnee Hawthorne, the global head of travel and hospitality at Snowflake, commented on the pivotal moment faced by the industry. "The travel and hospitality industry is at a pivotal moment, with AI and data-driven insights becoming critical for success. Our AI Data Cloud for Travel and Hospitality provides the tools and capabilities needed to not only keep pace with evolving customer expectations, but also to drive innovation and operational excellence in this dynamic and competitive sector," she stated.</w:t>
      </w:r>
      <w:r/>
    </w:p>
    <w:p>
      <w:r/>
      <w:r>
        <w:t>This new unveil from Snowflake signifies an important step forward for companies within the travel and hospitality domain, as they continue to navigate and adapt to an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https://www.kmworld.com/Articles/ReadArticle.aspx?ArticleID=166225</w:t>
        </w:r>
      </w:hyperlink>
      <w:r>
        <w:t xml:space="preserve"> - Corroborates the launch of Snowflake's AI Data Cloud for Travel and Hospitality, and its focus on dynamic pricing, sustainability tracking, and other industry-specific use cases.</w:t>
      </w:r>
      <w:r/>
    </w:p>
    <w:p>
      <w:pPr>
        <w:pStyle w:val="ListNumber"/>
        <w:spacing w:line="240" w:lineRule="auto"/>
        <w:ind w:left="720"/>
      </w:pPr>
      <w:r/>
      <w:hyperlink r:id="rId11">
        <w:r>
          <w:rPr>
            <w:color w:val="0000EE"/>
            <w:u w:val="single"/>
          </w:rPr>
          <w:t>https://finance.yahoo.com/news/snowflake-ai-data-cloud-travel-130000647.html</w:t>
        </w:r>
      </w:hyperlink>
      <w:r>
        <w:t xml:space="preserve"> - Supports the integration of Snowflake's data platform, AI capabilities, and industry-specific solutions for the travel and hospitality sector, and highlights key features like hyper-personalized marketing and operational efficiency.</w:t>
      </w:r>
      <w:r/>
    </w:p>
    <w:p>
      <w:pPr>
        <w:pStyle w:val="ListNumber"/>
        <w:spacing w:line="240" w:lineRule="auto"/>
        <w:ind w:left="720"/>
      </w:pPr>
      <w:r/>
      <w:hyperlink r:id="rId12">
        <w:r>
          <w:rPr>
            <w:color w:val="0000EE"/>
            <w:u w:val="single"/>
          </w:rPr>
          <w:t>https://digitalcxo.com/article/snowflake-is-taking-on-travel-hospitality-with-new-ai-data-cloud/</w:t>
        </w:r>
      </w:hyperlink>
      <w:r>
        <w:t xml:space="preserve"> - Details the AI Data Cloud's capabilities in enhancing customer experience, loyalty, and operational efficiency, as well as its impact on companies like Hyatt and Tripadvisor.</w:t>
      </w:r>
      <w:r/>
    </w:p>
    <w:p>
      <w:pPr>
        <w:pStyle w:val="ListNumber"/>
        <w:spacing w:line="240" w:lineRule="auto"/>
        <w:ind w:left="720"/>
      </w:pPr>
      <w:r/>
      <w:hyperlink r:id="rId13">
        <w:r>
          <w:rPr>
            <w:color w:val="0000EE"/>
            <w:u w:val="single"/>
          </w:rPr>
          <w:t>https://www.hoteldive.com/press-release/20240923-snowflakes-ai-data-cloud-for-travel-and-hospitality-drives-ai-innovation/</w:t>
        </w:r>
      </w:hyperlink>
      <w:r>
        <w:t xml:space="preserve"> - Explains how the AI Data Cloud addresses industry trends and use cases, and how it helps businesses streamline operations and unlock new business value.</w:t>
      </w:r>
      <w:r/>
    </w:p>
    <w:p>
      <w:pPr>
        <w:pStyle w:val="ListNumber"/>
        <w:spacing w:line="240" w:lineRule="auto"/>
        <w:ind w:left="720"/>
      </w:pPr>
      <w:r/>
      <w:hyperlink r:id="rId14">
        <w:r>
          <w:rPr>
            <w:color w:val="0000EE"/>
            <w:u w:val="single"/>
          </w:rPr>
          <w:t>https://www.snowflake.com/en/blog/ai-data-cloud-travel-hospitality-launch/</w:t>
        </w:r>
      </w:hyperlink>
      <w:r>
        <w:t xml:space="preserve"> - Provides insights from Whitnee Hawthorne on the launch and the importance of data and AI in the travel and hospitality industry, along with customer success stories.</w:t>
      </w:r>
      <w:r/>
    </w:p>
    <w:p>
      <w:pPr>
        <w:pStyle w:val="ListNumber"/>
        <w:spacing w:line="240" w:lineRule="auto"/>
        <w:ind w:left="720"/>
      </w:pPr>
      <w:r/>
      <w:hyperlink r:id="rId10">
        <w:r>
          <w:rPr>
            <w:color w:val="0000EE"/>
            <w:u w:val="single"/>
          </w:rPr>
          <w:t>https://www.kmworld.com/Articles/ReadArticle.aspx?ArticleID=166225</w:t>
        </w:r>
      </w:hyperlink>
      <w:r>
        <w:t xml:space="preserve"> - Mentions the role of Snowflake's partner ecosystem and the Snowflake Marketplace in enriching data with third-party sources like weather patterns and economic indicators.</w:t>
      </w:r>
      <w:r/>
    </w:p>
    <w:p>
      <w:pPr>
        <w:pStyle w:val="ListNumber"/>
        <w:spacing w:line="240" w:lineRule="auto"/>
        <w:ind w:left="720"/>
      </w:pPr>
      <w:r/>
      <w:hyperlink r:id="rId11">
        <w:r>
          <w:rPr>
            <w:color w:val="0000EE"/>
            <w:u w:val="single"/>
          </w:rPr>
          <w:t>https://finance.yahoo.com/news/snowflake-ai-data-cloud-travel-130000647.html</w:t>
        </w:r>
      </w:hyperlink>
      <w:r>
        <w:t xml:space="preserve"> - Quotes Whitnee Hawthorne on the pivotal moment faced by the travel and hospitality industry and the critical role of AI and data-driven insights.</w:t>
      </w:r>
      <w:r/>
    </w:p>
    <w:p>
      <w:pPr>
        <w:pStyle w:val="ListNumber"/>
        <w:spacing w:line="240" w:lineRule="auto"/>
        <w:ind w:left="720"/>
      </w:pPr>
      <w:r/>
      <w:hyperlink r:id="rId12">
        <w:r>
          <w:rPr>
            <w:color w:val="0000EE"/>
            <w:u w:val="single"/>
          </w:rPr>
          <w:t>https://digitalcxo.com/article/snowflake-is-taking-on-travel-hospitality-with-new-ai-data-cloud/</w:t>
        </w:r>
      </w:hyperlink>
      <w:r>
        <w:t xml:space="preserve"> - Highlights the benefits of the AI Data Cloud in optimizing routes, managing irregular operations, and improving crew coordination for operational efficiency.</w:t>
      </w:r>
      <w:r/>
    </w:p>
    <w:p>
      <w:pPr>
        <w:pStyle w:val="ListNumber"/>
        <w:spacing w:line="240" w:lineRule="auto"/>
        <w:ind w:left="720"/>
      </w:pPr>
      <w:r/>
      <w:hyperlink r:id="rId13">
        <w:r>
          <w:rPr>
            <w:color w:val="0000EE"/>
            <w:u w:val="single"/>
          </w:rPr>
          <w:t>https://www.hoteldive.com/press-release/20240923-snowflakes-ai-data-cloud-for-travel-and-hospitality-drives-ai-innovation/</w:t>
        </w:r>
      </w:hyperlink>
      <w:r>
        <w:t xml:space="preserve"> - Details the platform's support for maximizing revenue through streamlined maintenance, repair, and overhaul workstreams, and better scenario forecasting.</w:t>
      </w:r>
      <w:r/>
    </w:p>
    <w:p>
      <w:pPr>
        <w:pStyle w:val="ListNumber"/>
        <w:spacing w:line="240" w:lineRule="auto"/>
        <w:ind w:left="720"/>
      </w:pPr>
      <w:r/>
      <w:hyperlink r:id="rId14">
        <w:r>
          <w:rPr>
            <w:color w:val="0000EE"/>
            <w:u w:val="single"/>
          </w:rPr>
          <w:t>https://www.snowflake.com/en/blog/ai-data-cloud-travel-hospitality-launch/</w:t>
        </w:r>
      </w:hyperlink>
      <w:r>
        <w:t xml:space="preserve"> - Provides examples of how companies like JetBlue and CarTrawler have benefited from using Snowflake's AI Data Cloud for improved data observability and operational efficiency.</w:t>
      </w:r>
      <w:r/>
    </w:p>
    <w:p>
      <w:pPr>
        <w:pStyle w:val="ListNumber"/>
        <w:spacing w:line="240" w:lineRule="auto"/>
        <w:ind w:left="720"/>
      </w:pPr>
      <w:r/>
      <w:hyperlink r:id="rId11">
        <w:r>
          <w:rPr>
            <w:color w:val="0000EE"/>
            <w:u w:val="single"/>
          </w:rPr>
          <w:t>https://finance.yahoo.com/news/snowflake-ai-data-cloud-travel-130000647.html</w:t>
        </w:r>
      </w:hyperlink>
      <w:r>
        <w:t xml:space="preserve"> - Corroborates the significance of Snowflake’s AI Data Cloud in the context of the travel and hospitality industry's digital transformation and the need for data-driven insights.</w:t>
      </w:r>
      <w:r/>
    </w:p>
    <w:p>
      <w:pPr>
        <w:pStyle w:val="ListNumber"/>
        <w:spacing w:line="240" w:lineRule="auto"/>
        <w:ind w:left="720"/>
      </w:pPr>
      <w:r/>
      <w:hyperlink r:id="rId10">
        <w:r>
          <w:rPr>
            <w:color w:val="0000EE"/>
            <w:u w:val="single"/>
          </w:rPr>
          <w:t>https://www.kmworld.com/Articles/ReadArticle.aspx?ArticleID=166225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mworld.com/Articles/ReadArticle.aspx?ArticleID=166225" TargetMode="External"/><Relationship Id="rId11" Type="http://schemas.openxmlformats.org/officeDocument/2006/relationships/hyperlink" Target="https://finance.yahoo.com/news/snowflake-ai-data-cloud-travel-130000647.html" TargetMode="External"/><Relationship Id="rId12" Type="http://schemas.openxmlformats.org/officeDocument/2006/relationships/hyperlink" Target="https://digitalcxo.com/article/snowflake-is-taking-on-travel-hospitality-with-new-ai-data-cloud/" TargetMode="External"/><Relationship Id="rId13" Type="http://schemas.openxmlformats.org/officeDocument/2006/relationships/hyperlink" Target="https://www.hoteldive.com/press-release/20240923-snowflakes-ai-data-cloud-for-travel-and-hospitality-drives-ai-innovation/" TargetMode="External"/><Relationship Id="rId14" Type="http://schemas.openxmlformats.org/officeDocument/2006/relationships/hyperlink" Target="https://www.snowflake.com/en/blog/ai-data-cloud-travel-hospitality-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