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customer experience in telecommunications and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dynamic digital environment, customer experience is becoming a crucial factor that distinguishes successful businesses, especially within the telecommunications and IT sectors. These industries are at the forefront of transforming customer interactions through advanced technologies such as artificial intelligence (AI), data analytics, chatbots, and enhanced connectivity. These innovations facilitate the delivery of personalised and efficient services designed to not only meet but exceed customer expectations.</w:t>
      </w:r>
      <w:r/>
    </w:p>
    <w:p>
      <w:r/>
      <w:r>
        <w:t>Insights from Enterprise Times underscore the strategic importance of digital transformation in this area, with recent data indicating that 97% of UK businesses plan to ramp up their investment in customer experience initiatives in 2024. This push underscores the value that businesses place on providing exceptional customer interactions. Significantly, organisations with a robust digital presence are leading this charge, as 58% have allocated resources specifically to AI technologies to strengthen their capabilities. For those companies with advanced digital platforms, this commitment climbs to 81%.</w:t>
      </w:r>
      <w:r/>
    </w:p>
    <w:p>
      <w:r/>
      <w:r>
        <w:t>Telecommunications and IT providers are central to these efforts, as they can harness emerging technologies to curate superior customer experiences. By delving into AI, data analytics, and advanced connectivity solutions, these businesses can craft interactions that are personalised, efficient, and seamless, heightening overall customer satisfaction.</w:t>
      </w:r>
      <w:r/>
    </w:p>
    <w:p>
      <w:r/>
      <w:r>
        <w:t>The role of data-driven insights is particularly pivotal in this transformation. By analysing customer data, businesses are equipped to gain an in-depth understanding of consumer preferences, behaviours, and challenges. This information enables them to spot emerging trends, anticipate needs, and address potential issues before they escalate. Predictive analytics, for instance, supports the anticipation of customer habits, allowing companies to implement preventive strategies to sustain loyalty.</w:t>
      </w:r>
      <w:r/>
    </w:p>
    <w:p>
      <w:r/>
      <w:r>
        <w:t>AI-powered chatbots also represent a revolution in customer support, offering immediate, 24/7 assistance. These intelligent bots are capable of handling routine enquiries, resolving common issues, and efficiently disseminating information. By automating these processes, human agents have the bandwidth to engage with more complex queries that require a personal touch.</w:t>
      </w:r>
      <w:r/>
    </w:p>
    <w:p>
      <w:r/>
      <w:r>
        <w:t>Further, AI-driven self-service tools empower customers to find solutions independently, thus reducing wait times and enhancing satisfaction. The adoption of cloud-based infrastructure offers businesses the flexibility and scalability to cater to varying customer demands, enhancing the ability to maintain consistent quality service despite changes in demand.</w:t>
      </w:r>
      <w:r/>
    </w:p>
    <w:p>
      <w:r/>
      <w:r>
        <w:t>Companies like b4b Group are instrumental in underpinning this digital transformation within the telecommunications and IT landscape. They ensure robust and reliable network infrastructures that support extensive communication services, reducing downtime and service disruptions through strategic technology investments.</w:t>
      </w:r>
      <w:r/>
    </w:p>
    <w:p>
      <w:r/>
      <w:r>
        <w:t>Unified communications present another advancement, integrating voice, video, and messaging services into a single, coherent platform. This integration allows customers to effortlessly navigate between different forms of communication, enhancing both efficiency and convenience. Additionally, sophisticated features such as call routing, voicemail, and call centre solutions potentiate improvements in customer service efficiency.</w:t>
      </w:r>
      <w:r/>
    </w:p>
    <w:p>
      <w:r/>
      <w:r>
        <w:t>In summary, these concerted efforts manifest why businesses are intensely focusing on enhancing the customer experience. With cutting-edge technology at their disposal, telecommunications and IT providers are poised to revolutionise the way customers engage with businesses, fostering an environment of satisfaction and loyalty.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https://www.forbes.com/sites/garydrenik/2024/06/13/next-gen-tech-turns-customer-experience-into-a-competitive-advantage/</w:t>
        </w:r>
      </w:hyperlink>
      <w:r>
        <w:t xml:space="preserve"> - This article supports the importance of digital transformation and the use of AI and data analytics to enhance customer experience, highlighting how companies are investing heavily in these technologies to gain a competitive edge.</w:t>
      </w:r>
      <w:r/>
    </w:p>
    <w:p>
      <w:pPr>
        <w:pStyle w:val="ListNumber"/>
        <w:spacing w:line="240" w:lineRule="auto"/>
        <w:ind w:left="720"/>
      </w:pPr>
      <w:r/>
      <w:hyperlink r:id="rId11">
        <w:r>
          <w:rPr>
            <w:color w:val="0000EE"/>
            <w:u w:val="single"/>
          </w:rPr>
          <w:t>https://www.verint.com/resources/the-state-of-digital-customer-experience-2024/</w:t>
        </w:r>
      </w:hyperlink>
      <w:r>
        <w:t xml:space="preserve"> - This report corroborates the strategic importance of digital transformation in customer experience, noting that businesses are increasing their investments in AI and CX technologies to meet evolving customer expectations.</w:t>
      </w:r>
      <w:r/>
    </w:p>
    <w:p>
      <w:pPr>
        <w:pStyle w:val="ListNumber"/>
        <w:spacing w:line="240" w:lineRule="auto"/>
        <w:ind w:left="720"/>
      </w:pPr>
      <w:r/>
      <w:hyperlink r:id="rId12">
        <w:r>
          <w:rPr>
            <w:color w:val="0000EE"/>
            <w:u w:val="single"/>
          </w:rPr>
          <w:t>https://cxtrends.zendesk.com</w:t>
        </w:r>
      </w:hyperlink>
      <w:r>
        <w:t xml:space="preserve"> - This resource emphasizes the role of AI and data-driven insights in transforming the customer experience, highlighting trends such as AI-powered chatbots and the integration of conversational commerce.</w:t>
      </w:r>
      <w:r/>
    </w:p>
    <w:p>
      <w:pPr>
        <w:pStyle w:val="ListNumber"/>
        <w:spacing w:line="240" w:lineRule="auto"/>
        <w:ind w:left="720"/>
      </w:pPr>
      <w:r/>
      <w:hyperlink r:id="rId13">
        <w:r>
          <w:rPr>
            <w:color w:val="0000EE"/>
            <w:u w:val="single"/>
          </w:rPr>
          <w:t>https://knowmax.ai/blog/customer-experience-technology/</w:t>
        </w:r>
      </w:hyperlink>
      <w:r>
        <w:t xml:space="preserve"> - This blog post discusses the role of technology in enhancing customer experience, including the use of AI, data analytics, and predictive analytics to deliver personalized and efficient services.</w:t>
      </w:r>
      <w:r/>
    </w:p>
    <w:p>
      <w:pPr>
        <w:pStyle w:val="ListNumber"/>
        <w:spacing w:line="240" w:lineRule="auto"/>
        <w:ind w:left="720"/>
      </w:pPr>
      <w:r/>
      <w:hyperlink r:id="rId14">
        <w:r>
          <w:rPr>
            <w:color w:val="0000EE"/>
            <w:u w:val="single"/>
          </w:rPr>
          <w:t>https://sendbird.com/blog/digital-customer-experience</w:t>
        </w:r>
      </w:hyperlink>
      <w:r>
        <w:t xml:space="preserve"> - This article highlights the importance of AI chatbots, hyper-automation, and omnichannel personalization in delivering a competitive digital customer experience.</w:t>
      </w:r>
      <w:r/>
    </w:p>
    <w:p>
      <w:pPr>
        <w:pStyle w:val="ListNumber"/>
        <w:spacing w:line="240" w:lineRule="auto"/>
        <w:ind w:left="720"/>
      </w:pPr>
      <w:r/>
      <w:hyperlink r:id="rId10">
        <w:r>
          <w:rPr>
            <w:color w:val="0000EE"/>
            <w:u w:val="single"/>
          </w:rPr>
          <w:t>https://www.forbes.com/sites/garydrenik/2024/06/13/next-gen-tech-turns-customer-experience-into-a-competitive-advantage/</w:t>
        </w:r>
      </w:hyperlink>
      <w:r>
        <w:t xml:space="preserve"> - This article explains how AI is used to build 'Voice of the Customer' systems and personalize customer communications, supporting the role of AI in customer support.</w:t>
      </w:r>
      <w:r/>
    </w:p>
    <w:p>
      <w:pPr>
        <w:pStyle w:val="ListNumber"/>
        <w:spacing w:line="240" w:lineRule="auto"/>
        <w:ind w:left="720"/>
      </w:pPr>
      <w:r/>
      <w:hyperlink r:id="rId12">
        <w:r>
          <w:rPr>
            <w:color w:val="0000EE"/>
            <w:u w:val="single"/>
          </w:rPr>
          <w:t>https://cxtrends.zendesk.com</w:t>
        </w:r>
      </w:hyperlink>
      <w:r>
        <w:t xml:space="preserve"> - This resource details how AI transparency and generative AI are used to create personable and interactive experiences, aligning with the use of AI-driven self-service tools.</w:t>
      </w:r>
      <w:r/>
    </w:p>
    <w:p>
      <w:pPr>
        <w:pStyle w:val="ListNumber"/>
        <w:spacing w:line="240" w:lineRule="auto"/>
        <w:ind w:left="720"/>
      </w:pPr>
      <w:r/>
      <w:hyperlink r:id="rId13">
        <w:r>
          <w:rPr>
            <w:color w:val="0000EE"/>
            <w:u w:val="single"/>
          </w:rPr>
          <w:t>https://knowmax.ai/blog/customer-experience-technology/</w:t>
        </w:r>
      </w:hyperlink>
      <w:r>
        <w:t xml:space="preserve"> - This blog post discusses the importance of cloud-based infrastructure in providing flexibility and scalability to cater to varying customer demands.</w:t>
      </w:r>
      <w:r/>
    </w:p>
    <w:p>
      <w:pPr>
        <w:pStyle w:val="ListNumber"/>
        <w:spacing w:line="240" w:lineRule="auto"/>
        <w:ind w:left="720"/>
      </w:pPr>
      <w:r/>
      <w:hyperlink r:id="rId14">
        <w:r>
          <w:rPr>
            <w:color w:val="0000EE"/>
            <w:u w:val="single"/>
          </w:rPr>
          <w:t>https://sendbird.com/blog/digital-customer-experience</w:t>
        </w:r>
      </w:hyperlink>
      <w:r>
        <w:t xml:space="preserve"> - This article explains the role of unified communication platforms in integrating voice, video, and messaging services, enhancing customer service efficiency.</w:t>
      </w:r>
      <w:r/>
    </w:p>
    <w:p>
      <w:pPr>
        <w:pStyle w:val="ListNumber"/>
        <w:spacing w:line="240" w:lineRule="auto"/>
        <w:ind w:left="720"/>
      </w:pPr>
      <w:r/>
      <w:hyperlink r:id="rId11">
        <w:r>
          <w:rPr>
            <w:color w:val="0000EE"/>
            <w:u w:val="single"/>
          </w:rPr>
          <w:t>https://www.verint.com/resources/the-state-of-digital-customer-experience-2024/</w:t>
        </w:r>
      </w:hyperlink>
      <w:r>
        <w:t xml:space="preserve"> - This report highlights the importance of speed and efficiency in customer service, noting that slow service can lead to a significant loss of customers.</w:t>
      </w:r>
      <w:r/>
    </w:p>
    <w:p>
      <w:pPr>
        <w:pStyle w:val="ListNumber"/>
        <w:spacing w:line="240" w:lineRule="auto"/>
        <w:ind w:left="720"/>
      </w:pPr>
      <w:r/>
      <w:hyperlink r:id="rId12">
        <w:r>
          <w:rPr>
            <w:color w:val="0000EE"/>
            <w:u w:val="single"/>
          </w:rPr>
          <w:t>https://cxtrends.zendesk.com</w:t>
        </w:r>
      </w:hyperlink>
      <w:r>
        <w:t xml:space="preserve"> - This resource emphasizes the integration of security measures throughout the customer journey to ensure seamless and secure experiences, supporting the importance of robust network infrastructures.</w:t>
      </w:r>
      <w:r/>
    </w:p>
    <w:p>
      <w:pPr>
        <w:pStyle w:val="ListNumber"/>
        <w:spacing w:line="240" w:lineRule="auto"/>
        <w:ind w:left="720"/>
      </w:pPr>
      <w:r/>
      <w:hyperlink r:id="rId15">
        <w:r>
          <w:rPr>
            <w:color w:val="0000EE"/>
            <w:u w:val="single"/>
          </w:rPr>
          <w:t>https://www.irishnews.com/news/enhancing-customer-experience-through-technology-DTSRTMWCDBAKLJ4UMOZKR42T6U/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garydrenik/2024/06/13/next-gen-tech-turns-customer-experience-into-a-competitive-advantage/" TargetMode="External"/><Relationship Id="rId11" Type="http://schemas.openxmlformats.org/officeDocument/2006/relationships/hyperlink" Target="https://www.verint.com/resources/the-state-of-digital-customer-experience-2024/" TargetMode="External"/><Relationship Id="rId12" Type="http://schemas.openxmlformats.org/officeDocument/2006/relationships/hyperlink" Target="https://cxtrends.zendesk.com" TargetMode="External"/><Relationship Id="rId13" Type="http://schemas.openxmlformats.org/officeDocument/2006/relationships/hyperlink" Target="https://knowmax.ai/blog/customer-experience-technology/" TargetMode="External"/><Relationship Id="rId14" Type="http://schemas.openxmlformats.org/officeDocument/2006/relationships/hyperlink" Target="https://sendbird.com/blog/digital-customer-experience" TargetMode="External"/><Relationship Id="rId15" Type="http://schemas.openxmlformats.org/officeDocument/2006/relationships/hyperlink" Target="https://www.irishnews.com/news/enhancing-customer-experience-through-technology-DTSRTMWCDBAKLJ4UMOZKR42T6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