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enhances security as crypto scams and university scams proliferate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Enhances Security as Crypto Scams and University Scams Proliferate</w:t>
      </w:r>
      <w:r/>
    </w:p>
    <w:p>
      <w:r/>
      <w:r>
        <w:t>As the allure of cryptocurrency continues to captivate investors worldwide, the sector has become fertile ground for scams and fraud. This rise in digital threats has played into the hands of cybercriminals, who employ sophisticated methods to deceive both new and seasoned investors. In response to this growing menace, Artificial Intelligence (AI) is stepping up as a formidable ally in the fight against crypto-related fraud.</w:t>
      </w:r>
      <w:r/>
    </w:p>
    <w:p>
      <w:r/>
      <w:r>
        <w:rPr>
          <w:b/>
        </w:rPr>
        <w:t>The Pervasive Nature of Crypto Scams</w:t>
      </w:r>
      <w:r/>
    </w:p>
    <w:p>
      <w:r/>
      <w:r>
        <w:t>Cryptocurrency’s increasing popularity has attracted diverse investors, unfortunately including bad actors. Scams in this field manifest in various forms such as phishing attacks, Ponzi schemes, rug pulls, and fake exchanges. Traditional fraud detection methods, often reliant on manual transaction monitoring or user reports, fall short due to the fast-paced nature of these crimes. Consequently, AI has emerged as a critical component in the defence against crypto scams.</w:t>
      </w:r>
      <w:r/>
    </w:p>
    <w:p>
      <w:r/>
      <w:r>
        <w:rPr>
          <w:b/>
        </w:rPr>
        <w:t>AI: A New Frontline in Fraud Detection</w:t>
      </w:r>
      <w:r/>
    </w:p>
    <w:p>
      <w:r/>
      <w:r>
        <w:t>AI employs advanced techniques like pattern recognition and behavioural analysis to identify and prevent illicit activities within the crypto sphere. It analyses large datasets to spot suspicious patterns—such as abnormal transaction volumes or irregular user behaviours—and can monitor transactions in real time without the constraints faced by human operatives. Machine learning models further enhance these capabilities by evolving from past fraud attempts to predict and counteract future threats.</w:t>
      </w:r>
      <w:r/>
    </w:p>
    <w:p>
      <w:r/>
      <w:r>
        <w:t>These AI-driven solutions also extend to anomaly detection, focusing on unexpected spikes in account activity or substantial fund transfers to unverified wallets, ensuring that fraudulent activities are caught before causing significant harm. Several cryptocurrency platforms and exchanges have already integrated AI to bolster security, thereby safeguarding investors and fortifying the digital currency environment.</w:t>
      </w:r>
      <w:r/>
    </w:p>
    <w:p>
      <w:r/>
      <w:r>
        <w:rPr>
          <w:b/>
        </w:rPr>
        <w:t>The Role of AI in University Student Fraud Prevention</w:t>
      </w:r>
      <w:r/>
    </w:p>
    <w:p>
      <w:r/>
      <w:r>
        <w:t>The student demographic, particularly university students, is also increasingly targeted by scammers, especially during the start of the academic year. This period is often characterized by students setting up new bank accounts, processing loans, and navigating new administrative tasks, making them susceptible to deceitful schemes.</w:t>
      </w:r>
      <w:r/>
    </w:p>
    <w:p>
      <w:r/>
      <w:r>
        <w:t>According to a 2024 Student Living Index from NatWest, involving over 6,000 students across the UK, nearly 24% faced delivery service scams, while others encountered bank scams, social media account hacking, and fake goods promotions. Such vulnerabilities intensify when students receive maintenance loan payments, making them ripe targets for smishing and phishing scams. The Students Loans Company (SLC) warns students against divulging personal or financial information via unverified communications and confirmed it thwarted attempts to misappropriate £2.9 million in loan payments last year.</w:t>
      </w:r>
      <w:r/>
    </w:p>
    <w:p>
      <w:r/>
      <w:r>
        <w:rPr>
          <w:b/>
        </w:rPr>
        <w:t>Practical Tips for Scam Avoidance</w:t>
      </w:r>
      <w:r/>
    </w:p>
    <w:p>
      <w:r/>
      <w:r>
        <w:t>Experts, like Tulsi Narayan, Mastercard’s Senior Vice President of Cyber and Intelligence Europe, offer guidance to help students navigate these potential threats. Suggestions include being wary of phishing attacks by verifying the authenticity of online shops and emails, avoiding imposters by cross-referencing caller information, and securing devices with updated antivirus software.</w:t>
      </w:r>
      <w:r/>
    </w:p>
    <w:p>
      <w:r/>
      <w:r>
        <w:t>Additional preventive measures include setting up account alerts for unexpected charges and monitoring bank statements closely to detect anomalies. Privacy settings on social media should be adjusted to limit exposure, and the use of segmented networks at home can safeguard against malicious activities. Employing digital wallets, which incorporate tokenization, further protects against financial information theft during transactions.</w:t>
      </w:r>
      <w:r/>
    </w:p>
    <w:p>
      <w:r/>
      <w:r>
        <w:rPr>
          <w:b/>
        </w:rPr>
        <w:t>Looking Ahead: AI’s Future in Fraud Prevention</w:t>
      </w:r>
      <w:r/>
    </w:p>
    <w:p>
      <w:r/>
      <w:r>
        <w:t>The future of AI in combating fraud is promising. With continuous exposure to new fraud patterns, AI systems are expected to refine their predictive capabilities. Enhanced collaboration among different platforms could lead to shared data networks, improving fraud detection across the crypto ecosystem. Moreover, AI could serve an educational role, advising users on safer digital practices.</w:t>
      </w:r>
      <w:r/>
    </w:p>
    <w:p>
      <w:r/>
      <w:r>
        <w:t>By leveraging AI, the crypto community is better positioned to defend against the increasing threat of scams, providing a more secure environment for investors and curbing the impairment caused by fraudulent activities. This technological shield is not only reshaping fraud detection but also reinforcing the overall integrity of digital transaction ecosystems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https://hbr.org/2024/05/ai-will-increase-the-quantity-and-quality-of-phishing-scams</w:t>
        </w:r>
      </w:hyperlink>
      <w:r>
        <w:t xml:space="preserve"> - This article explains how AI tools are making phishing emails more advanced and harder to spot, which is relevant to the discussion on AI-enhanced fraud detection and the increasing sophistication of scams.</w:t>
      </w:r>
      <w:r/>
    </w:p>
    <w:p>
      <w:pPr>
        <w:pStyle w:val="ListNumber"/>
        <w:spacing w:line="240" w:lineRule="auto"/>
        <w:ind w:left="720"/>
      </w:pPr>
      <w:r/>
      <w:hyperlink r:id="rId11">
        <w:r>
          <w:rPr>
            <w:color w:val="0000EE"/>
            <w:u w:val="single"/>
          </w:rPr>
          <w:t>https://www.sesloc.org/ai-scams-are-on-the-rise/</w:t>
        </w:r>
      </w:hyperlink>
      <w:r>
        <w:t xml:space="preserve"> - This source details how scammers use AI tools like Chat GPT to enhance phishing emails and other scams, aligning with the section on AI's role in fraud detection and prevention.</w:t>
      </w:r>
      <w:r/>
    </w:p>
    <w:p>
      <w:pPr>
        <w:pStyle w:val="ListNumber"/>
        <w:spacing w:line="240" w:lineRule="auto"/>
        <w:ind w:left="720"/>
      </w:pPr>
      <w:r/>
      <w:hyperlink r:id="rId12">
        <w:r>
          <w:rPr>
            <w:color w:val="0000EE"/>
            <w:u w:val="single"/>
          </w:rPr>
          <w:t>https://www.centralbank.net/learning-center/the-rise-of-ai-enhanced-scams/</w:t>
        </w:r>
      </w:hyperlink>
      <w:r>
        <w:t xml:space="preserve"> - This article discusses the rise of AI-enhanced scams, including deepfakes and AI-generated content, which is crucial for understanding the evolving landscape of digital threats.</w:t>
      </w:r>
      <w:r/>
    </w:p>
    <w:p>
      <w:pPr>
        <w:pStyle w:val="ListNumber"/>
        <w:spacing w:line="240" w:lineRule="auto"/>
        <w:ind w:left="720"/>
      </w:pPr>
      <w:r/>
      <w:hyperlink r:id="rId13">
        <w:r>
          <w:rPr>
            <w:color w:val="0000EE"/>
            <w:u w:val="single"/>
          </w:rPr>
          <w:t>https://it.wisc.edu/news/ai-powered-scams-how-to-protect-yourself-2024/</w:t>
        </w:r>
      </w:hyperlink>
      <w:r>
        <w:t xml:space="preserve"> - This source provides insights into how scammers use AI for voice cloning, deepfakes, and phishing, and offers tips on how to protect oneself, supporting the practical tips for scam avoidance section.</w:t>
      </w:r>
      <w:r/>
    </w:p>
    <w:p>
      <w:pPr>
        <w:pStyle w:val="ListNumber"/>
        <w:spacing w:line="240" w:lineRule="auto"/>
        <w:ind w:left="720"/>
      </w:pPr>
      <w:r/>
      <w:hyperlink r:id="rId11">
        <w:r>
          <w:rPr>
            <w:color w:val="0000EE"/>
            <w:u w:val="single"/>
          </w:rPr>
          <w:t>https://www.sesloc.org/ai-scams-are-on-the-rise/</w:t>
        </w:r>
      </w:hyperlink>
      <w:r>
        <w:t xml:space="preserve"> - This article highlights the use of AI in family emergency scams and other tactics, which is relevant to the vulnerabilities faced by university students and the general public.</w:t>
      </w:r>
      <w:r/>
    </w:p>
    <w:p>
      <w:pPr>
        <w:pStyle w:val="ListNumber"/>
        <w:spacing w:line="240" w:lineRule="auto"/>
        <w:ind w:left="720"/>
      </w:pPr>
      <w:r/>
      <w:hyperlink r:id="rId12">
        <w:r>
          <w:rPr>
            <w:color w:val="0000EE"/>
            <w:u w:val="single"/>
          </w:rPr>
          <w:t>https://www.centralbank.net/learning-center/the-rise-of-ai-enhanced-scams/</w:t>
        </w:r>
      </w:hyperlink>
      <w:r>
        <w:t xml:space="preserve"> - This source explains how AI-generated images and deepfake scams are used to impersonate individuals, which aligns with the discussion on the pervasive nature of crypto scams and other digital threats.</w:t>
      </w:r>
      <w:r/>
    </w:p>
    <w:p>
      <w:pPr>
        <w:pStyle w:val="ListNumber"/>
        <w:spacing w:line="240" w:lineRule="auto"/>
        <w:ind w:left="720"/>
      </w:pPr>
      <w:r/>
      <w:hyperlink r:id="rId13">
        <w:r>
          <w:rPr>
            <w:color w:val="0000EE"/>
            <w:u w:val="single"/>
          </w:rPr>
          <w:t>https://it.wisc.edu/news/ai-powered-scams-how-to-protect-yourself-2024/</w:t>
        </w:r>
      </w:hyperlink>
      <w:r>
        <w:t xml:space="preserve"> - This article discusses the importance of verifying identities and being cautious of urgent requests, which is in line with the practical tips for scam avoidance section.</w:t>
      </w:r>
      <w:r/>
    </w:p>
    <w:p>
      <w:pPr>
        <w:pStyle w:val="ListNumber"/>
        <w:spacing w:line="240" w:lineRule="auto"/>
        <w:ind w:left="720"/>
      </w:pPr>
      <w:r/>
      <w:hyperlink r:id="rId14">
        <w:r>
          <w:rPr>
            <w:color w:val="0000EE"/>
            <w:u w:val="single"/>
          </w:rPr>
          <w:t>https://sift.com/blog/what-are-ai-scams-and-how-do-you-stop-them</w:t>
        </w:r>
      </w:hyperlink>
      <w:r>
        <w:t xml:space="preserve"> - This source details how AI scams use pattern recognition and behavioural analysis to deceive victims, and how AI-powered fraud decisioning solutions can help prevent such scams, supporting the section on AI's role in fraud detection.</w:t>
      </w:r>
      <w:r/>
    </w:p>
    <w:p>
      <w:pPr>
        <w:pStyle w:val="ListNumber"/>
        <w:spacing w:line="240" w:lineRule="auto"/>
        <w:ind w:left="720"/>
      </w:pPr>
      <w:r/>
      <w:hyperlink r:id="rId12">
        <w:r>
          <w:rPr>
            <w:color w:val="0000EE"/>
            <w:u w:val="single"/>
          </w:rPr>
          <w:t>https://www.centralbank.net/learning-center/the-rise-of-ai-enhanced-scams/</w:t>
        </w:r>
      </w:hyperlink>
      <w:r>
        <w:t xml:space="preserve"> - This article emphasizes the need for multilayered fraud prevention solutions to combat AI-enhanced scams, which is relevant to the future of AI in fraud prevention.</w:t>
      </w:r>
      <w:r/>
    </w:p>
    <w:p>
      <w:pPr>
        <w:pStyle w:val="ListNumber"/>
        <w:spacing w:line="240" w:lineRule="auto"/>
        <w:ind w:left="720"/>
      </w:pPr>
      <w:r/>
      <w:hyperlink r:id="rId13">
        <w:r>
          <w:rPr>
            <w:color w:val="0000EE"/>
            <w:u w:val="single"/>
          </w:rPr>
          <w:t>https://it.wisc.edu/news/ai-powered-scams-how-to-protect-yourself-2024/</w:t>
        </w:r>
      </w:hyperlink>
      <w:r>
        <w:t xml:space="preserve"> - This source highlights the importance of educating oneself and others about scams and using code words to verify identities, supporting the section on practical tips for scam avoidance.</w:t>
      </w:r>
      <w:r/>
    </w:p>
    <w:p>
      <w:pPr>
        <w:pStyle w:val="ListNumber"/>
        <w:spacing w:line="240" w:lineRule="auto"/>
        <w:ind w:left="720"/>
      </w:pPr>
      <w:r/>
      <w:hyperlink r:id="rId14">
        <w:r>
          <w:rPr>
            <w:color w:val="0000EE"/>
            <w:u w:val="single"/>
          </w:rPr>
          <w:t>https://sift.com/blog/what-are-ai-scams-and-how-do-you-stop-them</w:t>
        </w:r>
      </w:hyperlink>
      <w:r>
        <w:t xml:space="preserve"> - This article discusses the role of AI in automating phishing attacks and creating deepfakes, and how AI-powered solutions can prevent these scams, aligning with the future of AI in fraud prevention.</w:t>
      </w:r>
      <w:r/>
    </w:p>
    <w:p>
      <w:pPr>
        <w:pStyle w:val="ListNumber"/>
        <w:spacing w:line="240" w:lineRule="auto"/>
        <w:ind w:left="720"/>
      </w:pPr>
      <w:r/>
      <w:hyperlink r:id="rId15">
        <w:r>
          <w:rPr>
            <w:color w:val="0000EE"/>
            <w:u w:val="single"/>
          </w:rPr>
          <w:t>https://www.bitcoininsider.org/article/260905/ais-role-detecting-crypto-scams-and-fraud</w:t>
        </w:r>
      </w:hyperlink>
      <w:r>
        <w:t xml:space="preserve"> - Please view link - unable to able to access data</w:t>
      </w:r>
      <w:r/>
    </w:p>
    <w:p>
      <w:pPr>
        <w:pStyle w:val="ListNumber"/>
        <w:spacing w:line="240" w:lineRule="auto"/>
        <w:ind w:left="720"/>
      </w:pPr>
      <w:r/>
      <w:hyperlink r:id="rId16">
        <w:r>
          <w:rPr>
            <w:color w:val="0000EE"/>
            <w:u w:val="single"/>
          </w:rPr>
          <w:t>https://www.irishnews.com/life/what-every-student-needs-to-know-about-avoiding-scams-USVKGR3IABK55KK7NU5ZQKAWEA/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br.org/2024/05/ai-will-increase-the-quantity-and-quality-of-phishing-scams" TargetMode="External"/><Relationship Id="rId11" Type="http://schemas.openxmlformats.org/officeDocument/2006/relationships/hyperlink" Target="https://www.sesloc.org/ai-scams-are-on-the-rise/" TargetMode="External"/><Relationship Id="rId12" Type="http://schemas.openxmlformats.org/officeDocument/2006/relationships/hyperlink" Target="https://www.centralbank.net/learning-center/the-rise-of-ai-enhanced-scams/" TargetMode="External"/><Relationship Id="rId13" Type="http://schemas.openxmlformats.org/officeDocument/2006/relationships/hyperlink" Target="https://it.wisc.edu/news/ai-powered-scams-how-to-protect-yourself-2024/" TargetMode="External"/><Relationship Id="rId14" Type="http://schemas.openxmlformats.org/officeDocument/2006/relationships/hyperlink" Target="https://sift.com/blog/what-are-ai-scams-and-how-do-you-stop-them" TargetMode="External"/><Relationship Id="rId15" Type="http://schemas.openxmlformats.org/officeDocument/2006/relationships/hyperlink" Target="https://www.bitcoininsider.org/article/260905/ais-role-detecting-crypto-scams-and-fraud" TargetMode="External"/><Relationship Id="rId16" Type="http://schemas.openxmlformats.org/officeDocument/2006/relationships/hyperlink" Target="https://www.irishnews.com/life/what-every-student-needs-to-know-about-avoiding-scams-USVKGR3IABK55KK7NU5ZQKAW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