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Kolekti launches Narus, a cost-effective Generative AI platform for secure business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Kolekti, a member of The Adaptavist Group and known for its expertise in optimising remote work environments, has announced the introduction of Narus, a pioneering Generative AI (GenAI) platform. This innovation is poised to revolutionise AI integration in businesses by enabling and accelerating safe AI adoption across various industries and organisational sizes.</w:t>
      </w:r>
      <w:r/>
    </w:p>
    <w:p>
      <w:r/>
      <w:r>
        <w:t>In today's digital landscape, where companies are increasingly encountering challenges related to AI integration and the risks associated with shadow AI, Narus emerges as a comprehensive solution. The platform offers an intuitive and secure chat portal that allows employees to interact with AI models securely while ensuring companies maintain control over their data. Unlike many enterprise AI platforms, which often require significant investment and high minimum seat numbers, Narus is designed to be a cost-effective option, making AI technologies accessible without breaking the bank. Its flexible pay-as-you-go pricing model caters to businesses of different sizes, particularly favouring mid-market enterprises and sectors such as professional services, HR, marketing, media, and IT.</w:t>
      </w:r>
      <w:r/>
    </w:p>
    <w:p>
      <w:r/>
      <w:r>
        <w:t>The platform's launch comes at a time when a reported 23 percent of organisations feel highly prepared for managing the risks associated with GenAI, as noted in a Deloitte survey. Additionally, shadow AI—where employees use unsanctioned AI tools without employer knowledge—has become a prevalent issue. Research indicates that 78 percent of knowledge workers utilise their own AI tools for tasks, with 52 percent withholding this information from their employers. This behaviour opens organisations to potential data breaches, compliance issues, and security vulnerabilities, highlighting the urgent need for controlled AI adoption.</w:t>
      </w:r>
      <w:r/>
    </w:p>
    <w:p>
      <w:r/>
      <w:r>
        <w:t xml:space="preserve">Kolekti's General Manager, Adam Wignall, commented on the launch, stating, "Narus is our solution to this challenge. Employees are eager to use AI, but organisations must ensure it’s done safely." According to Wignall, trust is crucial to the successful deployment of AI, both in the technology itself and among those using it. Narus is crafted to build this trust by empowering employees while ensuring organisational oversight. </w:t>
      </w:r>
      <w:r/>
    </w:p>
    <w:p>
      <w:r/>
      <w:r>
        <w:t>Narus provides several breakthrough features aimed at fostering responsible AI use. Employees can engage with multiple large language models via seamless API integration, selecting preferred models to generate ideas within a secure framework safeguarding company data. It offers productivity enhancements through prompt optimisation tools, allowing users to refine inputs for enhanced results. An innovative shared prompt library facilitates team collaboration by enabling the reuse of successful prompts, promoting creative strategies across the board.</w:t>
      </w:r>
      <w:r/>
    </w:p>
    <w:p>
      <w:r/>
      <w:r>
        <w:t>Moreover, the platform emphasises robust security measures and governance capabilities. Narus incorporates real-time AI usage monitoring, which acts as a safeguard against potential data leaks and non-compliance with data protection regulations such as the GDPR. Administrators are enabled to set up alerts for inputs that may contain sensitive information.</w:t>
      </w:r>
      <w:r/>
    </w:p>
    <w:p>
      <w:r/>
      <w:r>
        <w:t>Additionally, Narus allows businesses to manage AI interaction more effectively by assigning specific AI models to users based on their roles. It provides a centralised dashboard for monitoring AI usage and managing expenses, ensuring organisations have comprehensive oversight and control over their AI tools and budget.</w:t>
      </w:r>
      <w:r/>
    </w:p>
    <w:p>
      <w:r/>
      <w:r>
        <w:t>In conclusion, Kolekti's Narus represents a significant advancement for businesses seeking to integrate AI responsibly and cost-effectively. As organisations continue navigating the complexities of AI adoption, Narus offers a promising solution that addresses both security concerns and the need for intuitive, powerful AI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https://www.einpresswire.com/article/749980495/kolekti-launches-narus-a-secure-ai-platform-for-genai-management</w:t>
        </w:r>
      </w:hyperlink>
      <w:r>
        <w:t xml:space="preserve"> - Corroborates the launch of Narus by Kolekti and its features, including secure AI interaction, cost-effective pricing, and governance capabilities.</w:t>
      </w:r>
      <w:r/>
    </w:p>
    <w:p>
      <w:pPr>
        <w:pStyle w:val="ListNumber"/>
        <w:spacing w:line="240" w:lineRule="auto"/>
        <w:ind w:left="720"/>
      </w:pPr>
      <w:r/>
      <w:hyperlink r:id="rId11">
        <w:r>
          <w:rPr>
            <w:color w:val="0000EE"/>
            <w:u w:val="single"/>
          </w:rPr>
          <w:t>https://www.theadaptavistgroup.com/company/press/narus-launch</w:t>
        </w:r>
      </w:hyperlink>
      <w:r>
        <w:t xml:space="preserve"> - Provides details on the launch of Narus, its secure chat portal, and the issues it addresses such as shadow AI and data security.</w:t>
      </w:r>
      <w:r/>
    </w:p>
    <w:p>
      <w:pPr>
        <w:pStyle w:val="ListNumber"/>
        <w:spacing w:line="240" w:lineRule="auto"/>
        <w:ind w:left="720"/>
      </w:pPr>
      <w:r/>
      <w:hyperlink r:id="rId10">
        <w:r>
          <w:rPr>
            <w:color w:val="0000EE"/>
            <w:u w:val="single"/>
          </w:rPr>
          <w:t>https://www.einpresswire.com/article/749980495/kolekti-launches-narus-a-secure-ai-platform-for-genai-management</w:t>
        </w:r>
      </w:hyperlink>
      <w:r>
        <w:t xml:space="preserve"> - Explains the flexible pay-as-you-go pricing model and how Narus caters to businesses of different sizes, especially mid-market enterprises.</w:t>
      </w:r>
      <w:r/>
    </w:p>
    <w:p>
      <w:pPr>
        <w:pStyle w:val="ListNumber"/>
        <w:spacing w:line="240" w:lineRule="auto"/>
        <w:ind w:left="720"/>
      </w:pPr>
      <w:r/>
      <w:hyperlink r:id="rId11">
        <w:r>
          <w:rPr>
            <w:color w:val="0000EE"/>
            <w:u w:val="single"/>
          </w:rPr>
          <w:t>https://www.theadaptavistgroup.com/company/press/narus-launch</w:t>
        </w:r>
      </w:hyperlink>
      <w:r>
        <w:t xml:space="preserve"> - Mentions the Deloitte survey indicating that only 23 percent of organisations feel highly prepared for managing GenAI risks and the prevalence of shadow AI.</w:t>
      </w:r>
      <w:r/>
    </w:p>
    <w:p>
      <w:pPr>
        <w:pStyle w:val="ListNumber"/>
        <w:spacing w:line="240" w:lineRule="auto"/>
        <w:ind w:left="720"/>
      </w:pPr>
      <w:r/>
      <w:hyperlink r:id="rId10">
        <w:r>
          <w:rPr>
            <w:color w:val="0000EE"/>
            <w:u w:val="single"/>
          </w:rPr>
          <w:t>https://www.einpresswire.com/article/749980495/kolekti-launches-narus-a-secure-ai-platform-for-genai-management</w:t>
        </w:r>
      </w:hyperlink>
      <w:r>
        <w:t xml:space="preserve"> - Quotes Adam Wignall, General Manager at Kolekti, on the importance of trust in AI deployment and Narus's role in building this trust.</w:t>
      </w:r>
      <w:r/>
    </w:p>
    <w:p>
      <w:pPr>
        <w:pStyle w:val="ListNumber"/>
        <w:spacing w:line="240" w:lineRule="auto"/>
        <w:ind w:left="720"/>
      </w:pPr>
      <w:r/>
      <w:hyperlink r:id="rId11">
        <w:r>
          <w:rPr>
            <w:color w:val="0000EE"/>
            <w:u w:val="single"/>
          </w:rPr>
          <w:t>https://www.theadaptavistgroup.com/company/press/narus-launch</w:t>
        </w:r>
      </w:hyperlink>
      <w:r>
        <w:t xml:space="preserve"> - Details the features of Narus, including seamless API integration with multiple large language models and prompt optimisation tools.</w:t>
      </w:r>
      <w:r/>
    </w:p>
    <w:p>
      <w:pPr>
        <w:pStyle w:val="ListNumber"/>
        <w:spacing w:line="240" w:lineRule="auto"/>
        <w:ind w:left="720"/>
      </w:pPr>
      <w:r/>
      <w:hyperlink r:id="rId10">
        <w:r>
          <w:rPr>
            <w:color w:val="0000EE"/>
            <w:u w:val="single"/>
          </w:rPr>
          <w:t>https://www.einpresswire.com/article/749980495/kolekti-launches-narus-a-secure-ai-platform-for-genai-management</w:t>
        </w:r>
      </w:hyperlink>
      <w:r>
        <w:t xml:space="preserve"> - Describes the shared prompt library and its role in fostering team collaboration and innovation.</w:t>
      </w:r>
      <w:r/>
    </w:p>
    <w:p>
      <w:pPr>
        <w:pStyle w:val="ListNumber"/>
        <w:spacing w:line="240" w:lineRule="auto"/>
        <w:ind w:left="720"/>
      </w:pPr>
      <w:r/>
      <w:hyperlink r:id="rId11">
        <w:r>
          <w:rPr>
            <w:color w:val="0000EE"/>
            <w:u w:val="single"/>
          </w:rPr>
          <w:t>https://www.theadaptavistgroup.com/company/press/narus-launch</w:t>
        </w:r>
      </w:hyperlink>
      <w:r>
        <w:t xml:space="preserve"> - Explains the robust security measures and governance capabilities of Narus, including real-time AI usage monitoring and GDPR compliance.</w:t>
      </w:r>
      <w:r/>
    </w:p>
    <w:p>
      <w:pPr>
        <w:pStyle w:val="ListNumber"/>
        <w:spacing w:line="240" w:lineRule="auto"/>
        <w:ind w:left="720"/>
      </w:pPr>
      <w:r/>
      <w:hyperlink r:id="rId10">
        <w:r>
          <w:rPr>
            <w:color w:val="0000EE"/>
            <w:u w:val="single"/>
          </w:rPr>
          <w:t>https://www.einpresswire.com/article/749980495/kolekti-launches-narus-a-secure-ai-platform-for-genai-management</w:t>
        </w:r>
      </w:hyperlink>
      <w:r>
        <w:t xml:space="preserve"> - Details the administrative control features of Narus, such as assigning specific AI models to users and managing AI usage and expenses through a centralised dashboard.</w:t>
      </w:r>
      <w:r/>
    </w:p>
    <w:p>
      <w:pPr>
        <w:pStyle w:val="ListNumber"/>
        <w:spacing w:line="240" w:lineRule="auto"/>
        <w:ind w:left="720"/>
      </w:pPr>
      <w:r/>
      <w:hyperlink r:id="rId11">
        <w:r>
          <w:rPr>
            <w:color w:val="0000EE"/>
            <w:u w:val="single"/>
          </w:rPr>
          <w:t>https://www.theadaptavistgroup.com/company/press/narus-launch</w:t>
        </w:r>
      </w:hyperlink>
      <w:r>
        <w:t xml:space="preserve"> - Highlights the overall benefits of Narus in enabling responsible and cost-effective AI adoption for businesses.</w:t>
      </w:r>
      <w:r/>
    </w:p>
    <w:p>
      <w:pPr>
        <w:pStyle w:val="ListNumber"/>
        <w:spacing w:line="240" w:lineRule="auto"/>
        <w:ind w:left="720"/>
      </w:pPr>
      <w:r/>
      <w:hyperlink r:id="rId10">
        <w:r>
          <w:rPr>
            <w:color w:val="0000EE"/>
            <w:u w:val="single"/>
          </w:rPr>
          <w:t>https://www.einpresswire.com/article/749980495/kolekti-launches-narus-a-secure-ai-platform-for-genai-management</w:t>
        </w:r>
      </w:hyperlink>
      <w:r>
        <w:t xml:space="preserve"> - Provides information on the limited-time three-month free trial offer for Narus, ending on 31 December 2024.</w:t>
      </w:r>
      <w:r/>
    </w:p>
    <w:p>
      <w:pPr>
        <w:pStyle w:val="ListNumber"/>
        <w:spacing w:line="240" w:lineRule="auto"/>
        <w:ind w:left="720"/>
      </w:pPr>
      <w:r/>
      <w:hyperlink r:id="rId12">
        <w:r>
          <w:rPr>
            <w:color w:val="0000EE"/>
            <w:u w:val="single"/>
          </w:rPr>
          <w:t>https://uktechnews.co.uk/2024/10/11/kolekti-launches-narus-a-secure-ai-platform-for-genai-management/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inpresswire.com/article/749980495/kolekti-launches-narus-a-secure-ai-platform-for-genai-management" TargetMode="External"/><Relationship Id="rId11" Type="http://schemas.openxmlformats.org/officeDocument/2006/relationships/hyperlink" Target="https://www.theadaptavistgroup.com/company/press/narus-launch" TargetMode="External"/><Relationship Id="rId12" Type="http://schemas.openxmlformats.org/officeDocument/2006/relationships/hyperlink" Target="https://uktechnews.co.uk/2024/10/11/kolekti-launches-narus-a-secure-ai-platform-for-genai-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