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launches AI-powered video generator Meta Movie Gen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Meta, the technology company renowned for its advancements in artificial intelligence, has unveiled an innovative AI-powered video generator called ‘Meta Movie Gen’. This new tool stands out by allowing users to generate videos through simple text input, effectively functioning as an automated 'movie generator'. While the idea of AI tools that create videos is not entirely new, Meta claims that Meta Movie Gen represents a "new standard for immersive AI content".</w:t>
      </w:r>
      <w:r/>
    </w:p>
    <w:p>
      <w:r/>
      <w:r>
        <w:t>The engine behind Meta Movie Gen builds on the company's extensive research in multimodal AI, integrating capabilities that have previously been utilised in producing images, audio, video, and 3D animations. This foundation comes from the Make-A-Scene model series, which Meta has been developing and refining over time. Meta Movie Gen also serves as a convergence point for various AI tools and large language models like LLaMA that Meta has been working on.</w:t>
      </w:r>
      <w:r/>
    </w:p>
    <w:p>
      <w:r/>
      <w:r>
        <w:t>One of the crucial features of Meta Movie Gen is its simplicity and versatility. Users can effortlessly generate the desired video by entering text descriptions. Moreover, it also supports video editing by allowing users to alter the appearance of backgrounds or objects within the video through textual input.</w:t>
      </w:r>
      <w:r/>
    </w:p>
    <w:p>
      <w:r/>
      <w:r>
        <w:t>Meta has positioned Meta Movie Gen as part of what it refers to as a "third wave" of models that consolidate different mediums such as images, audio, and video into a cohesive system. This new wave aims to provide users with a more granular level of control than previously thought possible. Meta anticipates that, much like past generations of its models, this advancement will accelerate creativity and lead to the development of various innovative products.</w:t>
      </w:r>
      <w:r/>
    </w:p>
    <w:p>
      <w:r/>
      <w:r>
        <w:t>The introduction of Meta Movie Gen is a significant step in AI-driven content creation, as it broadens accessibility to video production, allowing users from diverse backgrounds to harness the power of technology to express their creativity.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https://www.youtube.com/watch?v=lL-YETVaMa8</w:t>
        </w:r>
      </w:hyperlink>
      <w:r>
        <w:t xml:space="preserve"> - Explains the capabilities of Meta Movie Gen, including video generation, precise video editing, and audio generation from text prompts.</w:t>
      </w:r>
      <w:r/>
    </w:p>
    <w:p>
      <w:pPr>
        <w:pStyle w:val="ListNumber"/>
        <w:spacing w:line="240" w:lineRule="auto"/>
        <w:ind w:left="720"/>
      </w:pPr>
      <w:r/>
      <w:hyperlink r:id="rId11">
        <w:r>
          <w:rPr>
            <w:color w:val="0000EE"/>
            <w:u w:val="single"/>
          </w:rPr>
          <w:t>https://ai.meta.com/blog/movie-gen-media-foundation-models-generative-ai-video/</w:t>
        </w:r>
      </w:hyperlink>
      <w:r>
        <w:t xml:space="preserve"> - Details the four capabilities of Meta Movie Gen: video generation, personalized video generation, precise video editing, and audio generation.</w:t>
      </w:r>
      <w:r/>
    </w:p>
    <w:p>
      <w:pPr>
        <w:pStyle w:val="ListNumber"/>
        <w:spacing w:line="240" w:lineRule="auto"/>
        <w:ind w:left="720"/>
      </w:pPr>
      <w:r/>
      <w:hyperlink r:id="rId12">
        <w:r>
          <w:rPr>
            <w:color w:val="0000EE"/>
            <w:u w:val="single"/>
          </w:rPr>
          <w:t>https://www.reddit.com/r/ChatGPT/comments/1fy0sfq/meta_movie_gen_ai_can_make_videos_with/</w:t>
        </w:r>
      </w:hyperlink>
      <w:r>
        <w:t xml:space="preserve"> - Discusses Meta Movie Gen's ability to create 16-second HD videos, edit existing footage, and produce synchronized audio.</w:t>
      </w:r>
      <w:r/>
    </w:p>
    <w:p>
      <w:pPr>
        <w:pStyle w:val="ListNumber"/>
        <w:spacing w:line="240" w:lineRule="auto"/>
        <w:ind w:left="720"/>
      </w:pPr>
      <w:r/>
      <w:hyperlink r:id="rId13">
        <w:r>
          <w:rPr>
            <w:color w:val="0000EE"/>
            <w:u w:val="single"/>
          </w:rPr>
          <w:t>https://www.videomaker.com/news/meta-announces-movie-gen-ai-video-and-audio-generator/</w:t>
        </w:r>
      </w:hyperlink>
      <w:r>
        <w:t xml:space="preserve"> - Describes how Meta Movie Gen can generate videos from text prompts, edit existing footage, and create personalized videos.</w:t>
      </w:r>
      <w:r/>
    </w:p>
    <w:p>
      <w:pPr>
        <w:pStyle w:val="ListNumber"/>
        <w:spacing w:line="240" w:lineRule="auto"/>
        <w:ind w:left="720"/>
      </w:pPr>
      <w:r/>
      <w:hyperlink r:id="rId14">
        <w:r>
          <w:rPr>
            <w:color w:val="0000EE"/>
            <w:u w:val="single"/>
          </w:rPr>
          <w:t>https://www.theverge.com/2024/10/4/24261990/meta-movie-gen-ai-video-generator-openai-sora</w:t>
        </w:r>
      </w:hyperlink>
      <w:r>
        <w:t xml:space="preserve"> - Explains how Meta Movie Gen uses text inputs to generate new videos, edit existing footage, and integrate AI-generated audio.</w:t>
      </w:r>
      <w:r/>
    </w:p>
    <w:p>
      <w:pPr>
        <w:pStyle w:val="ListNumber"/>
        <w:spacing w:line="240" w:lineRule="auto"/>
        <w:ind w:left="720"/>
      </w:pPr>
      <w:r/>
      <w:hyperlink r:id="rId10">
        <w:r>
          <w:rPr>
            <w:color w:val="0000EE"/>
            <w:u w:val="single"/>
          </w:rPr>
          <w:t>https://www.youtube.com/watch?v=lL-YETVaMa8</w:t>
        </w:r>
      </w:hyperlink>
      <w:r>
        <w:t xml:space="preserve"> - Mentions the foundation of Meta Movie Gen in Meta's previous AI research, including the Make-A-Scene model series and LLaMA.</w:t>
      </w:r>
      <w:r/>
    </w:p>
    <w:p>
      <w:pPr>
        <w:pStyle w:val="ListNumber"/>
        <w:spacing w:line="240" w:lineRule="auto"/>
        <w:ind w:left="720"/>
      </w:pPr>
      <w:r/>
      <w:hyperlink r:id="rId11">
        <w:r>
          <w:rPr>
            <w:color w:val="0000EE"/>
            <w:u w:val="single"/>
          </w:rPr>
          <w:t>https://ai.meta.com/blog/movie-gen-media-foundation-models-generative-ai-video/</w:t>
        </w:r>
      </w:hyperlink>
      <w:r>
        <w:t xml:space="preserve"> - Describes Meta Movie Gen as part of a 'third wave' of models that consolidate different mediums like images, audio, and video.</w:t>
      </w:r>
      <w:r/>
    </w:p>
    <w:p>
      <w:pPr>
        <w:pStyle w:val="ListNumber"/>
        <w:spacing w:line="240" w:lineRule="auto"/>
        <w:ind w:left="720"/>
      </w:pPr>
      <w:r/>
      <w:hyperlink r:id="rId13">
        <w:r>
          <w:rPr>
            <w:color w:val="0000EE"/>
            <w:u w:val="single"/>
          </w:rPr>
          <w:t>https://www.videomaker.com/news/meta-announces-movie-gen-ai-video-and-audio-generator/</w:t>
        </w:r>
      </w:hyperlink>
      <w:r>
        <w:t xml:space="preserve"> - Highlights the simplicity and versatility of Meta Movie Gen, allowing users to generate and edit videos using text descriptions.</w:t>
      </w:r>
      <w:r/>
    </w:p>
    <w:p>
      <w:pPr>
        <w:pStyle w:val="ListNumber"/>
        <w:spacing w:line="240" w:lineRule="auto"/>
        <w:ind w:left="720"/>
      </w:pPr>
      <w:r/>
      <w:hyperlink r:id="rId14">
        <w:r>
          <w:rPr>
            <w:color w:val="0000EE"/>
            <w:u w:val="single"/>
          </w:rPr>
          <w:t>https://www.theverge.com/2024/10/4/24261990/meta-movie-gen-ai-video-generator-openai-sora</w:t>
        </w:r>
      </w:hyperlink>
      <w:r>
        <w:t xml:space="preserve"> - Discusses the potential impact of Meta Movie Gen on creativity and the development of innovative products.</w:t>
      </w:r>
      <w:r/>
    </w:p>
    <w:p>
      <w:pPr>
        <w:pStyle w:val="ListNumber"/>
        <w:spacing w:line="240" w:lineRule="auto"/>
        <w:ind w:left="720"/>
      </w:pPr>
      <w:r/>
      <w:hyperlink r:id="rId11">
        <w:r>
          <w:rPr>
            <w:color w:val="0000EE"/>
            <w:u w:val="single"/>
          </w:rPr>
          <w:t>https://ai.meta.com/blog/movie-gen-media-foundation-models-generative-ai-video/</w:t>
        </w:r>
      </w:hyperlink>
      <w:r>
        <w:t xml:space="preserve"> - Explains how Meta Movie Gen broadens accessibility to video production, enabling users from diverse backgrounds to express their creativity.</w:t>
      </w:r>
      <w:r/>
    </w:p>
    <w:p>
      <w:pPr>
        <w:pStyle w:val="ListNumber"/>
        <w:spacing w:line="240" w:lineRule="auto"/>
        <w:ind w:left="720"/>
      </w:pPr>
      <w:r/>
      <w:hyperlink r:id="rId12">
        <w:r>
          <w:rPr>
            <w:color w:val="0000EE"/>
            <w:u w:val="single"/>
          </w:rPr>
          <w:t>https://www.reddit.com/r/ChatGPT/comments/1fy0sfq/meta_movie_gen_ai_can_make_videos_with/</w:t>
        </w:r>
      </w:hyperlink>
      <w:r>
        <w:t xml:space="preserve"> - Mentions the high costs and lengthy generation times as barriers to the immediate product launch of Meta Movie Gen.</w:t>
      </w:r>
      <w:r/>
    </w:p>
    <w:p>
      <w:pPr>
        <w:pStyle w:val="ListNumber"/>
        <w:spacing w:line="240" w:lineRule="auto"/>
        <w:ind w:left="720"/>
      </w:pPr>
      <w:r/>
      <w:hyperlink r:id="rId15">
        <w:r>
          <w:rPr>
            <w:color w:val="0000EE"/>
            <w:u w:val="single"/>
          </w:rPr>
          <w:t>https://www.cio.com/article/3558013/%EB%A9%94%ED%83%80-%EC%83%9D%EC%84%B1%ED%98%95-ai-%EA%B8%B0%EB%B0%98-%EC%9B%90%EC%8A%A4%ED%86%B1-%EB%8F%99%EC%98%81%EC%83%81-%EC%A0%9C%EC%9E%91-%EB%8F%84%EA%B5%AC-%EB%AC%B4%EB%B9%84-%EC%A0%A0.html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lL-YETVaMa8" TargetMode="External"/><Relationship Id="rId11" Type="http://schemas.openxmlformats.org/officeDocument/2006/relationships/hyperlink" Target="https://ai.meta.com/blog/movie-gen-media-foundation-models-generative-ai-video/" TargetMode="External"/><Relationship Id="rId12" Type="http://schemas.openxmlformats.org/officeDocument/2006/relationships/hyperlink" Target="https://www.reddit.com/r/ChatGPT/comments/1fy0sfq/meta_movie_gen_ai_can_make_videos_with/" TargetMode="External"/><Relationship Id="rId13" Type="http://schemas.openxmlformats.org/officeDocument/2006/relationships/hyperlink" Target="https://www.videomaker.com/news/meta-announces-movie-gen-ai-video-and-audio-generator/" TargetMode="External"/><Relationship Id="rId14" Type="http://schemas.openxmlformats.org/officeDocument/2006/relationships/hyperlink" Target="https://www.theverge.com/2024/10/4/24261990/meta-movie-gen-ai-video-generator-openai-sora" TargetMode="External"/><Relationship Id="rId15" Type="http://schemas.openxmlformats.org/officeDocument/2006/relationships/hyperlink" Target="https://www.cio.com/article/3558013/%EB%A9%94%ED%83%80-%EC%83%9D%EC%84%B1%ED%98%95-ai-%EA%B8%B0%EB%B0%98-%EC%9B%90%EC%8A%A4%ED%86%B1-%EB%8F%99%EC%98%81%EC%83%81-%EC%A0%9C%EC%9E%91-%EB%8F%84%EA%B5%AC-%EB%AC%B4%EB%B9%84-%EC%A0%A0.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