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A2RL to stage historic 'Man vs Machine' race at Suzuka Circuit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Abu Dhabi Autonomous Racing League (A2RL) is set to host an unprecedented exhibition race at Japan's iconic Suzuka Circuit. Scheduled for the 9th and 10th of November, this event will feature a unique "Man vs Machine Showdown" as A2RL expands its presence internationally. This will mark the first time that an audience in Japan witnesses a direct competition between human ingenuity and artificial intelligence on the racetrack.</w:t>
      </w:r>
      <w:r/>
    </w:p>
    <w:p>
      <w:r/>
      <w:r>
        <w:t>The event forms part of the Super Formula double-header season finale and has been organised in collaboration with Japan Race Promotion. The showdown will see two Super Formula racecars pitted against each other, with one vehicle driven by former Formula One racer Daniil Kvyat, while the other will operate entirely on cutting-edge autonomous technology. This race will highlight the extensive capabilities of AI algorithms and robotics that have been integrated into these high-performance vehicles.</w:t>
      </w:r>
      <w:r/>
    </w:p>
    <w:p>
      <w:r/>
      <w:r>
        <w:t>The cars participating in the event are based on the award-winning Dallara SF23 model, a renowned vehicle in Japan's premier Super Formula racing series. In adapting this model for A2RL's event, a series of innovative sensors and systems have been employed to allow fully autonomous operation. The car boasts seven cameras, four radar sensors, three LiDAR sensors, and an advanced computational stack replacing the traditional driver.</w:t>
      </w:r>
      <w:r/>
    </w:p>
    <w:p>
      <w:r/>
      <w:r>
        <w:t>Preparation for the 'Man vs Machine' event is well underway, with both teams actively engaged in a comprehensive test programme in Japan. This marks A2RL's second public event outside its home base. The league had its inaugural race in Abu Dhabi this April, drawing eight international teams to compete in autonomous challenges, captivating a packed audience of 10,000 spectators and competing for a significant prize pool totalling $2.25 million (£1.7 million).</w:t>
      </w:r>
      <w:r/>
    </w:p>
    <w:p>
      <w:r/>
      <w:r>
        <w:t>Now in its second year, A2RL has established itself as the largest autonomous racing series globally and is branching out into new regions. Recently, it concluded a European testing programme that featured emerging Japanese talent Juju Noda.</w:t>
      </w:r>
      <w:r/>
    </w:p>
    <w:p>
      <w:r/>
      <w:r>
        <w:t>Expressing enthusiasm for the upcoming event, Stephane Timpano, CEO of A2RL, stated, “We are excited to bring this thrilling exhibition event to Japan’s iconic racing circuit as A2RL expands internationally. Pitting human against machine is the ultimate test for AI-driven technology, especially when racing against Daniil Kvyat, a former Formula 1 driver who knows this circuit so well. I have no doubt the fans are in for an electrifying showcase of autonomous racing at its best.”</w:t>
      </w:r>
      <w:r/>
    </w:p>
    <w:p>
      <w:r/>
      <w:r>
        <w:t>Similarly, Yoshihisa Ueno, CEO of Japan Race Promotion and SUPER FORMULA, remarked on the significance of the event, saying, “The development of the SF23 has been one of the most significant programs in our organisation’s history, and we are proud to have been part of pioneering this new genre of AI racing using the SF23 platform. To now see it race in this groundbreaking exhibition—one car driven by a human, the other by AI—is both fascinating and exciting. We are pleased to welcome A2RL to the world-famous Suzuka Circuit and look forward to the highly anticipated ‘Man vs Machine’ event.”</w:t>
      </w:r>
      <w:r/>
    </w:p>
    <w:p>
      <w:r/>
      <w:r>
        <w:t>This event promises to not only demonstrate the advancements in AI-driven racing technology but also continue the legacy of the Suzuka Circuit as a venue for pioneering motorsport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https://www.the-race.com/single-seater-open-wheel/a2rl-return-at-suzuka-daniil-kvyat-man-vs-machine/</w:t>
        </w:r>
      </w:hyperlink>
      <w:r>
        <w:t xml:space="preserve"> - Corroborates the 'Man vs Machine' showdown at Suzuka Circuit, the involvement of Daniil Kvyat, and the use of the Dallara SF23 chassis.</w:t>
      </w:r>
      <w:r/>
    </w:p>
    <w:p>
      <w:pPr>
        <w:pStyle w:val="ListNumber"/>
        <w:spacing w:line="240" w:lineRule="auto"/>
        <w:ind w:left="720"/>
      </w:pPr>
      <w:r/>
      <w:hyperlink r:id="rId11">
        <w:r>
          <w:rPr>
            <w:color w:val="0000EE"/>
            <w:u w:val="single"/>
          </w:rPr>
          <w:t>https://a2rl.io/press-release/6/A2RL-and-Japan-Race-Promotion-bring-autonomous-racing--to-Suzuka-with-%E2%80%98Man-vs-Machine%E2%80%99-Showdown</w:t>
        </w:r>
      </w:hyperlink>
      <w:r>
        <w:t xml:space="preserve"> - Confirms the collaboration with Japan Race Promotion, the event dates, and the 'Man vs Machine' concept.</w:t>
      </w:r>
      <w:r/>
    </w:p>
    <w:p>
      <w:pPr>
        <w:pStyle w:val="ListNumber"/>
        <w:spacing w:line="240" w:lineRule="auto"/>
        <w:ind w:left="720"/>
      </w:pPr>
      <w:r/>
      <w:hyperlink r:id="rId12">
        <w:r>
          <w:rPr>
            <w:color w:val="0000EE"/>
            <w:u w:val="single"/>
          </w:rPr>
          <w:t>https://www.pmw-magazine.com/news/new-motorsport-facility/a2rl-and-japan-race-promotion-bring-autonomous-racing-to-suzuka.html</w:t>
        </w:r>
      </w:hyperlink>
      <w:r>
        <w:t xml:space="preserve"> - Details the event as part of the Super Formula double-header season finale and the use of Dallara SF23 cars with advanced sensors.</w:t>
      </w:r>
      <w:r/>
    </w:p>
    <w:p>
      <w:pPr>
        <w:pStyle w:val="ListNumber"/>
        <w:spacing w:line="240" w:lineRule="auto"/>
        <w:ind w:left="720"/>
      </w:pPr>
      <w:r/>
      <w:hyperlink r:id="rId10">
        <w:r>
          <w:rPr>
            <w:color w:val="0000EE"/>
            <w:u w:val="single"/>
          </w:rPr>
          <w:t>https://www.the-race.com/single-seater-open-wheel/a2rl-return-at-suzuka-daniil-kvyat-man-vs-machine/</w:t>
        </w:r>
      </w:hyperlink>
      <w:r>
        <w:t xml:space="preserve"> - Provides information on the preparation and testing in Japan, and the involvement of Juju Noda in the European testing program.</w:t>
      </w:r>
      <w:r/>
    </w:p>
    <w:p>
      <w:pPr>
        <w:pStyle w:val="ListNumber"/>
        <w:spacing w:line="240" w:lineRule="auto"/>
        <w:ind w:left="720"/>
      </w:pPr>
      <w:r/>
      <w:hyperlink r:id="rId11">
        <w:r>
          <w:rPr>
            <w:color w:val="0000EE"/>
            <w:u w:val="single"/>
          </w:rPr>
          <w:t>https://a2rl.io/press-release/6/A2RL-and-Japan-Race-Promotion-bring-autonomous-racing--to-Suzuka-with-%E2%80%98Man-vs-Machine%E2%80%99-Showdown</w:t>
        </w:r>
      </w:hyperlink>
      <w:r>
        <w:t xml:space="preserve"> - Supports the statement on A2RL's expansion internationally and the significance of the event at Suzuka Circuit.</w:t>
      </w:r>
      <w:r/>
    </w:p>
    <w:p>
      <w:pPr>
        <w:pStyle w:val="ListNumber"/>
        <w:spacing w:line="240" w:lineRule="auto"/>
        <w:ind w:left="720"/>
      </w:pPr>
      <w:r/>
      <w:hyperlink r:id="rId12">
        <w:r>
          <w:rPr>
            <w:color w:val="0000EE"/>
            <w:u w:val="single"/>
          </w:rPr>
          <w:t>https://www.pmw-magazine.com/news/new-motorsport-facility/a2rl-and-japan-race-promotion-bring-autonomous-racing-to-suzuka.html</w:t>
        </w:r>
      </w:hyperlink>
      <w:r>
        <w:t xml:space="preserve"> - Corroborates the use of seven cameras, four radar sensors, three LiDAR sensors, and an advanced computational stack in the autonomous car.</w:t>
      </w:r>
      <w:r/>
    </w:p>
    <w:p>
      <w:pPr>
        <w:pStyle w:val="ListNumber"/>
        <w:spacing w:line="240" w:lineRule="auto"/>
        <w:ind w:left="720"/>
      </w:pPr>
      <w:r/>
      <w:hyperlink r:id="rId10">
        <w:r>
          <w:rPr>
            <w:color w:val="0000EE"/>
            <w:u w:val="single"/>
          </w:rPr>
          <w:t>https://www.the-race.com/single-seater-open-wheel/a2rl-return-at-suzuka-daniil-kvyat-man-vs-machine/</w:t>
        </w:r>
      </w:hyperlink>
      <w:r>
        <w:t xml:space="preserve"> - Details the inaugural race in Abu Dhabi, the number of spectators, and the prize pool of $2.25 million.</w:t>
      </w:r>
      <w:r/>
    </w:p>
    <w:p>
      <w:pPr>
        <w:pStyle w:val="ListNumber"/>
        <w:spacing w:line="240" w:lineRule="auto"/>
        <w:ind w:left="720"/>
      </w:pPr>
      <w:r/>
      <w:hyperlink r:id="rId13">
        <w:r>
          <w:rPr>
            <w:color w:val="0000EE"/>
            <w:u w:val="single"/>
          </w:rPr>
          <w:t>https://a2rl.io</w:t>
        </w:r>
      </w:hyperlink>
      <w:r>
        <w:t xml:space="preserve"> - Provides background on A2RL as the world’s leading extreme autonomous racing series and its global reach.</w:t>
      </w:r>
      <w:r/>
    </w:p>
    <w:p>
      <w:pPr>
        <w:pStyle w:val="ListNumber"/>
        <w:spacing w:line="240" w:lineRule="auto"/>
        <w:ind w:left="720"/>
      </w:pPr>
      <w:r/>
      <w:hyperlink r:id="rId11">
        <w:r>
          <w:rPr>
            <w:color w:val="0000EE"/>
            <w:u w:val="single"/>
          </w:rPr>
          <w:t>https://a2rl.io/press-release/6/A2RL-and-Japan-Race-Promotion-bring-autonomous-racing--to-Suzuka-with-%E2%80%98Man-vs-Machine%E2%80%99-Showdown</w:t>
        </w:r>
      </w:hyperlink>
      <w:r>
        <w:t xml:space="preserve"> - Quotes from Stephane Timpano, CEO of A2RL, on the excitement and significance of the 'Man vs Machine' event.</w:t>
      </w:r>
      <w:r/>
    </w:p>
    <w:p>
      <w:pPr>
        <w:pStyle w:val="ListNumber"/>
        <w:spacing w:line="240" w:lineRule="auto"/>
        <w:ind w:left="720"/>
      </w:pPr>
      <w:r/>
      <w:hyperlink r:id="rId12">
        <w:r>
          <w:rPr>
            <w:color w:val="0000EE"/>
            <w:u w:val="single"/>
          </w:rPr>
          <w:t>https://www.pmw-magazine.com/news/new-motorsport-facility/a2rl-and-japan-race-promotion-bring-autonomous-racing-to-suzuka.html</w:t>
        </w:r>
      </w:hyperlink>
      <w:r>
        <w:t xml:space="preserve"> - Includes remarks from Yoshihisa Ueno, CEO of Japan Race Promotion, on the development of the SF23 and the pioneering nature of the event.</w:t>
      </w:r>
      <w:r/>
    </w:p>
    <w:p>
      <w:pPr>
        <w:pStyle w:val="ListNumber"/>
        <w:spacing w:line="240" w:lineRule="auto"/>
        <w:ind w:left="720"/>
      </w:pPr>
      <w:r/>
      <w:hyperlink r:id="rId10">
        <w:r>
          <w:rPr>
            <w:color w:val="0000EE"/>
            <w:u w:val="single"/>
          </w:rPr>
          <w:t>https://www.the-race.com/single-seater-open-wheel/a2rl-return-at-suzuka-daniil-kvyat-man-vs-machine/</w:t>
        </w:r>
      </w:hyperlink>
      <w:r>
        <w:t xml:space="preserve"> - Highlights the legacy of the Suzuka Circuit as a venue for pioneering motorsport innovations and the demonstration of AI-driven racing technology.</w:t>
      </w:r>
      <w:r/>
    </w:p>
    <w:p>
      <w:pPr>
        <w:pStyle w:val="ListNumber"/>
        <w:spacing w:line="240" w:lineRule="auto"/>
        <w:ind w:left="720"/>
      </w:pPr>
      <w:r/>
      <w:hyperlink r:id="rId14">
        <w:r>
          <w:rPr>
            <w:color w:val="0000EE"/>
            <w:u w:val="single"/>
          </w:rPr>
          <w:t>https://highways-news.com/driverless-racing-car-takes-on-former-f1-driver/?utm_source=rss&amp;utm_medium=rss&amp;utm_campaign=driverless-racing-car-takes-on-former-f1-driver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ace.com/single-seater-open-wheel/a2rl-return-at-suzuka-daniil-kvyat-man-vs-machine/" TargetMode="External"/><Relationship Id="rId11" Type="http://schemas.openxmlformats.org/officeDocument/2006/relationships/hyperlink" Target="https://a2rl.io/press-release/6/A2RL-and-Japan-Race-Promotion-bring-autonomous-racing--to-Suzuka-with-%E2%80%98Man-vs-Machine%E2%80%99-Showdown" TargetMode="External"/><Relationship Id="rId12" Type="http://schemas.openxmlformats.org/officeDocument/2006/relationships/hyperlink" Target="https://www.pmw-magazine.com/news/new-motorsport-facility/a2rl-and-japan-race-promotion-bring-autonomous-racing-to-suzuka.html" TargetMode="External"/><Relationship Id="rId13" Type="http://schemas.openxmlformats.org/officeDocument/2006/relationships/hyperlink" Target="https://a2rl.io" TargetMode="External"/><Relationship Id="rId14" Type="http://schemas.openxmlformats.org/officeDocument/2006/relationships/hyperlink" Target="https://highways-news.com/driverless-racing-car-takes-on-former-f1-driver/?utm_source=rss&amp;utm_medium=rss&amp;utm_campaign=driverless-racing-car-takes-on-former-f1-dri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