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Activision utilises AI to reduce toxicity in Call of Duty voice chats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Activision Utilises AI to Reduce Toxicity in Call of Duty Voice Chats</w:t>
      </w:r>
      <w:r/>
    </w:p>
    <w:p>
      <w:r/>
      <w:r>
        <w:t>Activision has made headlines with its latest attempt to tackle toxicity within the expansive universe of its Call of Duty games, namely Modern Warfare 3 and Warzone. The gaming giant has partnered with Modulate to introduce ToxMod, an AI-powered software designed to monitor and moderate voice chat interactions, with promising results according to the company's recent reports.</w:t>
      </w:r>
      <w:r/>
    </w:p>
    <w:p>
      <w:r/>
      <w:r>
        <w:t>Since the implementation of the improved voice chat enforcement in June 2024, Activision reports a significant reduction in toxic behaviours during gameplay. As outlined in their toxicity report blog post, there has been a 67% reduction in repeat offenders. Moreover, in July 2024, 80% of players who were initially penalised for voice chat violations did not reoffend. Additionally, there has been a noted 43% decrease in disruptive voice chat incidents since the start of the year.</w:t>
      </w:r>
      <w:r/>
    </w:p>
    <w:p>
      <w:r/>
      <w:r>
        <w:t>ToxMod operates by closely analysing voice chat exchanges without directly banning players. Instead, the AI software flags inappropriate behaviour for human moderation teams to review. One of the standout features of ToxMod is its capacity to assess the severity of language used, differentiating between casual banter and harmful speech. The system purportedly uses a severity rating metric, taking into account the contextual tone of conversations which could help prevent wrongful penalization for minority communities reclaiming slurs.</w:t>
      </w:r>
      <w:r/>
    </w:p>
    <w:p>
      <w:r/>
      <w:r>
        <w:t>For example, the AI considers reactions from other participants within the chat when slurs are detected, assessing whether there is an indication of offence. This nuanced approach in evaluating interactions aims to filter genuine hateful speech from community-specific language that might be misunderstood out of context.</w:t>
      </w:r>
      <w:r/>
    </w:p>
    <w:p>
      <w:r/>
      <w:r>
        <w:t>Another measure reinforced by ToxMod is extra vigilance in chats involving young-sounding individuals, prioritising the protection of young gamers from exposure to harmful and explicit language. This additional layer of moderation acknowledges the sensitivity required when dealing with potentially vulnerable users.</w:t>
      </w:r>
      <w:r/>
    </w:p>
    <w:p>
      <w:r/>
      <w:r>
        <w:t>Some concerns have been raised regarding privacy, a common issue with AI interventions in digital spaces. While the concerns are valid, the application of such software is viewed by some as a minor intrusion in a landscape where user data is already a commodity traded freely by various digital entities.</w:t>
      </w:r>
      <w:r/>
    </w:p>
    <w:p>
      <w:r/>
      <w:r>
        <w:t>Activision’s innovative approach with ToxMod represents a shift in how companies can potentially manage and reduce toxicity within their gaming communities. Call of Duty has, over the years, earned a reputation for its particularly toxic voice chat environment, and this new technology offers a glimpse of what could be a long-term solution to rehabilitate this aspect of the game.</w:t>
      </w:r>
      <w:r/>
    </w:p>
    <w:p>
      <w:r/>
      <w:r>
        <w:t>As the industry continues to explore AI applications, the effectiveness of ToxMod and other similar tools will be closely monitored, especially following Activision's claims of reduced toxicity. Whether this AI-driven approach will set a precedent for other gaming companies remains to be seen. For now, the reported results suggest a positive impact in creating a more respectful and enjoyable environment for gamers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https://www.si.com/videogames/news/call-of-duty-toxicity-report-decreased-before-black-ops-6-release</w:t>
        </w:r>
      </w:hyperlink>
      <w:r>
        <w:t xml:space="preserve"> - Corroborates the implementation of ToxMod and the reported 67% reduction in repeat offenders and 43% decrease in disruptive voice chat incidents.</w:t>
      </w:r>
      <w:r/>
    </w:p>
    <w:p>
      <w:pPr>
        <w:pStyle w:val="ListNumber"/>
        <w:spacing w:line="240" w:lineRule="auto"/>
        <w:ind w:left="720"/>
      </w:pPr>
      <w:r/>
      <w:hyperlink r:id="rId11">
        <w:r>
          <w:rPr>
            <w:color w:val="0000EE"/>
            <w:u w:val="single"/>
          </w:rPr>
          <w:t>https://www.pcgamer.com/games/call-of-duty/ai-in-games-mightve-just-proven-itself-useful-for-a-change-activision-claims-call-of-dutys-seen-a-43-percent-drop-in-disruptive-voice-chat-since-the-start-of-the-year-thanks-to-its-robo-snitch/</w:t>
        </w:r>
      </w:hyperlink>
      <w:r>
        <w:t xml:space="preserve"> - Details the functionality of ToxMod, including its ability to differentiate between banter and harmful speech, and the reduction in toxic behaviors.</w:t>
      </w:r>
      <w:r/>
    </w:p>
    <w:p>
      <w:pPr>
        <w:pStyle w:val="ListNumber"/>
        <w:spacing w:line="240" w:lineRule="auto"/>
        <w:ind w:left="720"/>
      </w:pPr>
      <w:r/>
      <w:hyperlink r:id="rId12">
        <w:r>
          <w:rPr>
            <w:color w:val="0000EE"/>
            <w:u w:val="single"/>
          </w:rPr>
          <w:t>https://www.ign.com/articles/ahead-of-black-ops-6s-launch-activision-says-call-of-dutys-ai-powered-voice-moderation-has-already-had-a-massive-impact-on-toxicity</w:t>
        </w:r>
      </w:hyperlink>
      <w:r>
        <w:t xml:space="preserve"> - Provides information on the use of ToxMod in real-time to enforce against toxic speech and the expansion of voice moderation to multiple languages.</w:t>
      </w:r>
      <w:r/>
    </w:p>
    <w:p>
      <w:pPr>
        <w:pStyle w:val="ListNumber"/>
        <w:spacing w:line="240" w:lineRule="auto"/>
        <w:ind w:left="720"/>
      </w:pPr>
      <w:r/>
      <w:hyperlink r:id="rId12">
        <w:r>
          <w:rPr>
            <w:color w:val="0000EE"/>
            <w:u w:val="single"/>
          </w:rPr>
          <w:t>https://www.ign.com/articles/ahead-of-black-ops-6s-launch-activision-says-call-of-dutys-ai-powered-voice-moderation-has-already-had-a-massive-impact-on-toxicity</w:t>
        </w:r>
      </w:hyperlink>
      <w:r>
        <w:t xml:space="preserve"> - Mentions the blocking of over 45 million text-based messages in violation of the Call of Duty Code of Conduct since November 2023.</w:t>
      </w:r>
      <w:r/>
    </w:p>
    <w:p>
      <w:pPr>
        <w:pStyle w:val="ListNumber"/>
        <w:spacing w:line="240" w:lineRule="auto"/>
        <w:ind w:left="720"/>
      </w:pPr>
      <w:r/>
      <w:hyperlink r:id="rId13">
        <w:r>
          <w:rPr>
            <w:color w:val="0000EE"/>
            <w:u w:val="single"/>
          </w:rPr>
          <w:t>https://80.lv/articles/activision-uses-ai-to-ban-racial-slurs-in-call-of-duty-voice-chats/</w:t>
        </w:r>
      </w:hyperlink>
      <w:r>
        <w:t xml:space="preserve"> - Explains how ToxMod assesses the severity of language used and considers reactions from other participants when slurs are detected.</w:t>
      </w:r>
      <w:r/>
    </w:p>
    <w:p>
      <w:pPr>
        <w:pStyle w:val="ListNumber"/>
        <w:spacing w:line="240" w:lineRule="auto"/>
        <w:ind w:left="720"/>
      </w:pPr>
      <w:r/>
      <w:hyperlink r:id="rId13">
        <w:r>
          <w:rPr>
            <w:color w:val="0000EE"/>
            <w:u w:val="single"/>
          </w:rPr>
          <w:t>https://80.lv/articles/activision-uses-ai-to-ban-racial-slurs-in-call-of-duty-voice-chats/</w:t>
        </w:r>
      </w:hyperlink>
      <w:r>
        <w:t xml:space="preserve"> - Details the additional layer of moderation for young-sounding individuals and the overall impact on reducing toxicity.</w:t>
      </w:r>
      <w:r/>
    </w:p>
    <w:p>
      <w:pPr>
        <w:pStyle w:val="ListNumber"/>
        <w:spacing w:line="240" w:lineRule="auto"/>
        <w:ind w:left="720"/>
      </w:pPr>
      <w:r/>
      <w:hyperlink r:id="rId14">
        <w:r>
          <w:rPr>
            <w:color w:val="0000EE"/>
            <w:u w:val="single"/>
          </w:rPr>
          <w:t>https://www.digitaltrends.com/gaming/activision-call-of-duty-black-ops-6-moderation/</w:t>
        </w:r>
      </w:hyperlink>
      <w:r>
        <w:t xml:space="preserve"> - Describes how ToxMod flags inappropriate behavior for human moderation teams and the support for multiple languages in voice and text moderation.</w:t>
      </w:r>
      <w:r/>
    </w:p>
    <w:p>
      <w:pPr>
        <w:pStyle w:val="ListNumber"/>
        <w:spacing w:line="240" w:lineRule="auto"/>
        <w:ind w:left="720"/>
      </w:pPr>
      <w:r/>
      <w:hyperlink r:id="rId14">
        <w:r>
          <w:rPr>
            <w:color w:val="0000EE"/>
            <w:u w:val="single"/>
          </w:rPr>
          <w:t>https://www.digitaltrends.com/gaming/activision-call-of-duty-black-ops-6-moderation/</w:t>
        </w:r>
      </w:hyperlink>
      <w:r>
        <w:t xml:space="preserve"> - Addresses the privacy concerns associated with AI interventions and the broader context of user data in digital spaces.</w:t>
      </w:r>
      <w:r/>
    </w:p>
    <w:p>
      <w:pPr>
        <w:pStyle w:val="ListNumber"/>
        <w:spacing w:line="240" w:lineRule="auto"/>
        <w:ind w:left="720"/>
      </w:pPr>
      <w:r/>
      <w:hyperlink r:id="rId10">
        <w:r>
          <w:rPr>
            <w:color w:val="0000EE"/>
            <w:u w:val="single"/>
          </w:rPr>
          <w:t>https://www.si.com/videogames/news/call-of-duty-toxicity-report-decreased-before-black-ops-6-release</w:t>
        </w:r>
      </w:hyperlink>
      <w:r>
        <w:t xml:space="preserve"> - Highlights the historical reputation of Call of Duty for toxic voice chat environments and the potential long-term solution offered by ToxMod.</w:t>
      </w:r>
      <w:r/>
    </w:p>
    <w:p>
      <w:pPr>
        <w:pStyle w:val="ListNumber"/>
        <w:spacing w:line="240" w:lineRule="auto"/>
        <w:ind w:left="720"/>
      </w:pPr>
      <w:r/>
      <w:hyperlink r:id="rId11">
        <w:r>
          <w:rPr>
            <w:color w:val="0000EE"/>
            <w:u w:val="single"/>
          </w:rPr>
          <w:t>https://www.pcgamer.com/games/call-of-duty/ai-in-games-mightve-just-proven-itself-useful-for-a-change-activision-claims-call-of-dutys-seen-a-43-percent-drop-in-disruptive-voice-chat-since-the-start-of-the-year-thanks-to-its-robo-snitch/</w:t>
        </w:r>
      </w:hyperlink>
      <w:r>
        <w:t xml:space="preserve"> - Discusses the broader implications of AI in gaming and the potential for ToxMod to set a precedent for other gaming companies.</w:t>
      </w:r>
      <w:r/>
    </w:p>
    <w:p>
      <w:pPr>
        <w:pStyle w:val="ListNumber"/>
        <w:spacing w:line="240" w:lineRule="auto"/>
        <w:ind w:left="720"/>
      </w:pPr>
      <w:r/>
      <w:hyperlink r:id="rId12">
        <w:r>
          <w:rPr>
            <w:color w:val="0000EE"/>
            <w:u w:val="single"/>
          </w:rPr>
          <w:t>https://www.ign.com/articles/ahead-of-black-ops-6s-launch-activision-says-call-of-dutys-ai-powered-voice-moderation-has-already-had-a-massive-impact-on-toxicity</w:t>
        </w:r>
      </w:hyperlink>
      <w:r>
        <w:t xml:space="preserve"> - Mentions the ongoing research and collaboration with academic institutions to improve the approach to combating disruptive behavior.</w:t>
      </w:r>
      <w:r/>
    </w:p>
    <w:p>
      <w:pPr>
        <w:pStyle w:val="ListNumber"/>
        <w:spacing w:line="240" w:lineRule="auto"/>
        <w:ind w:left="720"/>
      </w:pPr>
      <w:r/>
      <w:hyperlink r:id="rId11">
        <w:r>
          <w:rPr>
            <w:color w:val="0000EE"/>
            <w:u w:val="single"/>
          </w:rPr>
          <w:t>https://www.pcgamer.com/games/call-of-duty/ai-in-games-mightve-just-proven-itself-useful-for-a-change-activision-claims-call-of-dutys-seen-a-43-percent-drop-in-disruptive-voice-chat-since-the-start-of-the-year-thanks-to-its-robo-snitch/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com/videogames/news/call-of-duty-toxicity-report-decreased-before-black-ops-6-release" TargetMode="External"/><Relationship Id="rId11" Type="http://schemas.openxmlformats.org/officeDocument/2006/relationships/hyperlink" Target="https://www.pcgamer.com/games/call-of-duty/ai-in-games-mightve-just-proven-itself-useful-for-a-change-activision-claims-call-of-dutys-seen-a-43-percent-drop-in-disruptive-voice-chat-since-the-start-of-the-year-thanks-to-its-robo-snitch/" TargetMode="External"/><Relationship Id="rId12" Type="http://schemas.openxmlformats.org/officeDocument/2006/relationships/hyperlink" Target="https://www.ign.com/articles/ahead-of-black-ops-6s-launch-activision-says-call-of-dutys-ai-powered-voice-moderation-has-already-had-a-massive-impact-on-toxicity" TargetMode="External"/><Relationship Id="rId13" Type="http://schemas.openxmlformats.org/officeDocument/2006/relationships/hyperlink" Target="https://80.lv/articles/activision-uses-ai-to-ban-racial-slurs-in-call-of-duty-voice-chats/" TargetMode="External"/><Relationship Id="rId14" Type="http://schemas.openxmlformats.org/officeDocument/2006/relationships/hyperlink" Target="https://www.digitaltrends.com/gaming/activision-call-of-duty-black-ops-6-mod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